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B97" w:rsidRPr="001A456E" w:rsidRDefault="00BD5B97" w:rsidP="003772B6">
      <w:pPr>
        <w:spacing w:after="0" w:line="240" w:lineRule="auto"/>
        <w:rPr>
          <w:rFonts w:ascii="Times New Roman" w:eastAsia="Times New Roman" w:hAnsi="Times New Roman" w:cs="Times New Roman"/>
          <w:b/>
          <w:sz w:val="28"/>
          <w:szCs w:val="28"/>
          <w:lang w:eastAsia="zh-CN"/>
        </w:rPr>
      </w:pPr>
    </w:p>
    <w:p w:rsidR="00BD5B97" w:rsidRPr="001A456E" w:rsidRDefault="00BD5B97" w:rsidP="003772B6">
      <w:pPr>
        <w:pStyle w:val="21"/>
        <w:ind w:left="-426" w:firstLine="142"/>
        <w:rPr>
          <w:sz w:val="28"/>
          <w:szCs w:val="28"/>
          <w:lang w:val="ru-RU"/>
        </w:rPr>
      </w:pPr>
      <w:r w:rsidRPr="001A456E">
        <w:rPr>
          <w:sz w:val="28"/>
          <w:szCs w:val="28"/>
        </w:rPr>
        <w:t>02-</w:t>
      </w:r>
      <w:r w:rsidRPr="001A456E">
        <w:rPr>
          <w:sz w:val="28"/>
          <w:szCs w:val="28"/>
          <w:lang w:val="ru-RU"/>
        </w:rPr>
        <w:t>26</w:t>
      </w:r>
    </w:p>
    <w:p w:rsidR="00BD5B97" w:rsidRPr="001A456E" w:rsidRDefault="00BD5B97" w:rsidP="003772B6">
      <w:pPr>
        <w:pStyle w:val="21"/>
        <w:ind w:left="-426" w:firstLine="142"/>
        <w:rPr>
          <w:sz w:val="28"/>
          <w:szCs w:val="28"/>
        </w:rPr>
      </w:pPr>
      <w:r w:rsidRPr="001A456E">
        <w:rPr>
          <w:sz w:val="28"/>
          <w:szCs w:val="28"/>
        </w:rPr>
        <w:t xml:space="preserve">    </w:t>
      </w:r>
    </w:p>
    <w:p w:rsidR="00BD5B97" w:rsidRPr="001A456E" w:rsidRDefault="00BD5B97" w:rsidP="003772B6">
      <w:pPr>
        <w:spacing w:after="0" w:line="240" w:lineRule="auto"/>
        <w:jc w:val="center"/>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 xml:space="preserve">Муниципальное автономное общеобразовательное учреждение </w:t>
      </w:r>
    </w:p>
    <w:p w:rsidR="00BD5B97" w:rsidRPr="001A456E" w:rsidRDefault="00BD5B97" w:rsidP="003772B6">
      <w:pPr>
        <w:spacing w:after="0" w:line="240" w:lineRule="auto"/>
        <w:jc w:val="center"/>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"Лицей № 42 имени Р.А. Каримова"" городского округа город Уфа</w:t>
      </w:r>
    </w:p>
    <w:p w:rsidR="00BD5B97" w:rsidRPr="001A456E" w:rsidRDefault="00BD5B97" w:rsidP="003772B6">
      <w:pPr>
        <w:spacing w:after="0" w:line="240" w:lineRule="auto"/>
        <w:jc w:val="center"/>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 xml:space="preserve"> Республики Башкортостан"</w:t>
      </w:r>
    </w:p>
    <w:p w:rsidR="00BD5B97" w:rsidRPr="001A456E" w:rsidRDefault="00BD5B97" w:rsidP="003772B6">
      <w:pPr>
        <w:spacing w:after="0" w:line="240" w:lineRule="auto"/>
        <w:jc w:val="center"/>
        <w:rPr>
          <w:rFonts w:ascii="Times New Roman" w:eastAsia="MS Mincho" w:hAnsi="Times New Roman" w:cs="Times New Roman"/>
          <w:sz w:val="28"/>
          <w:szCs w:val="28"/>
          <w:lang w:eastAsia="ja-JP"/>
        </w:rPr>
      </w:pPr>
    </w:p>
    <w:p w:rsidR="00BD5B97" w:rsidRPr="001A456E" w:rsidRDefault="00BD5B97" w:rsidP="003772B6">
      <w:pPr>
        <w:spacing w:after="0" w:line="240" w:lineRule="auto"/>
        <w:jc w:val="center"/>
        <w:rPr>
          <w:rFonts w:ascii="Times New Roman" w:eastAsia="MS Mincho" w:hAnsi="Times New Roman" w:cs="Times New Roman"/>
          <w:sz w:val="28"/>
          <w:szCs w:val="28"/>
          <w:lang w:eastAsia="ja-JP"/>
        </w:rPr>
      </w:pPr>
    </w:p>
    <w:p w:rsidR="00BD5B97" w:rsidRPr="001A456E" w:rsidRDefault="00BD5B97" w:rsidP="003772B6">
      <w:pPr>
        <w:spacing w:after="0" w:line="240" w:lineRule="auto"/>
        <w:jc w:val="center"/>
        <w:rPr>
          <w:rFonts w:ascii="Times New Roman" w:eastAsia="MS Mincho" w:hAnsi="Times New Roman" w:cs="Times New Roman"/>
          <w:sz w:val="28"/>
          <w:szCs w:val="28"/>
          <w:lang w:eastAsia="ja-JP"/>
        </w:rPr>
      </w:pPr>
    </w:p>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3"/>
        <w:gridCol w:w="3284"/>
        <w:gridCol w:w="3365"/>
      </w:tblGrid>
      <w:tr w:rsidR="00BD5B97" w:rsidRPr="001A456E" w:rsidTr="00BD5B97">
        <w:trPr>
          <w:trHeight w:val="2605"/>
        </w:trPr>
        <w:tc>
          <w:tcPr>
            <w:tcW w:w="3273" w:type="dxa"/>
          </w:tcPr>
          <w:p w:rsidR="00BD5B97" w:rsidRPr="001A456E" w:rsidRDefault="00BD5B97" w:rsidP="003772B6">
            <w:pPr>
              <w:spacing w:after="0" w:line="240" w:lineRule="auto"/>
              <w:rPr>
                <w:rFonts w:ascii="Times New Roman" w:eastAsia="MS Mincho" w:hAnsi="Times New Roman" w:cs="Times New Roman"/>
                <w:sz w:val="28"/>
                <w:szCs w:val="28"/>
                <w:lang w:eastAsia="ja-JP"/>
              </w:rPr>
            </w:pPr>
          </w:p>
          <w:p w:rsidR="00BD5B97" w:rsidRPr="001A456E" w:rsidRDefault="00BD5B97"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РАССМОТРЕНА</w:t>
            </w:r>
          </w:p>
          <w:p w:rsidR="00BD5B97" w:rsidRPr="001A456E" w:rsidRDefault="00BD5B97"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На заседании педагогического совета</w:t>
            </w:r>
          </w:p>
          <w:p w:rsidR="00BD5B97" w:rsidRPr="001A456E" w:rsidRDefault="00BD5B97"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Протокол №1</w:t>
            </w:r>
          </w:p>
          <w:p w:rsidR="00BD5B97" w:rsidRPr="001A456E" w:rsidRDefault="00CE2239"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от 27.08.2026</w:t>
            </w:r>
          </w:p>
          <w:p w:rsidR="00BD5B97" w:rsidRPr="001A456E" w:rsidRDefault="00BD5B97" w:rsidP="003772B6">
            <w:pPr>
              <w:spacing w:after="0" w:line="240" w:lineRule="auto"/>
              <w:rPr>
                <w:rFonts w:ascii="Times New Roman" w:eastAsia="MS Mincho" w:hAnsi="Times New Roman" w:cs="Times New Roman"/>
                <w:sz w:val="28"/>
                <w:szCs w:val="28"/>
                <w:lang w:eastAsia="ja-JP"/>
              </w:rPr>
            </w:pPr>
          </w:p>
          <w:p w:rsidR="00BD5B97" w:rsidRPr="001A456E" w:rsidRDefault="00BD5B97" w:rsidP="003772B6">
            <w:pPr>
              <w:spacing w:after="0" w:line="240" w:lineRule="auto"/>
              <w:jc w:val="center"/>
              <w:rPr>
                <w:rFonts w:ascii="Times New Roman" w:eastAsia="MS Mincho" w:hAnsi="Times New Roman" w:cs="Times New Roman"/>
                <w:sz w:val="28"/>
                <w:szCs w:val="28"/>
                <w:lang w:eastAsia="ja-JP"/>
              </w:rPr>
            </w:pPr>
          </w:p>
        </w:tc>
        <w:tc>
          <w:tcPr>
            <w:tcW w:w="3284" w:type="dxa"/>
          </w:tcPr>
          <w:p w:rsidR="00BD5B97" w:rsidRPr="001A456E" w:rsidRDefault="00BD5B97" w:rsidP="003772B6">
            <w:pPr>
              <w:spacing w:after="0" w:line="240" w:lineRule="auto"/>
              <w:rPr>
                <w:rFonts w:ascii="Times New Roman" w:eastAsia="MS Mincho" w:hAnsi="Times New Roman" w:cs="Times New Roman"/>
                <w:sz w:val="28"/>
                <w:szCs w:val="28"/>
                <w:lang w:eastAsia="ja-JP"/>
              </w:rPr>
            </w:pPr>
          </w:p>
          <w:p w:rsidR="00BD5B97" w:rsidRPr="001A456E" w:rsidRDefault="00BD5B97"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СОГЛАСОВАНА</w:t>
            </w:r>
          </w:p>
          <w:p w:rsidR="00BD5B97" w:rsidRPr="001A456E" w:rsidRDefault="00BD5B97"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 xml:space="preserve">Управляющим советом </w:t>
            </w:r>
          </w:p>
          <w:p w:rsidR="00BD5B97" w:rsidRPr="001A456E" w:rsidRDefault="00BD5B97"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Протокол №1</w:t>
            </w:r>
          </w:p>
          <w:p w:rsidR="00BD5B97" w:rsidRPr="001A456E" w:rsidRDefault="00CE2239"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от 27.08.2026</w:t>
            </w:r>
          </w:p>
          <w:p w:rsidR="00BD5B97" w:rsidRPr="001A456E" w:rsidRDefault="00BD5B97" w:rsidP="003772B6">
            <w:pPr>
              <w:spacing w:after="0" w:line="240" w:lineRule="auto"/>
              <w:rPr>
                <w:rFonts w:ascii="Times New Roman" w:eastAsia="MS Mincho" w:hAnsi="Times New Roman" w:cs="Times New Roman"/>
                <w:sz w:val="28"/>
                <w:szCs w:val="28"/>
                <w:lang w:eastAsia="ja-JP"/>
              </w:rPr>
            </w:pPr>
          </w:p>
        </w:tc>
        <w:tc>
          <w:tcPr>
            <w:tcW w:w="3365" w:type="dxa"/>
          </w:tcPr>
          <w:p w:rsidR="00BD5B97" w:rsidRPr="001A456E" w:rsidRDefault="00BD5B97" w:rsidP="003772B6">
            <w:pPr>
              <w:spacing w:after="0" w:line="240" w:lineRule="auto"/>
              <w:rPr>
                <w:rFonts w:ascii="Times New Roman" w:eastAsia="MS Mincho" w:hAnsi="Times New Roman" w:cs="Times New Roman"/>
                <w:sz w:val="28"/>
                <w:szCs w:val="28"/>
                <w:lang w:eastAsia="ja-JP"/>
              </w:rPr>
            </w:pPr>
          </w:p>
          <w:p w:rsidR="00BD5B97" w:rsidRPr="001A456E" w:rsidRDefault="00BD5B97"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УТВЕРЖДЕНО</w:t>
            </w:r>
          </w:p>
          <w:p w:rsidR="00BD5B97" w:rsidRPr="001A456E" w:rsidRDefault="00BD5B97"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Директор МАОУ "Лицей № 42 имени Р.А. Каримова" городского округа город Уфа Республики Башкортостан</w:t>
            </w:r>
          </w:p>
          <w:p w:rsidR="00BD5B97" w:rsidRPr="001A456E" w:rsidRDefault="00BD5B97"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Р.Р. Шарипов</w:t>
            </w:r>
          </w:p>
          <w:p w:rsidR="00BD5B97" w:rsidRPr="001A456E" w:rsidRDefault="00CE2239" w:rsidP="003772B6">
            <w:pPr>
              <w:spacing w:after="0" w:line="240" w:lineRule="auto"/>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приказ № 524 р от 28.08.2026</w:t>
            </w:r>
          </w:p>
          <w:p w:rsidR="00BD5B97" w:rsidRPr="001A456E" w:rsidRDefault="00BD5B97" w:rsidP="003772B6">
            <w:pPr>
              <w:spacing w:after="0" w:line="240" w:lineRule="auto"/>
              <w:rPr>
                <w:rFonts w:ascii="Times New Roman" w:eastAsia="MS Mincho" w:hAnsi="Times New Roman" w:cs="Times New Roman"/>
                <w:sz w:val="28"/>
                <w:szCs w:val="28"/>
                <w:lang w:eastAsia="ja-JP"/>
              </w:rPr>
            </w:pPr>
          </w:p>
        </w:tc>
      </w:tr>
    </w:tbl>
    <w:p w:rsidR="00BD5B97" w:rsidRPr="001A456E" w:rsidRDefault="00BD5B97" w:rsidP="003772B6">
      <w:pPr>
        <w:autoSpaceDE w:val="0"/>
        <w:autoSpaceDN w:val="0"/>
        <w:adjustRightInd w:val="0"/>
        <w:spacing w:line="240" w:lineRule="auto"/>
        <w:jc w:val="center"/>
        <w:rPr>
          <w:rFonts w:ascii="Times New Roman" w:hAnsi="Times New Roman" w:cs="Times New Roman"/>
          <w:sz w:val="28"/>
          <w:szCs w:val="28"/>
        </w:rPr>
      </w:pPr>
    </w:p>
    <w:p w:rsidR="00BD5B97" w:rsidRPr="001A456E" w:rsidRDefault="00BD5B97" w:rsidP="003772B6">
      <w:pPr>
        <w:autoSpaceDE w:val="0"/>
        <w:autoSpaceDN w:val="0"/>
        <w:adjustRightInd w:val="0"/>
        <w:spacing w:line="240" w:lineRule="auto"/>
        <w:jc w:val="center"/>
        <w:rPr>
          <w:rFonts w:ascii="Times New Roman" w:hAnsi="Times New Roman" w:cs="Times New Roman"/>
          <w:sz w:val="28"/>
          <w:szCs w:val="28"/>
        </w:rPr>
      </w:pPr>
    </w:p>
    <w:p w:rsidR="00BD5B97" w:rsidRPr="001A456E" w:rsidRDefault="00BD5B97" w:rsidP="003772B6">
      <w:pPr>
        <w:autoSpaceDE w:val="0"/>
        <w:autoSpaceDN w:val="0"/>
        <w:adjustRightInd w:val="0"/>
        <w:spacing w:line="240" w:lineRule="auto"/>
        <w:jc w:val="center"/>
        <w:rPr>
          <w:rFonts w:ascii="Times New Roman" w:hAnsi="Times New Roman" w:cs="Times New Roman"/>
          <w:sz w:val="28"/>
          <w:szCs w:val="28"/>
        </w:rPr>
      </w:pPr>
    </w:p>
    <w:p w:rsidR="00BD5B97" w:rsidRPr="001A456E" w:rsidRDefault="00BD5B97" w:rsidP="003772B6">
      <w:pPr>
        <w:spacing w:after="0" w:line="240" w:lineRule="auto"/>
        <w:jc w:val="center"/>
        <w:rPr>
          <w:rFonts w:ascii="Times New Roman" w:eastAsia="Times New Roman" w:hAnsi="Times New Roman" w:cs="Times New Roman"/>
          <w:b/>
          <w:sz w:val="28"/>
          <w:szCs w:val="28"/>
          <w:lang w:eastAsia="zh-CN"/>
        </w:rPr>
      </w:pPr>
      <w:r w:rsidRPr="001A456E">
        <w:rPr>
          <w:rFonts w:ascii="Times New Roman" w:eastAsia="Times New Roman" w:hAnsi="Times New Roman" w:cs="Times New Roman"/>
          <w:b/>
          <w:sz w:val="28"/>
          <w:szCs w:val="28"/>
          <w:lang w:eastAsia="zh-CN"/>
        </w:rPr>
        <w:t>РАБОЧАЯ ПРОГРАММА</w:t>
      </w:r>
    </w:p>
    <w:p w:rsidR="00BD5B97" w:rsidRPr="001A456E" w:rsidRDefault="00BD5B97" w:rsidP="003772B6">
      <w:pPr>
        <w:spacing w:after="0" w:line="240" w:lineRule="auto"/>
        <w:jc w:val="center"/>
        <w:rPr>
          <w:rFonts w:ascii="Times New Roman" w:eastAsia="Times New Roman" w:hAnsi="Times New Roman" w:cs="Times New Roman"/>
          <w:sz w:val="28"/>
          <w:szCs w:val="28"/>
          <w:lang w:eastAsia="zh-CN"/>
        </w:rPr>
      </w:pPr>
      <w:r w:rsidRPr="001A456E">
        <w:rPr>
          <w:rFonts w:ascii="Times New Roman" w:eastAsia="Times New Roman" w:hAnsi="Times New Roman" w:cs="Times New Roman"/>
          <w:sz w:val="28"/>
          <w:szCs w:val="28"/>
          <w:lang w:eastAsia="zh-CN"/>
        </w:rPr>
        <w:t>внеурочной деятельности в  рамках   ФГОС НОО</w:t>
      </w:r>
    </w:p>
    <w:p w:rsidR="00BD5B97" w:rsidRPr="001A456E" w:rsidRDefault="00BD5B97" w:rsidP="003772B6">
      <w:pPr>
        <w:spacing w:after="0" w:line="240" w:lineRule="auto"/>
        <w:jc w:val="center"/>
        <w:rPr>
          <w:rFonts w:ascii="Times New Roman" w:eastAsia="Times New Roman" w:hAnsi="Times New Roman" w:cs="Times New Roman"/>
          <w:sz w:val="28"/>
          <w:szCs w:val="28"/>
          <w:lang w:eastAsia="zh-CN"/>
        </w:rPr>
      </w:pPr>
      <w:r w:rsidRPr="001A456E">
        <w:rPr>
          <w:rFonts w:ascii="Times New Roman" w:eastAsia="Times New Roman" w:hAnsi="Times New Roman" w:cs="Times New Roman"/>
          <w:sz w:val="28"/>
          <w:szCs w:val="28"/>
          <w:lang w:eastAsia="zh-CN"/>
        </w:rPr>
        <w:t>для обучающихся 1-4 классов</w:t>
      </w:r>
    </w:p>
    <w:p w:rsidR="00BD5B97" w:rsidRPr="001A456E" w:rsidRDefault="00BD5B97" w:rsidP="003772B6">
      <w:pPr>
        <w:spacing w:after="0" w:line="240" w:lineRule="auto"/>
        <w:jc w:val="center"/>
        <w:rPr>
          <w:rFonts w:ascii="Times New Roman" w:eastAsia="Times New Roman" w:hAnsi="Times New Roman" w:cs="Times New Roman"/>
          <w:sz w:val="28"/>
          <w:szCs w:val="28"/>
          <w:lang w:eastAsia="zh-CN"/>
        </w:rPr>
      </w:pPr>
      <w:r w:rsidRPr="001A456E">
        <w:rPr>
          <w:rFonts w:ascii="Times New Roman" w:eastAsia="Times New Roman" w:hAnsi="Times New Roman" w:cs="Times New Roman"/>
          <w:sz w:val="28"/>
          <w:szCs w:val="28"/>
          <w:lang w:eastAsia="zh-CN"/>
        </w:rPr>
        <w:t xml:space="preserve"> </w:t>
      </w:r>
    </w:p>
    <w:p w:rsidR="00BD5B97" w:rsidRPr="001A456E" w:rsidRDefault="00BD5B97" w:rsidP="003772B6">
      <w:pPr>
        <w:autoSpaceDE w:val="0"/>
        <w:autoSpaceDN w:val="0"/>
        <w:adjustRightInd w:val="0"/>
        <w:spacing w:line="240" w:lineRule="auto"/>
        <w:jc w:val="center"/>
        <w:rPr>
          <w:rFonts w:ascii="Times New Roman" w:hAnsi="Times New Roman" w:cs="Times New Roman"/>
          <w:sz w:val="28"/>
          <w:szCs w:val="28"/>
        </w:rPr>
      </w:pPr>
    </w:p>
    <w:p w:rsidR="00BD5B97" w:rsidRPr="001A456E" w:rsidRDefault="00BD5B97" w:rsidP="003772B6">
      <w:pPr>
        <w:autoSpaceDE w:val="0"/>
        <w:autoSpaceDN w:val="0"/>
        <w:adjustRightInd w:val="0"/>
        <w:spacing w:line="240" w:lineRule="auto"/>
        <w:jc w:val="center"/>
        <w:rPr>
          <w:rFonts w:ascii="Times New Roman" w:hAnsi="Times New Roman" w:cs="Times New Roman"/>
          <w:sz w:val="28"/>
          <w:szCs w:val="28"/>
        </w:rPr>
      </w:pPr>
    </w:p>
    <w:p w:rsidR="00BD5B97" w:rsidRPr="001A456E" w:rsidRDefault="00BD5B97" w:rsidP="003772B6">
      <w:pPr>
        <w:autoSpaceDE w:val="0"/>
        <w:autoSpaceDN w:val="0"/>
        <w:adjustRightInd w:val="0"/>
        <w:spacing w:line="240" w:lineRule="auto"/>
        <w:jc w:val="center"/>
        <w:rPr>
          <w:rFonts w:ascii="Times New Roman" w:hAnsi="Times New Roman" w:cs="Times New Roman"/>
          <w:sz w:val="28"/>
          <w:szCs w:val="28"/>
        </w:rPr>
      </w:pPr>
    </w:p>
    <w:p w:rsidR="00BD5B97" w:rsidRPr="001A456E" w:rsidRDefault="00BD5B97" w:rsidP="003772B6">
      <w:pPr>
        <w:autoSpaceDE w:val="0"/>
        <w:autoSpaceDN w:val="0"/>
        <w:adjustRightInd w:val="0"/>
        <w:spacing w:line="240" w:lineRule="auto"/>
        <w:jc w:val="center"/>
        <w:rPr>
          <w:rFonts w:ascii="Times New Roman" w:hAnsi="Times New Roman" w:cs="Times New Roman"/>
          <w:sz w:val="28"/>
          <w:szCs w:val="28"/>
        </w:rPr>
      </w:pPr>
    </w:p>
    <w:p w:rsidR="00BD5B97" w:rsidRPr="001A456E" w:rsidRDefault="00BD5B97" w:rsidP="003772B6">
      <w:pPr>
        <w:autoSpaceDE w:val="0"/>
        <w:autoSpaceDN w:val="0"/>
        <w:adjustRightInd w:val="0"/>
        <w:spacing w:line="240" w:lineRule="auto"/>
        <w:jc w:val="center"/>
        <w:rPr>
          <w:rFonts w:ascii="Times New Roman" w:hAnsi="Times New Roman" w:cs="Times New Roman"/>
          <w:sz w:val="28"/>
          <w:szCs w:val="28"/>
        </w:rPr>
      </w:pPr>
    </w:p>
    <w:p w:rsidR="00BD5B97" w:rsidRPr="001A456E" w:rsidRDefault="00CE2239" w:rsidP="003772B6">
      <w:pPr>
        <w:autoSpaceDE w:val="0"/>
        <w:autoSpaceDN w:val="0"/>
        <w:adjustRightInd w:val="0"/>
        <w:spacing w:line="240" w:lineRule="auto"/>
        <w:jc w:val="center"/>
        <w:rPr>
          <w:rFonts w:ascii="Times New Roman" w:hAnsi="Times New Roman" w:cs="Times New Roman"/>
          <w:sz w:val="28"/>
          <w:szCs w:val="28"/>
        </w:rPr>
      </w:pPr>
      <w:r w:rsidRPr="001A456E">
        <w:rPr>
          <w:rFonts w:ascii="Times New Roman" w:hAnsi="Times New Roman" w:cs="Times New Roman"/>
          <w:sz w:val="28"/>
          <w:szCs w:val="28"/>
        </w:rPr>
        <w:t>г. Уфа, 2026</w:t>
      </w:r>
      <w:r w:rsidR="00BD5B97" w:rsidRPr="001A456E">
        <w:rPr>
          <w:rFonts w:ascii="Times New Roman" w:hAnsi="Times New Roman" w:cs="Times New Roman"/>
          <w:sz w:val="28"/>
          <w:szCs w:val="28"/>
        </w:rPr>
        <w:t xml:space="preserve"> год</w:t>
      </w:r>
    </w:p>
    <w:p w:rsidR="00BD5B97" w:rsidRPr="001A456E" w:rsidRDefault="00BD5B97" w:rsidP="003772B6">
      <w:pPr>
        <w:spacing w:after="0" w:line="240" w:lineRule="auto"/>
        <w:rPr>
          <w:rFonts w:ascii="Times New Roman" w:eastAsia="Times New Roman" w:hAnsi="Times New Roman" w:cs="Times New Roman"/>
          <w:b/>
          <w:sz w:val="28"/>
          <w:szCs w:val="28"/>
          <w:lang w:eastAsia="zh-CN"/>
        </w:rPr>
      </w:pPr>
    </w:p>
    <w:p w:rsidR="00BD5B97" w:rsidRPr="001A456E" w:rsidRDefault="00BD5B97" w:rsidP="003772B6">
      <w:pPr>
        <w:spacing w:after="0" w:line="240" w:lineRule="auto"/>
        <w:rPr>
          <w:rFonts w:ascii="Times New Roman" w:eastAsia="Times New Roman" w:hAnsi="Times New Roman" w:cs="Times New Roman"/>
          <w:b/>
          <w:sz w:val="28"/>
          <w:szCs w:val="28"/>
          <w:lang w:eastAsia="zh-CN"/>
        </w:rPr>
      </w:pPr>
    </w:p>
    <w:p w:rsidR="00BD5B97" w:rsidRPr="001A456E" w:rsidRDefault="00BD5B97" w:rsidP="003772B6">
      <w:pPr>
        <w:spacing w:after="0" w:line="240" w:lineRule="auto"/>
        <w:rPr>
          <w:rFonts w:ascii="Times New Roman" w:eastAsia="Times New Roman" w:hAnsi="Times New Roman" w:cs="Times New Roman"/>
          <w:b/>
          <w:sz w:val="28"/>
          <w:szCs w:val="28"/>
          <w:lang w:eastAsia="zh-CN"/>
        </w:rPr>
      </w:pPr>
    </w:p>
    <w:p w:rsidR="00BD5B97" w:rsidRPr="001A456E" w:rsidRDefault="00BD5B97" w:rsidP="003772B6">
      <w:pPr>
        <w:spacing w:after="0" w:line="240" w:lineRule="auto"/>
        <w:rPr>
          <w:rFonts w:ascii="Times New Roman" w:eastAsia="Times New Roman" w:hAnsi="Times New Roman" w:cs="Times New Roman"/>
          <w:b/>
          <w:sz w:val="28"/>
          <w:szCs w:val="28"/>
          <w:lang w:eastAsia="zh-CN"/>
        </w:rPr>
      </w:pPr>
    </w:p>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lastRenderedPageBreak/>
        <w:t>Пояснительная записка к организации</w:t>
      </w:r>
    </w:p>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 xml:space="preserve"> внеурочной деятельности в рамках   ФОП </w:t>
      </w:r>
      <w:r w:rsidRPr="001A456E">
        <w:rPr>
          <w:rFonts w:ascii="Times New Roman" w:eastAsia="Times New Roman" w:hAnsi="Times New Roman" w:cs="Times New Roman"/>
          <w:b/>
          <w:bCs/>
          <w:sz w:val="28"/>
          <w:szCs w:val="28"/>
          <w:lang w:eastAsia="ru-RU"/>
        </w:rPr>
        <w:t>ФГОС НОО</w:t>
      </w:r>
    </w:p>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МАОУ «Лицей № 42имени Р.А. Каримова»</w:t>
      </w:r>
    </w:p>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городского округа город Уфа</w:t>
      </w:r>
    </w:p>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Республики Башкортостан</w:t>
      </w:r>
    </w:p>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p>
    <w:p w:rsidR="00CE2239" w:rsidRPr="001A456E" w:rsidRDefault="00CE2239" w:rsidP="003772B6">
      <w:pPr>
        <w:suppressAutoHyphens w:val="0"/>
        <w:autoSpaceDE w:val="0"/>
        <w:autoSpaceDN w:val="0"/>
        <w:adjustRightInd w:val="0"/>
        <w:spacing w:after="0" w:line="240" w:lineRule="auto"/>
        <w:ind w:right="-283" w:firstLine="709"/>
        <w:jc w:val="both"/>
        <w:textAlignment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sz w:val="28"/>
          <w:szCs w:val="28"/>
          <w:lang w:eastAsia="ru-RU"/>
        </w:rPr>
        <w:t xml:space="preserve">  </w:t>
      </w:r>
    </w:p>
    <w:p w:rsidR="00CE2239" w:rsidRPr="001A456E" w:rsidRDefault="00CE2239" w:rsidP="003772B6">
      <w:pPr>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План внеурочной деятельности МАОУ «Лицей № 42 имени Р.А. Каримова», реализующий </w:t>
      </w:r>
      <w:r w:rsidRPr="001A456E">
        <w:rPr>
          <w:rFonts w:ascii="Times New Roman" w:eastAsiaTheme="minorEastAsia" w:hAnsi="Times New Roman" w:cs="Times New Roman"/>
          <w:sz w:val="28"/>
          <w:szCs w:val="28"/>
          <w:lang w:eastAsia="ru-RU"/>
        </w:rPr>
        <w:t xml:space="preserve">федеральную образовательную программу </w:t>
      </w:r>
      <w:r w:rsidRPr="001A456E">
        <w:rPr>
          <w:rFonts w:ascii="Times New Roman" w:eastAsia="Times New Roman" w:hAnsi="Times New Roman" w:cs="Times New Roman"/>
          <w:sz w:val="28"/>
          <w:szCs w:val="28"/>
          <w:lang w:eastAsia="ru-RU"/>
        </w:rPr>
        <w:t>начального общего образования сформирован в соответствии</w:t>
      </w:r>
      <w:r w:rsidRPr="001A456E">
        <w:rPr>
          <w:rFonts w:ascii="Times New Roman" w:eastAsia="Times New Roman" w:hAnsi="Times New Roman" w:cs="Times New Roman"/>
          <w:spacing w:val="-11"/>
          <w:sz w:val="28"/>
          <w:szCs w:val="28"/>
          <w:lang w:eastAsia="ru-RU"/>
        </w:rPr>
        <w:t xml:space="preserve"> </w:t>
      </w:r>
      <w:r w:rsidRPr="001A456E">
        <w:rPr>
          <w:rFonts w:ascii="Times New Roman" w:eastAsia="Times New Roman" w:hAnsi="Times New Roman" w:cs="Times New Roman"/>
          <w:sz w:val="28"/>
          <w:szCs w:val="28"/>
          <w:lang w:eastAsia="ru-RU"/>
        </w:rPr>
        <w:t>с:</w:t>
      </w:r>
    </w:p>
    <w:p w:rsidR="00CE2239" w:rsidRPr="001A456E" w:rsidRDefault="00CE2239" w:rsidP="003772B6">
      <w:pPr>
        <w:suppressAutoHyphens w:val="0"/>
        <w:spacing w:after="0" w:line="240" w:lineRule="auto"/>
        <w:jc w:val="both"/>
        <w:rPr>
          <w:rFonts w:ascii="Times New Roman" w:eastAsia="Times New Roman" w:hAnsi="Times New Roman" w:cs="Times New Roman"/>
          <w:bCs/>
          <w:sz w:val="28"/>
          <w:szCs w:val="28"/>
          <w:shd w:val="clear" w:color="auto" w:fill="FFFFFF"/>
          <w:lang w:eastAsia="ru-RU"/>
        </w:rPr>
      </w:pPr>
      <w:r w:rsidRPr="001A456E">
        <w:rPr>
          <w:rFonts w:ascii="Times New Roman" w:eastAsia="Times New Roman" w:hAnsi="Times New Roman" w:cs="Times New Roman"/>
          <w:spacing w:val="11"/>
          <w:sz w:val="28"/>
          <w:szCs w:val="28"/>
          <w:lang w:eastAsia="ru-RU"/>
        </w:rPr>
        <w:t xml:space="preserve">  -Федеральным законом Российской Федерации от 29 декабря 2012 г. № 273-ФЗ "Об образовании в Российской Федерации» (</w:t>
      </w:r>
      <w:r w:rsidRPr="001A456E">
        <w:rPr>
          <w:rFonts w:ascii="Times New Roman" w:eastAsia="Times New Roman" w:hAnsi="Times New Roman" w:cs="Times New Roman"/>
          <w:b/>
          <w:bCs/>
          <w:sz w:val="28"/>
          <w:szCs w:val="28"/>
          <w:shd w:val="clear" w:color="auto" w:fill="FFFFFF"/>
          <w:lang w:eastAsia="ru-RU"/>
        </w:rPr>
        <w:t>с изменениями и дополнениями);</w:t>
      </w:r>
    </w:p>
    <w:p w:rsidR="00CE2239" w:rsidRPr="001A456E" w:rsidRDefault="00CE2239" w:rsidP="003772B6">
      <w:pPr>
        <w:tabs>
          <w:tab w:val="left" w:pos="809"/>
        </w:tabs>
        <w:suppressAutoHyphens w:val="0"/>
        <w:spacing w:after="0" w:line="240" w:lineRule="auto"/>
        <w:ind w:right="105"/>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Приказом Министерства образования и науки РФ от 22.03.2021г. №115 </w:t>
      </w:r>
      <w:r w:rsidRPr="001A456E">
        <w:rPr>
          <w:rFonts w:ascii="Times New Roman" w:eastAsia="Times New Roman" w:hAnsi="Times New Roman" w:cs="Times New Roman"/>
          <w:spacing w:val="-4"/>
          <w:sz w:val="28"/>
          <w:szCs w:val="28"/>
          <w:lang w:eastAsia="ru-RU"/>
        </w:rPr>
        <w:t xml:space="preserve">«Об утверждении </w:t>
      </w:r>
      <w:r w:rsidRPr="001A456E">
        <w:rPr>
          <w:rFonts w:ascii="Times New Roman" w:eastAsia="Times New Roman" w:hAnsi="Times New Roman" w:cs="Times New Roman"/>
          <w:sz w:val="28"/>
          <w:szCs w:val="28"/>
          <w:lang w:eastAsia="ru-RU"/>
        </w:rPr>
        <w:t>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w:t>
      </w:r>
      <w:r w:rsidRPr="001A456E">
        <w:rPr>
          <w:rFonts w:ascii="Times New Roman" w:eastAsia="Times New Roman" w:hAnsi="Times New Roman" w:cs="Times New Roman"/>
          <w:spacing w:val="-10"/>
          <w:sz w:val="28"/>
          <w:szCs w:val="28"/>
          <w:lang w:eastAsia="ru-RU"/>
        </w:rPr>
        <w:t xml:space="preserve"> </w:t>
      </w:r>
      <w:r w:rsidRPr="001A456E">
        <w:rPr>
          <w:rFonts w:ascii="Times New Roman" w:eastAsia="Times New Roman" w:hAnsi="Times New Roman" w:cs="Times New Roman"/>
          <w:sz w:val="28"/>
          <w:szCs w:val="28"/>
          <w:lang w:eastAsia="ru-RU"/>
        </w:rPr>
        <w:t>образования»;</w:t>
      </w:r>
      <w:bookmarkStart w:id="0" w:name="ZAP1I5237Q"/>
      <w:bookmarkStart w:id="1" w:name="ZAP1NJK39B"/>
      <w:bookmarkStart w:id="2" w:name="bssPhr4"/>
      <w:bookmarkEnd w:id="0"/>
      <w:bookmarkEnd w:id="1"/>
      <w:bookmarkEnd w:id="2"/>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Times New Roman" w:hAnsi="Times New Roman" w:cs="Times New Roman"/>
          <w:sz w:val="28"/>
          <w:szCs w:val="28"/>
          <w:lang w:eastAsia="ru-RU"/>
        </w:rPr>
        <w:t xml:space="preserve">- </w:t>
      </w:r>
      <w:r w:rsidRPr="001A456E">
        <w:rPr>
          <w:rFonts w:ascii="Times New Roman" w:hAnsi="Times New Roman" w:cs="Times New Roman"/>
          <w:sz w:val="28"/>
          <w:szCs w:val="28"/>
        </w:rPr>
        <w:t>Приказом Министерства просвещения Российской Федерации от 31 мая 2021г. №286 «Об утверждении федерального государственного образовательного стандарта начального общего образования» (в ред. приказов Минпросвещения России от 18.07.2022 № 569, от 08.11.2022 № 955 со всеми последующими изменениями);</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hAnsi="Times New Roman" w:cs="Times New Roman"/>
          <w:sz w:val="28"/>
          <w:szCs w:val="28"/>
        </w:rPr>
        <w:t>- Приказом Министерства просвещения Российской Федерации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 № 467 от 18.06.2025, зарегистрирован № 82961 от 17.07.2025;</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hAnsi="Times New Roman" w:cs="Times New Roman"/>
          <w:sz w:val="28"/>
          <w:szCs w:val="28"/>
        </w:rPr>
        <w:t>-Приказом Министерства просвещения Российской Федерации от 10 ноября 2025 г. № 808 «О внесении изменений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hAnsi="Times New Roman" w:cs="Times New Roman"/>
          <w:sz w:val="28"/>
          <w:szCs w:val="28"/>
        </w:rPr>
        <w:t xml:space="preserve">-Приказом Министерства просвещения Российской Федерации от 8 октября 2025 г. №729 «О внесении изменений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Times New Roman" w:hAnsi="Times New Roman" w:cs="Times New Roman"/>
          <w:sz w:val="28"/>
          <w:szCs w:val="28"/>
          <w:lang w:eastAsia="ru-RU"/>
        </w:rPr>
        <w:t>-</w:t>
      </w:r>
      <w:r w:rsidRPr="001A456E">
        <w:rPr>
          <w:rFonts w:ascii="Times New Roman" w:eastAsia="Times New Roman" w:hAnsi="Times New Roman" w:cs="Times New Roman"/>
          <w:kern w:val="36"/>
          <w:sz w:val="28"/>
          <w:szCs w:val="28"/>
          <w:lang w:eastAsia="ru-RU"/>
        </w:rPr>
        <w:t xml:space="preserve"> </w:t>
      </w:r>
      <w:r w:rsidRPr="001A456E">
        <w:rPr>
          <w:rFonts w:ascii="Times New Roman" w:hAnsi="Times New Roman" w:cs="Times New Roman"/>
          <w:sz w:val="28"/>
          <w:szCs w:val="28"/>
        </w:rPr>
        <w:t>Приказом Министерства просвещения Российской Федерации от 18 мая 2023 г. № 372 «Об утверждении федеральной образовательной программы начального общего образования» (в ред. приказов Минпросвещения России от 19.03.2024 № 171);</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Times New Roman" w:hAnsi="Times New Roman" w:cs="Times New Roman"/>
          <w:sz w:val="28"/>
          <w:szCs w:val="28"/>
          <w:lang w:eastAsia="ru-RU"/>
        </w:rPr>
        <w:t xml:space="preserve"> -</w:t>
      </w:r>
      <w:r w:rsidRPr="001A456E">
        <w:rPr>
          <w:rFonts w:ascii="Times New Roman" w:hAnsi="Times New Roman" w:cs="Times New Roman"/>
          <w:sz w:val="28"/>
          <w:szCs w:val="28"/>
        </w:rPr>
        <w:t>Порядком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w:t>
      </w:r>
      <w:r w:rsidRPr="001A456E">
        <w:rPr>
          <w:rFonts w:ascii="Times New Roman" w:hAnsi="Times New Roman" w:cs="Times New Roman"/>
          <w:sz w:val="28"/>
          <w:szCs w:val="28"/>
        </w:rPr>
        <w:lastRenderedPageBreak/>
        <w:t>жденный приказом Министерства просвещения Российской Федерации от 22.03.2021 № 115;</w:t>
      </w:r>
    </w:p>
    <w:p w:rsidR="00CE2239" w:rsidRPr="001A456E" w:rsidRDefault="00CE2239" w:rsidP="003772B6">
      <w:pPr>
        <w:tabs>
          <w:tab w:val="left" w:pos="809"/>
        </w:tabs>
        <w:suppressAutoHyphens w:val="0"/>
        <w:spacing w:after="0" w:line="240" w:lineRule="auto"/>
        <w:ind w:right="105"/>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-Законом Республики Башкортостан «Об образовании в Республике Башкортостан» </w:t>
      </w:r>
      <w:r w:rsidRPr="001A456E">
        <w:rPr>
          <w:rFonts w:ascii="Times New Roman" w:eastAsia="Times New Roman" w:hAnsi="Times New Roman" w:cs="Times New Roman"/>
          <w:spacing w:val="2"/>
          <w:sz w:val="28"/>
          <w:szCs w:val="28"/>
          <w:lang w:eastAsia="ru-RU"/>
        </w:rPr>
        <w:t>от 01 июля 2013 года N 696-з (с последующими изменениями); </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Times New Roman" w:hAnsi="Times New Roman" w:cs="Times New Roman"/>
          <w:sz w:val="28"/>
          <w:szCs w:val="28"/>
          <w:lang w:eastAsia="ru-RU"/>
        </w:rPr>
        <w:t>- Санитарными правилами СП 2.4.2.4283-26 «Санитарно-эпидемиологические требования к организациям воспитания и обучения, отдыха и оздоровления детей и молодежи», зарегистрированными в Минюсте РФ, регистрационный №86855),</w:t>
      </w:r>
      <w:r w:rsidRPr="001A456E">
        <w:rPr>
          <w:rFonts w:ascii="Times New Roman" w:hAnsi="Times New Roman" w:cs="Times New Roman"/>
          <w:sz w:val="28"/>
          <w:szCs w:val="28"/>
        </w:rPr>
        <w:t xml:space="preserve"> утвержденные постановлением Главного государственного санитарного врача Российской Федерации от 02.06. 2026 г. № 19; </w:t>
      </w:r>
    </w:p>
    <w:p w:rsidR="00CE2239" w:rsidRPr="001A456E" w:rsidRDefault="00CE2239" w:rsidP="003772B6">
      <w:pPr>
        <w:suppressAutoHyphens w:val="0"/>
        <w:spacing w:after="0" w:line="240" w:lineRule="auto"/>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санитарного врача Российской Федерации от 28.01.2021 № 2, зарегистрированные в Министерстве юстиции РФ 29.01.2021г. № 62296 с изменениями от 17.03.2025, зарегистрировано № 82236 от 19.05.2025;</w:t>
      </w:r>
    </w:p>
    <w:p w:rsidR="00CE2239" w:rsidRPr="001A456E" w:rsidRDefault="00CE2239" w:rsidP="003772B6">
      <w:pPr>
        <w:suppressAutoHyphens w:val="0"/>
        <w:spacing w:after="0" w:line="240" w:lineRule="auto"/>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rPr>
        <w:t>-Конвенцией  ООН о правах ребенка;</w:t>
      </w:r>
    </w:p>
    <w:p w:rsidR="00CE2239" w:rsidRPr="001A456E" w:rsidRDefault="00CE2239" w:rsidP="003772B6">
      <w:pPr>
        <w:suppressAutoHyphens w:val="0"/>
        <w:spacing w:after="0" w:line="240" w:lineRule="auto"/>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rPr>
        <w:t>-Конституцией Российской Федерации;</w:t>
      </w:r>
    </w:p>
    <w:p w:rsidR="00CE2239" w:rsidRPr="001A456E" w:rsidRDefault="00CE2239" w:rsidP="003772B6">
      <w:pPr>
        <w:widowControl w:val="0"/>
        <w:tabs>
          <w:tab w:val="left" w:pos="828"/>
        </w:tabs>
        <w:suppressAutoHyphens w:val="0"/>
        <w:spacing w:after="0" w:line="240" w:lineRule="auto"/>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-Концепцией духовно-нравственного воспитания и развития личности гражданина России;</w:t>
      </w:r>
    </w:p>
    <w:p w:rsidR="00CE2239" w:rsidRPr="001A456E" w:rsidRDefault="00CE2239" w:rsidP="003772B6">
      <w:pPr>
        <w:widowControl w:val="0"/>
        <w:tabs>
          <w:tab w:val="left" w:pos="720"/>
          <w:tab w:val="left" w:pos="1280"/>
        </w:tabs>
        <w:suppressAutoHyphens w:val="0"/>
        <w:autoSpaceDE w:val="0"/>
        <w:autoSpaceDN w:val="0"/>
        <w:spacing w:after="0" w:line="240" w:lineRule="auto"/>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pacing w:val="2"/>
          <w:sz w:val="28"/>
          <w:szCs w:val="28"/>
          <w:lang w:eastAsia="ru-RU"/>
        </w:rPr>
        <w:t>-</w:t>
      </w:r>
      <w:r w:rsidRPr="001A456E">
        <w:rPr>
          <w:rFonts w:ascii="Times New Roman" w:eastAsia="Times New Roman" w:hAnsi="Times New Roman" w:cs="Times New Roman"/>
          <w:sz w:val="28"/>
          <w:szCs w:val="28"/>
          <w:lang w:eastAsia="ru-RU"/>
        </w:rPr>
        <w:t xml:space="preserve"> Письмом Министерства образования и науки Республики Башкортостан   от 12.07.2022г № 04-05/692 </w:t>
      </w:r>
      <w:r w:rsidRPr="001A456E">
        <w:rPr>
          <w:rFonts w:ascii="Times New Roman" w:eastAsia="Times New Roman" w:hAnsi="Times New Roman" w:cs="Times New Roman"/>
          <w:spacing w:val="-4"/>
          <w:sz w:val="28"/>
          <w:szCs w:val="28"/>
          <w:lang w:eastAsia="ru-RU"/>
        </w:rPr>
        <w:t xml:space="preserve">«О </w:t>
      </w:r>
      <w:r w:rsidRPr="001A456E">
        <w:rPr>
          <w:rFonts w:ascii="Times New Roman" w:eastAsia="Times New Roman" w:hAnsi="Times New Roman" w:cs="Times New Roman"/>
          <w:sz w:val="28"/>
          <w:szCs w:val="28"/>
          <w:lang w:eastAsia="ru-RU"/>
        </w:rPr>
        <w:t>направлении методических рекомендаций по организации внеурочной деятельности в рамках реализации обновленных ФГОС НОО и ООО»;</w:t>
      </w:r>
    </w:p>
    <w:p w:rsidR="00CE2239" w:rsidRPr="001A456E" w:rsidRDefault="00CE2239" w:rsidP="003772B6">
      <w:pPr>
        <w:shd w:val="clear" w:color="auto" w:fill="FFFFFF"/>
        <w:suppressAutoHyphens w:val="0"/>
        <w:spacing w:after="0" w:line="240" w:lineRule="auto"/>
        <w:jc w:val="both"/>
        <w:textAlignment w:val="baseline"/>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Письмом Министерства просвещения РФ от 09.07.2026 года №ОК-1984/03 о методических рекомендациях по организации внеурочной деятельности в рамках  реализации обновленных ФГОС НОО и ООО;</w:t>
      </w:r>
    </w:p>
    <w:p w:rsidR="00CE2239" w:rsidRPr="001A456E" w:rsidRDefault="00CE2239" w:rsidP="003772B6">
      <w:pPr>
        <w:shd w:val="clear" w:color="auto" w:fill="FFFFFF"/>
        <w:suppressAutoHyphens w:val="0"/>
        <w:spacing w:after="0" w:line="240" w:lineRule="auto"/>
        <w:jc w:val="both"/>
        <w:textAlignment w:val="baseline"/>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-Уставом МАОУ «Лицей № 42 имени Р.А. Каримова» городского округа город Уфа Республики Башкортостан;</w:t>
      </w:r>
    </w:p>
    <w:p w:rsidR="00CE2239" w:rsidRPr="001A456E" w:rsidRDefault="00CE2239" w:rsidP="003772B6">
      <w:pPr>
        <w:tabs>
          <w:tab w:val="left" w:pos="809"/>
        </w:tabs>
        <w:suppressAutoHyphens w:val="0"/>
        <w:spacing w:after="0" w:line="240" w:lineRule="auto"/>
        <w:ind w:hanging="100"/>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-Годовым календарным учебным графиком;</w:t>
      </w:r>
    </w:p>
    <w:p w:rsidR="00CE2239" w:rsidRPr="001A456E" w:rsidRDefault="00CE2239" w:rsidP="003772B6">
      <w:pPr>
        <w:tabs>
          <w:tab w:val="left" w:pos="809"/>
        </w:tabs>
        <w:suppressAutoHyphens w:val="0"/>
        <w:spacing w:after="0" w:line="240" w:lineRule="auto"/>
        <w:ind w:hanging="100"/>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 Образовательной программой МАОУ «Лицей № 42 имени Р.А. Каримова»;</w:t>
      </w:r>
    </w:p>
    <w:p w:rsidR="00CE2239" w:rsidRPr="001A456E" w:rsidRDefault="00CE2239" w:rsidP="003772B6">
      <w:pPr>
        <w:tabs>
          <w:tab w:val="left" w:pos="809"/>
        </w:tabs>
        <w:suppressAutoHyphens w:val="0"/>
        <w:spacing w:after="0" w:line="240" w:lineRule="auto"/>
        <w:ind w:left="-284" w:firstLine="284"/>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-Программой Воспитания МАОУ «Лицей № 42имени Р.А. Каримова»;</w:t>
      </w:r>
    </w:p>
    <w:p w:rsidR="00CE2239" w:rsidRPr="001A456E" w:rsidRDefault="00CE2239" w:rsidP="003772B6">
      <w:pPr>
        <w:tabs>
          <w:tab w:val="left" w:pos="809"/>
        </w:tabs>
        <w:suppressAutoHyphens w:val="0"/>
        <w:spacing w:after="0" w:line="240" w:lineRule="auto"/>
        <w:ind w:hanging="100"/>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-Примерных программ внеурочной деятельности.</w:t>
      </w:r>
    </w:p>
    <w:p w:rsidR="00CE2239" w:rsidRPr="001A456E" w:rsidRDefault="00CE2239" w:rsidP="003772B6">
      <w:pPr>
        <w:tabs>
          <w:tab w:val="left" w:pos="809"/>
        </w:tabs>
        <w:suppressAutoHyphens w:val="0"/>
        <w:spacing w:after="0" w:line="240" w:lineRule="auto"/>
        <w:ind w:hanging="100"/>
        <w:jc w:val="both"/>
        <w:rPr>
          <w:rFonts w:ascii="Times New Roman" w:eastAsia="Times New Roman" w:hAnsi="Times New Roman" w:cs="Times New Roman"/>
          <w:sz w:val="28"/>
          <w:szCs w:val="28"/>
          <w:lang w:eastAsia="ru-RU"/>
        </w:rPr>
      </w:pPr>
    </w:p>
    <w:p w:rsidR="00CE2239" w:rsidRPr="001A456E" w:rsidRDefault="00CE2239" w:rsidP="003772B6">
      <w:pPr>
        <w:tabs>
          <w:tab w:val="left" w:pos="809"/>
        </w:tabs>
        <w:suppressAutoHyphens w:val="0"/>
        <w:spacing w:after="0" w:line="240" w:lineRule="auto"/>
        <w:ind w:hanging="100"/>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При формировании и утверждении учебного плана внеурочной деятельности как локального нормативного акта, затрагивающего права обучающихся и работников МАОУ «Лицей № 42 имени Р.А. Каримова», учитывается мнение обучающихся и их родителей (законных представителей), работников образовательной организации. Рассмотрен на заседании Педагогического совета протокол №12 от 01.07.2026 года, согласован с Управляющим советом  протокол № 6 от 01.07.2026 г.   </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w:t>
      </w:r>
      <w:r w:rsidRPr="001A456E">
        <w:rPr>
          <w:rFonts w:ascii="Times New Roman" w:eastAsia="Times New Roman" w:hAnsi="Times New Roman" w:cs="Times New Roman"/>
          <w:sz w:val="28"/>
          <w:szCs w:val="28"/>
          <w:lang w:eastAsia="ru-RU"/>
        </w:rPr>
        <w:t xml:space="preserve">        </w:t>
      </w:r>
    </w:p>
    <w:p w:rsidR="00CE2239" w:rsidRPr="001A456E" w:rsidRDefault="00CE2239" w:rsidP="003772B6">
      <w:pPr>
        <w:suppressAutoHyphens w:val="0"/>
        <w:autoSpaceDE w:val="0"/>
        <w:autoSpaceDN w:val="0"/>
        <w:adjustRightInd w:val="0"/>
        <w:spacing w:after="0" w:line="240" w:lineRule="auto"/>
        <w:ind w:right="-283"/>
        <w:jc w:val="both"/>
        <w:textAlignment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bCs/>
          <w:sz w:val="28"/>
          <w:szCs w:val="28"/>
          <w:lang w:eastAsia="ru-RU"/>
        </w:rPr>
        <w:lastRenderedPageBreak/>
        <w:t xml:space="preserve">        </w:t>
      </w:r>
      <w:r w:rsidRPr="001A456E">
        <w:rPr>
          <w:rFonts w:ascii="Times New Roman" w:eastAsia="Times New Roman" w:hAnsi="Times New Roman" w:cs="Times New Roman"/>
          <w:b/>
          <w:bCs/>
          <w:sz w:val="28"/>
          <w:szCs w:val="28"/>
          <w:lang w:eastAsia="ru-RU"/>
        </w:rPr>
        <w:t>Цели организации внеурочной деятельности</w:t>
      </w:r>
      <w:r w:rsidRPr="001A456E">
        <w:rPr>
          <w:rFonts w:ascii="Times New Roman" w:eastAsia="Times New Roman" w:hAnsi="Times New Roman" w:cs="Times New Roman"/>
          <w:sz w:val="28"/>
          <w:szCs w:val="28"/>
          <w:lang w:eastAsia="ru-RU"/>
        </w:rPr>
        <w:t xml:space="preserve"> на уровне начального общего образования: </w:t>
      </w:r>
      <w:r w:rsidRPr="001A456E">
        <w:rPr>
          <w:rFonts w:ascii="Times New Roman" w:eastAsia="Times New Roman" w:hAnsi="Times New Roman" w:cs="Times New Roman"/>
          <w:sz w:val="28"/>
          <w:szCs w:val="28"/>
          <w:shd w:val="clear" w:color="auto" w:fill="FFFFFF"/>
          <w:lang w:eastAsia="ru-RU"/>
        </w:rPr>
        <w:t>является обеспечение достижения планируемых результатов освоения основной образовательной программы начального общего образования,</w:t>
      </w:r>
      <w:r w:rsidRPr="001A456E">
        <w:rPr>
          <w:rFonts w:ascii="Times New Roman" w:eastAsia="Times New Roman" w:hAnsi="Times New Roman" w:cs="Times New Roman"/>
          <w:sz w:val="28"/>
          <w:szCs w:val="28"/>
          <w:lang w:eastAsia="ru-RU"/>
        </w:rPr>
        <w:t xml:space="preserve"> обеспечение соответствующей возрасту адаптации ребёнка в образовательной организации, создание благоприятных условий для развития ребёнка, учёт его возрастных и индивидуальных особенностей.</w:t>
      </w:r>
    </w:p>
    <w:p w:rsidR="00CE2239" w:rsidRPr="001A456E" w:rsidRDefault="00CE2239" w:rsidP="003772B6">
      <w:pPr>
        <w:suppressAutoHyphens w:val="0"/>
        <w:spacing w:after="0" w:line="240" w:lineRule="auto"/>
        <w:ind w:right="-283" w:firstLine="540"/>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b/>
          <w:kern w:val="2"/>
          <w:sz w:val="28"/>
          <w:szCs w:val="28"/>
          <w:lang w:eastAsia="ar-SA"/>
        </w:rPr>
        <w:t>Целями</w:t>
      </w:r>
      <w:r w:rsidRPr="001A456E">
        <w:rPr>
          <w:rFonts w:ascii="Times New Roman" w:eastAsia="Times New Roman" w:hAnsi="Times New Roman" w:cs="Times New Roman"/>
          <w:kern w:val="2"/>
          <w:sz w:val="28"/>
          <w:szCs w:val="28"/>
          <w:lang w:eastAsia="ar-SA"/>
        </w:rPr>
        <w:t xml:space="preserve"> внеурочной деятельности являются создание условий для развития творческого потенциала обучающихся, создание основы для осознанного выбора и последующего усвоения профессиональных образовательных программ, воспитание гражданственности, трудолюбия, уважения к правам и свободам человека, любви к окружающей природе, Родине, своей республике, семье, формирование здорового образа жизни.</w:t>
      </w:r>
    </w:p>
    <w:p w:rsidR="00CE2239" w:rsidRPr="001A456E" w:rsidRDefault="00CE2239" w:rsidP="003772B6">
      <w:pPr>
        <w:suppressAutoHyphens w:val="0"/>
        <w:spacing w:after="0" w:line="240" w:lineRule="auto"/>
        <w:ind w:right="-283"/>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Внеурочная деятельность в лицее является составной частью учебно-воспитательного процесса и одной из форм организации свободного времени обучающихся.</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Times New Roman" w:hAnsi="Times New Roman" w:cs="Times New Roman"/>
          <w:sz w:val="28"/>
          <w:szCs w:val="28"/>
          <w:lang w:eastAsia="ru-RU"/>
        </w:rPr>
        <w:t xml:space="preserve"> </w:t>
      </w:r>
      <w:r w:rsidRPr="001A456E">
        <w:rPr>
          <w:rFonts w:ascii="Times New Roman" w:eastAsia="SchoolBookSanPin" w:hAnsi="Times New Roman" w:cs="Times New Roman"/>
          <w:b/>
          <w:sz w:val="28"/>
          <w:szCs w:val="28"/>
        </w:rPr>
        <w:t>Основными задачами</w:t>
      </w:r>
      <w:r w:rsidRPr="001A456E">
        <w:rPr>
          <w:rFonts w:ascii="Times New Roman" w:eastAsia="SchoolBookSanPin" w:hAnsi="Times New Roman" w:cs="Times New Roman"/>
          <w:sz w:val="28"/>
          <w:szCs w:val="28"/>
        </w:rPr>
        <w:t xml:space="preserve"> организации внеурочной деятельности являются: </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поддержка учебной деятельности обучающихся в достижении планируемых результатов освоения программы начального общего образования;</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совершенствование навыков общения со сверстниками и коммуникативных умений в разновозрастной школьной среде;</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формирование навыков организации своей жизнедеятельности с учетом правил безопасного образа жизни;</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поддержка детских объединений, формирование умений ученического самоуправления;</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формирование культуры поведения в информационной среде.</w:t>
      </w:r>
    </w:p>
    <w:p w:rsidR="00CE2239" w:rsidRPr="001A456E" w:rsidRDefault="00CE2239" w:rsidP="003772B6">
      <w:pPr>
        <w:suppressAutoHyphens w:val="0"/>
        <w:spacing w:after="0" w:line="240" w:lineRule="auto"/>
        <w:ind w:firstLine="709"/>
        <w:jc w:val="both"/>
        <w:rPr>
          <w:rFonts w:ascii="Times New Roman" w:eastAsia="Times New Roman" w:hAnsi="Times New Roman" w:cs="Times New Roman"/>
          <w:sz w:val="28"/>
          <w:szCs w:val="28"/>
          <w:shd w:val="clear" w:color="auto" w:fill="FFFFFF"/>
          <w:lang w:eastAsia="ru-RU"/>
        </w:rPr>
      </w:pPr>
      <w:r w:rsidRPr="001A456E">
        <w:rPr>
          <w:rFonts w:ascii="Times New Roman" w:eastAsia="Times New Roman" w:hAnsi="Times New Roman" w:cs="Times New Roman"/>
          <w:sz w:val="28"/>
          <w:szCs w:val="28"/>
          <w:shd w:val="clear" w:color="auto" w:fill="FFFFFF"/>
          <w:lang w:eastAsia="ru-RU"/>
        </w:rPr>
        <w:t xml:space="preserve">        Внеурочная деятельность осуществляется посредством реализации рабочих программ внеурочной деятельности, которая является неотъемлемой частью основной образовательной программы образовательной организации, разрабатываемой самостоятельно в соответствии с ФГОС. </w:t>
      </w:r>
    </w:p>
    <w:p w:rsidR="00CE2239" w:rsidRPr="001A456E" w:rsidRDefault="00CE2239" w:rsidP="003772B6">
      <w:pPr>
        <w:pBdr>
          <w:top w:val="nil"/>
          <w:left w:val="nil"/>
          <w:bottom w:val="nil"/>
          <w:right w:val="nil"/>
          <w:between w:val="nil"/>
        </w:pBdr>
        <w:spacing w:after="0" w:line="240" w:lineRule="auto"/>
        <w:ind w:left="360" w:right="115"/>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b/>
          <w:bCs/>
          <w:sz w:val="28"/>
          <w:szCs w:val="28"/>
          <w:lang w:eastAsia="ar-SA"/>
        </w:rPr>
        <w:t>Принципами организации внеурочной деятельности</w:t>
      </w:r>
      <w:r w:rsidRPr="001A456E">
        <w:rPr>
          <w:rFonts w:ascii="Times New Roman" w:eastAsia="Times New Roman" w:hAnsi="Times New Roman" w:cs="Times New Roman"/>
          <w:sz w:val="28"/>
          <w:szCs w:val="28"/>
          <w:lang w:eastAsia="ar-SA"/>
        </w:rPr>
        <w:t xml:space="preserve"> в лицее являются:</w:t>
      </w:r>
    </w:p>
    <w:p w:rsidR="00CE2239" w:rsidRPr="001A456E" w:rsidRDefault="00CE2239" w:rsidP="00EF687D">
      <w:pPr>
        <w:widowControl w:val="0"/>
        <w:numPr>
          <w:ilvl w:val="0"/>
          <w:numId w:val="49"/>
        </w:numPr>
        <w:suppressAutoHyphens w:val="0"/>
        <w:autoSpaceDE w:val="0"/>
        <w:autoSpaceDN w:val="0"/>
        <w:spacing w:after="0" w:line="240" w:lineRule="auto"/>
        <w:ind w:right="115"/>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 xml:space="preserve">соответствие возрастным особенностям обучающихся; </w:t>
      </w:r>
    </w:p>
    <w:p w:rsidR="00CE2239" w:rsidRPr="001A456E" w:rsidRDefault="00CE2239" w:rsidP="00EF687D">
      <w:pPr>
        <w:widowControl w:val="0"/>
        <w:numPr>
          <w:ilvl w:val="0"/>
          <w:numId w:val="49"/>
        </w:numPr>
        <w:suppressAutoHyphens w:val="0"/>
        <w:autoSpaceDE w:val="0"/>
        <w:autoSpaceDN w:val="0"/>
        <w:spacing w:after="0" w:line="240" w:lineRule="auto"/>
        <w:ind w:right="115"/>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 xml:space="preserve">преемственность с технологиями учебной деятельности; </w:t>
      </w:r>
    </w:p>
    <w:p w:rsidR="00CE2239" w:rsidRPr="001A456E" w:rsidRDefault="00CE2239" w:rsidP="00EF687D">
      <w:pPr>
        <w:widowControl w:val="0"/>
        <w:numPr>
          <w:ilvl w:val="0"/>
          <w:numId w:val="49"/>
        </w:numPr>
        <w:suppressAutoHyphens w:val="0"/>
        <w:autoSpaceDE w:val="0"/>
        <w:autoSpaceDN w:val="0"/>
        <w:spacing w:after="0" w:line="240" w:lineRule="auto"/>
        <w:ind w:right="115"/>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опора на традиции и положительный опыт организации внеурочной деятельности;</w:t>
      </w:r>
    </w:p>
    <w:p w:rsidR="00CE2239" w:rsidRPr="001A456E" w:rsidRDefault="00CE2239" w:rsidP="00EF687D">
      <w:pPr>
        <w:widowControl w:val="0"/>
        <w:numPr>
          <w:ilvl w:val="0"/>
          <w:numId w:val="49"/>
        </w:numPr>
        <w:suppressAutoHyphens w:val="0"/>
        <w:autoSpaceDE w:val="0"/>
        <w:autoSpaceDN w:val="0"/>
        <w:spacing w:after="0" w:line="240" w:lineRule="auto"/>
        <w:ind w:right="115"/>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 xml:space="preserve">опора на ценности воспитательной системы лицея; </w:t>
      </w:r>
    </w:p>
    <w:p w:rsidR="00CE2239" w:rsidRPr="001A456E" w:rsidRDefault="00CE2239" w:rsidP="00EF687D">
      <w:pPr>
        <w:widowControl w:val="0"/>
        <w:numPr>
          <w:ilvl w:val="0"/>
          <w:numId w:val="49"/>
        </w:numPr>
        <w:suppressAutoHyphens w:val="0"/>
        <w:autoSpaceDE w:val="0"/>
        <w:autoSpaceDN w:val="0"/>
        <w:spacing w:after="0" w:line="240" w:lineRule="auto"/>
        <w:ind w:right="115"/>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свободный выбор на основе личных интересов и склонностей ребенка;</w:t>
      </w:r>
    </w:p>
    <w:p w:rsidR="00CE2239" w:rsidRPr="001A456E" w:rsidRDefault="00CE2239" w:rsidP="00EF687D">
      <w:pPr>
        <w:widowControl w:val="0"/>
        <w:numPr>
          <w:ilvl w:val="0"/>
          <w:numId w:val="49"/>
        </w:numPr>
        <w:suppressAutoHyphens w:val="0"/>
        <w:autoSpaceDE w:val="0"/>
        <w:autoSpaceDN w:val="0"/>
        <w:spacing w:after="0" w:line="240" w:lineRule="auto"/>
        <w:ind w:right="115"/>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включение ребенка в систему коллективных творческих дел и проектов, которые являются частью воспитательной системы лицея по семи направлениям.</w:t>
      </w:r>
    </w:p>
    <w:p w:rsidR="00CE2239" w:rsidRPr="001A456E" w:rsidRDefault="00CE2239" w:rsidP="003772B6">
      <w:pPr>
        <w:widowControl w:val="0"/>
        <w:suppressAutoHyphens w:val="0"/>
        <w:autoSpaceDE w:val="0"/>
        <w:autoSpaceDN w:val="0"/>
        <w:spacing w:after="0" w:line="240" w:lineRule="auto"/>
        <w:ind w:right="115"/>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lastRenderedPageBreak/>
        <w:t xml:space="preserve">     Данные принципы определяют способы организации внеурочной деятельности: реализация образовательных программ, разработанных педагогами лицея.</w:t>
      </w:r>
    </w:p>
    <w:p w:rsidR="00CE2239" w:rsidRPr="001A456E" w:rsidRDefault="00CE2239" w:rsidP="003772B6">
      <w:pPr>
        <w:pBdr>
          <w:top w:val="nil"/>
          <w:left w:val="nil"/>
          <w:bottom w:val="nil"/>
          <w:right w:val="nil"/>
          <w:between w:val="nil"/>
        </w:pBdr>
        <w:spacing w:after="120" w:line="240" w:lineRule="auto"/>
        <w:jc w:val="both"/>
        <w:rPr>
          <w:rFonts w:ascii="Times New Roman" w:eastAsia="Times New Roman" w:hAnsi="Times New Roman" w:cs="Times New Roman"/>
          <w:sz w:val="28"/>
          <w:szCs w:val="28"/>
          <w:shd w:val="clear" w:color="auto" w:fill="FFFFFF"/>
          <w:lang w:eastAsia="ar-SA"/>
        </w:rPr>
      </w:pPr>
      <w:r w:rsidRPr="001A456E">
        <w:rPr>
          <w:rFonts w:ascii="Times New Roman" w:eastAsia="Times New Roman" w:hAnsi="Times New Roman" w:cs="Times New Roman"/>
          <w:sz w:val="28"/>
          <w:szCs w:val="28"/>
          <w:shd w:val="clear" w:color="auto" w:fill="FFFFFF"/>
          <w:lang w:eastAsia="ar-SA"/>
        </w:rPr>
        <w:t xml:space="preserve">     </w:t>
      </w:r>
      <w:r w:rsidRPr="001A456E">
        <w:rPr>
          <w:rFonts w:ascii="Times New Roman" w:eastAsia="Times New Roman" w:hAnsi="Times New Roman" w:cs="Times New Roman"/>
          <w:sz w:val="28"/>
          <w:szCs w:val="28"/>
          <w:lang w:eastAsia="ar-SA"/>
        </w:rPr>
        <w:t xml:space="preserve">Нормативное обеспечение реализации плана внеурочной деятельности соответствует требованиям ФОП ФГОС НОО. В основе реализации плана внеурочной деятельности заложены системно-деятельностный и личностно-ориентированный подходы. План внеурочной деятельности обеспечивает учёт индивидуальных особенностей и потребностей обучающихся через организацию внеурочной деятельности. Формирование плана внеурочной деятельности подчиняется </w:t>
      </w:r>
      <w:r w:rsidRPr="001A456E">
        <w:rPr>
          <w:rFonts w:ascii="Times New Roman" w:eastAsia="Times New Roman" w:hAnsi="Times New Roman" w:cs="Times New Roman"/>
          <w:bCs/>
          <w:sz w:val="28"/>
          <w:szCs w:val="28"/>
          <w:lang w:eastAsia="ar-SA"/>
        </w:rPr>
        <w:t>следующим принципам</w:t>
      </w:r>
      <w:r w:rsidRPr="001A456E">
        <w:rPr>
          <w:rFonts w:ascii="Times New Roman" w:eastAsia="Times New Roman" w:hAnsi="Times New Roman" w:cs="Times New Roman"/>
          <w:sz w:val="28"/>
          <w:szCs w:val="28"/>
          <w:lang w:eastAsia="ar-SA"/>
        </w:rPr>
        <w:t xml:space="preserve">: </w:t>
      </w:r>
    </w:p>
    <w:p w:rsidR="00CE2239" w:rsidRPr="001A456E" w:rsidRDefault="00CE2239" w:rsidP="00EF687D">
      <w:pPr>
        <w:numPr>
          <w:ilvl w:val="0"/>
          <w:numId w:val="48"/>
        </w:numPr>
        <w:suppressAutoHyphens w:val="0"/>
        <w:spacing w:after="0" w:line="240" w:lineRule="auto"/>
        <w:ind w:right="-283"/>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kern w:val="2"/>
          <w:sz w:val="28"/>
          <w:szCs w:val="28"/>
          <w:lang w:eastAsia="ar-SA"/>
        </w:rPr>
        <w:t>природосообразности;</w:t>
      </w:r>
    </w:p>
    <w:p w:rsidR="00CE2239" w:rsidRPr="001A456E" w:rsidRDefault="00CE2239" w:rsidP="00EF687D">
      <w:pPr>
        <w:numPr>
          <w:ilvl w:val="0"/>
          <w:numId w:val="48"/>
        </w:numPr>
        <w:suppressAutoHyphens w:val="0"/>
        <w:spacing w:after="0" w:line="240" w:lineRule="auto"/>
        <w:ind w:right="-283"/>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kern w:val="2"/>
          <w:sz w:val="28"/>
          <w:szCs w:val="28"/>
          <w:lang w:eastAsia="ar-SA"/>
        </w:rPr>
        <w:t>культуросообразности;</w:t>
      </w:r>
    </w:p>
    <w:p w:rsidR="00CE2239" w:rsidRPr="001A456E" w:rsidRDefault="00CE2239" w:rsidP="00EF687D">
      <w:pPr>
        <w:numPr>
          <w:ilvl w:val="0"/>
          <w:numId w:val="48"/>
        </w:numPr>
        <w:suppressAutoHyphens w:val="0"/>
        <w:spacing w:after="0" w:line="240" w:lineRule="auto"/>
        <w:ind w:right="-283"/>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kern w:val="2"/>
          <w:sz w:val="28"/>
          <w:szCs w:val="28"/>
          <w:lang w:eastAsia="ar-SA"/>
        </w:rPr>
        <w:t>интеграции;</w:t>
      </w:r>
    </w:p>
    <w:p w:rsidR="00CE2239" w:rsidRPr="001A456E" w:rsidRDefault="00CE2239" w:rsidP="00EF687D">
      <w:pPr>
        <w:numPr>
          <w:ilvl w:val="0"/>
          <w:numId w:val="48"/>
        </w:numPr>
        <w:suppressAutoHyphens w:val="0"/>
        <w:spacing w:after="0" w:line="240" w:lineRule="auto"/>
        <w:ind w:right="-283"/>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kern w:val="2"/>
          <w:sz w:val="28"/>
          <w:szCs w:val="28"/>
          <w:lang w:eastAsia="ar-SA"/>
        </w:rPr>
        <w:t xml:space="preserve">дифференциации и индивидуализации; </w:t>
      </w:r>
    </w:p>
    <w:p w:rsidR="00CE2239" w:rsidRPr="001A456E" w:rsidRDefault="00CE2239" w:rsidP="00EF687D">
      <w:pPr>
        <w:numPr>
          <w:ilvl w:val="0"/>
          <w:numId w:val="48"/>
        </w:numPr>
        <w:suppressAutoHyphens w:val="0"/>
        <w:spacing w:after="0" w:line="240" w:lineRule="auto"/>
        <w:ind w:right="-283"/>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kern w:val="2"/>
          <w:sz w:val="28"/>
          <w:szCs w:val="28"/>
          <w:lang w:eastAsia="ar-SA"/>
        </w:rPr>
        <w:t>социального партнерства и другим.</w:t>
      </w:r>
    </w:p>
    <w:p w:rsidR="00CE2239" w:rsidRPr="001A456E" w:rsidRDefault="00CE2239" w:rsidP="003772B6">
      <w:pPr>
        <w:suppressAutoHyphens w:val="0"/>
        <w:spacing w:after="0" w:line="240" w:lineRule="auto"/>
        <w:ind w:right="-283" w:firstLine="540"/>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kern w:val="2"/>
          <w:sz w:val="28"/>
          <w:szCs w:val="28"/>
          <w:lang w:eastAsia="ar-SA"/>
        </w:rPr>
        <w:t>Специфика внеурочной деятельности заключается в том, что в условиях образовательной организации ребёнок получает возможность подключиться к занятиям по интересам, познать новый способ обучения и развития – безотметочный, при этом обеспечивающий достижение успеха, благодаря его способностям независимо от успеваемости по обязательным учебным дисциплинам.</w:t>
      </w:r>
    </w:p>
    <w:p w:rsidR="00CE2239" w:rsidRPr="001A456E" w:rsidRDefault="00CE2239" w:rsidP="003772B6">
      <w:pPr>
        <w:suppressAutoHyphens w:val="0"/>
        <w:spacing w:after="0" w:line="240" w:lineRule="auto"/>
        <w:ind w:right="-283" w:firstLine="540"/>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kern w:val="2"/>
          <w:sz w:val="28"/>
          <w:szCs w:val="28"/>
          <w:lang w:eastAsia="ar-SA"/>
        </w:rPr>
        <w:t>Внеурочная деятельность опирается на содержание общего образования, интегрирует с ним, что позволяет сблизить процессы воспитания, обучения и развития, решая тем самым одну из наиболее сложных проблем современной педагогики.  В процессе совместной творческой деятельности педагога и обучающегося происходит становление личности ребенка.</w:t>
      </w:r>
    </w:p>
    <w:p w:rsidR="00CE2239" w:rsidRPr="001A456E" w:rsidRDefault="00CE2239" w:rsidP="003772B6">
      <w:pPr>
        <w:suppressAutoHyphens w:val="0"/>
        <w:spacing w:after="0" w:line="240" w:lineRule="auto"/>
        <w:ind w:right="-283" w:firstLine="540"/>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kern w:val="2"/>
          <w:sz w:val="28"/>
          <w:szCs w:val="28"/>
          <w:lang w:eastAsia="ar-SA"/>
        </w:rPr>
        <w:t>Программы внеурочной деятельности направлены:</w:t>
      </w:r>
    </w:p>
    <w:p w:rsidR="00CE2239" w:rsidRPr="001A456E" w:rsidRDefault="00CE2239" w:rsidP="003772B6">
      <w:pPr>
        <w:suppressAutoHyphens w:val="0"/>
        <w:spacing w:after="0" w:line="240" w:lineRule="auto"/>
        <w:ind w:right="-283" w:firstLine="540"/>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kern w:val="2"/>
          <w:sz w:val="28"/>
          <w:szCs w:val="28"/>
          <w:lang w:eastAsia="ar-SA"/>
        </w:rPr>
        <w:t>- на расширение содержания федеральных программ начального общего образования;</w:t>
      </w:r>
    </w:p>
    <w:p w:rsidR="00CE2239" w:rsidRPr="001A456E" w:rsidRDefault="00CE2239" w:rsidP="003772B6">
      <w:pPr>
        <w:suppressAutoHyphens w:val="0"/>
        <w:spacing w:after="0" w:line="240" w:lineRule="auto"/>
        <w:ind w:right="-283" w:firstLine="540"/>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kern w:val="2"/>
          <w:sz w:val="28"/>
          <w:szCs w:val="28"/>
          <w:lang w:eastAsia="ar-SA"/>
        </w:rPr>
        <w:t>-на реализацию основных направлений региональной образовательной политики;</w:t>
      </w:r>
    </w:p>
    <w:p w:rsidR="00CE2239" w:rsidRPr="001A456E" w:rsidRDefault="00CE2239" w:rsidP="003772B6">
      <w:pPr>
        <w:suppressAutoHyphens w:val="0"/>
        <w:spacing w:after="0" w:line="240" w:lineRule="auto"/>
        <w:ind w:right="-283" w:firstLine="540"/>
        <w:jc w:val="both"/>
        <w:rPr>
          <w:rFonts w:ascii="Times New Roman" w:eastAsia="Times New Roman" w:hAnsi="Times New Roman" w:cs="Times New Roman"/>
          <w:kern w:val="2"/>
          <w:sz w:val="28"/>
          <w:szCs w:val="28"/>
          <w:lang w:eastAsia="ar-SA"/>
        </w:rPr>
      </w:pPr>
      <w:r w:rsidRPr="001A456E">
        <w:rPr>
          <w:rFonts w:ascii="Times New Roman" w:eastAsia="Times New Roman" w:hAnsi="Times New Roman" w:cs="Times New Roman"/>
          <w:kern w:val="2"/>
          <w:sz w:val="28"/>
          <w:szCs w:val="28"/>
          <w:lang w:eastAsia="ar-SA"/>
        </w:rPr>
        <w:t>- на формирование личности ребенка средствами искусства, творчества, спорта.</w:t>
      </w:r>
    </w:p>
    <w:p w:rsidR="00CE2239" w:rsidRPr="001A456E" w:rsidRDefault="00CE2239" w:rsidP="003772B6">
      <w:pPr>
        <w:suppressAutoHyphens w:val="0"/>
        <w:spacing w:after="0" w:line="240" w:lineRule="auto"/>
        <w:ind w:right="-283"/>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w:t>
      </w:r>
      <w:r w:rsidRPr="001A456E">
        <w:rPr>
          <w:rFonts w:ascii="Times New Roman" w:eastAsia="Times New Roman" w:hAnsi="Times New Roman" w:cs="Times New Roman"/>
          <w:spacing w:val="2"/>
          <w:sz w:val="28"/>
          <w:szCs w:val="28"/>
          <w:lang w:eastAsia="ru-RU"/>
        </w:rPr>
        <w:t xml:space="preserve">Организация занятий по направлениям внеурочной деятельности является неотъемлемой частью образовательной деятельности МАОУ «Лицей № 42 </w:t>
      </w:r>
      <w:r w:rsidRPr="001A456E">
        <w:rPr>
          <w:rFonts w:ascii="Times New Roman" w:eastAsia="Times New Roman" w:hAnsi="Times New Roman" w:cs="Times New Roman"/>
          <w:sz w:val="28"/>
          <w:szCs w:val="28"/>
          <w:lang w:eastAsia="ru-RU"/>
        </w:rPr>
        <w:t>имени Р.А. Каримова</w:t>
      </w:r>
      <w:r w:rsidRPr="001A456E">
        <w:rPr>
          <w:rFonts w:ascii="Times New Roman" w:eastAsia="Times New Roman" w:hAnsi="Times New Roman" w:cs="Times New Roman"/>
          <w:spacing w:val="2"/>
          <w:sz w:val="28"/>
          <w:szCs w:val="28"/>
          <w:lang w:eastAsia="ru-RU"/>
        </w:rPr>
        <w:t xml:space="preserve">», </w:t>
      </w:r>
      <w:r w:rsidRPr="001A456E">
        <w:rPr>
          <w:rFonts w:ascii="Times New Roman" w:eastAsia="Times New Roman" w:hAnsi="Times New Roman" w:cs="Times New Roman"/>
          <w:sz w:val="28"/>
          <w:szCs w:val="28"/>
          <w:lang w:eastAsia="ru-RU"/>
        </w:rPr>
        <w:t>предоставляет обучающимся возможность выбора широкого спектра занятий, направленных на их развитие, определяет чередование учебной и внеурочной деятельности в рамках реализации федеральной образовательной программы начального общего образования.</w:t>
      </w:r>
    </w:p>
    <w:p w:rsidR="00CE2239" w:rsidRPr="001A456E" w:rsidRDefault="00CE2239" w:rsidP="003772B6">
      <w:pPr>
        <w:suppressAutoHyphens w:val="0"/>
        <w:spacing w:after="0" w:line="240" w:lineRule="auto"/>
        <w:ind w:right="-283" w:firstLine="708"/>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Время, отведённое на внеурочную деятельность, не учитывается при определении максимально допустимой недельной нагрузки обучающихся.</w:t>
      </w:r>
    </w:p>
    <w:p w:rsidR="00CE2239" w:rsidRPr="001A456E" w:rsidRDefault="00CE2239" w:rsidP="003772B6">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 xml:space="preserve">Исходя из целей и задач, требований к формам и содержанию внеурочной деятельности, для ее реализации принята </w:t>
      </w:r>
      <w:r w:rsidRPr="001A456E">
        <w:rPr>
          <w:rFonts w:ascii="Times New Roman" w:eastAsia="Times New Roman" w:hAnsi="Times New Roman" w:cs="Times New Roman"/>
          <w:b/>
          <w:sz w:val="28"/>
          <w:szCs w:val="28"/>
          <w:lang w:eastAsia="ar-SA"/>
        </w:rPr>
        <w:t>оптимизационная организационная модель внеурочной деятельности</w:t>
      </w:r>
      <w:r w:rsidRPr="001A456E">
        <w:rPr>
          <w:rFonts w:ascii="Times New Roman" w:eastAsia="Times New Roman" w:hAnsi="Times New Roman" w:cs="Times New Roman"/>
          <w:sz w:val="28"/>
          <w:szCs w:val="28"/>
          <w:lang w:eastAsia="ar-SA"/>
        </w:rPr>
        <w:t xml:space="preserve"> с использованием </w:t>
      </w:r>
      <w:r w:rsidRPr="001A456E">
        <w:rPr>
          <w:rFonts w:ascii="Times New Roman" w:eastAsia="Times New Roman" w:hAnsi="Times New Roman" w:cs="Times New Roman"/>
          <w:bCs/>
          <w:sz w:val="28"/>
          <w:szCs w:val="28"/>
          <w:lang w:eastAsia="ar-SA"/>
        </w:rPr>
        <w:t>возможностей лицея.</w:t>
      </w:r>
      <w:r w:rsidRPr="001A456E">
        <w:rPr>
          <w:rFonts w:ascii="Times New Roman" w:eastAsia="Times New Roman" w:hAnsi="Times New Roman" w:cs="Times New Roman"/>
          <w:iCs/>
          <w:sz w:val="28"/>
          <w:szCs w:val="28"/>
          <w:shd w:val="clear" w:color="auto" w:fill="FFFFFF"/>
          <w:lang w:eastAsia="ar-SA"/>
        </w:rPr>
        <w:t xml:space="preserve"> </w:t>
      </w:r>
      <w:r w:rsidRPr="001A456E">
        <w:rPr>
          <w:rFonts w:ascii="Times New Roman" w:eastAsia="Times New Roman" w:hAnsi="Times New Roman" w:cs="Times New Roman"/>
          <w:b/>
          <w:bCs/>
          <w:iCs/>
          <w:sz w:val="28"/>
          <w:szCs w:val="28"/>
          <w:shd w:val="clear" w:color="auto" w:fill="FFFFFF"/>
          <w:lang w:eastAsia="ar-SA"/>
        </w:rPr>
        <w:t>Преимущества модели</w:t>
      </w:r>
      <w:r w:rsidRPr="001A456E">
        <w:rPr>
          <w:rFonts w:ascii="Times New Roman" w:eastAsia="Times New Roman" w:hAnsi="Times New Roman" w:cs="Times New Roman"/>
          <w:sz w:val="28"/>
          <w:szCs w:val="28"/>
          <w:shd w:val="clear" w:color="auto" w:fill="FFFFFF"/>
          <w:lang w:eastAsia="ar-SA"/>
        </w:rPr>
        <w:t> состоят в минимизации финансовых расходов на внеурочную деятельность, создании единого образовательного и методического пространства в лицее, содержательном и организационном единстве всех его структурных подразделений.</w:t>
      </w:r>
    </w:p>
    <w:p w:rsidR="00CE2239" w:rsidRPr="001A456E" w:rsidRDefault="00CE2239" w:rsidP="003772B6">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lastRenderedPageBreak/>
        <w:t>При реализации плана внеурочной деятельности предусмотрена вариативность содержания внеурочной деятельности с учетом образовательных потребностей и интересов обучающихся. Количество занятий внеурочной деятельности для каждого обучающегося определяется его родителями (законными представителями) с учётом занятости обучающихся в свободной от учебы половине дня.</w:t>
      </w:r>
    </w:p>
    <w:p w:rsidR="00CE2239" w:rsidRPr="001A456E" w:rsidRDefault="00CE2239" w:rsidP="003772B6">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Чередование учебной и внеурочной деятельности устанавливается календарным учебным графиком.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лицея или на базе загородных детских центров, в походах, поездках и т. д.).</w:t>
      </w:r>
    </w:p>
    <w:p w:rsidR="00CE2239" w:rsidRPr="001A456E" w:rsidRDefault="00CE2239" w:rsidP="003772B6">
      <w:pPr>
        <w:pBdr>
          <w:top w:val="nil"/>
          <w:left w:val="nil"/>
          <w:bottom w:val="nil"/>
          <w:right w:val="nil"/>
          <w:between w:val="nil"/>
        </w:pBdr>
        <w:spacing w:after="120" w:line="240" w:lineRule="auto"/>
        <w:ind w:firstLine="567"/>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 xml:space="preserve">Для достижений целей для обучающихся начальных классов МАОУ «Лицей № 42 имени Р.А. Каримова» реализуется программа специально спроектированных внеучебных мероприятий, объединенных </w:t>
      </w:r>
      <w:r w:rsidRPr="001A456E">
        <w:rPr>
          <w:rFonts w:ascii="Times New Roman" w:eastAsia="Times New Roman" w:hAnsi="Times New Roman" w:cs="Times New Roman"/>
          <w:b/>
          <w:sz w:val="28"/>
          <w:szCs w:val="28"/>
          <w:lang w:eastAsia="ar-SA"/>
        </w:rPr>
        <w:t>по следующим направлениям</w:t>
      </w:r>
      <w:r w:rsidRPr="001A456E">
        <w:rPr>
          <w:rFonts w:ascii="Times New Roman" w:eastAsia="Times New Roman" w:hAnsi="Times New Roman" w:cs="Times New Roman"/>
          <w:sz w:val="28"/>
          <w:szCs w:val="28"/>
          <w:lang w:eastAsia="ar-SA"/>
        </w:rPr>
        <w:t xml:space="preserve"> развития личности младшего школьника во внеурочной деятельности </w:t>
      </w:r>
      <w:r w:rsidRPr="001A456E">
        <w:rPr>
          <w:rFonts w:ascii="Times New Roman" w:eastAsia="Times New Roman" w:hAnsi="Times New Roman" w:cs="Times New Roman"/>
          <w:b/>
          <w:sz w:val="28"/>
          <w:szCs w:val="28"/>
          <w:lang w:eastAsia="ar-SA"/>
        </w:rPr>
        <w:t>на уровне начального общего образования</w:t>
      </w:r>
      <w:r w:rsidRPr="001A456E">
        <w:rPr>
          <w:rFonts w:ascii="Times New Roman" w:eastAsia="Times New Roman" w:hAnsi="Times New Roman" w:cs="Times New Roman"/>
          <w:sz w:val="28"/>
          <w:szCs w:val="28"/>
          <w:lang w:eastAsia="ar-SA"/>
        </w:rPr>
        <w:t>:</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b/>
          <w:sz w:val="28"/>
          <w:szCs w:val="28"/>
        </w:rPr>
      </w:pPr>
      <w:r w:rsidRPr="001A456E">
        <w:rPr>
          <w:rFonts w:ascii="Times New Roman" w:eastAsia="SchoolBookSanPin" w:hAnsi="Times New Roman" w:cs="Times New Roman"/>
          <w:b/>
          <w:sz w:val="28"/>
          <w:szCs w:val="28"/>
        </w:rPr>
        <w:t>Направления и цели внеурочной деятельности.</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b/>
          <w:bCs/>
          <w:sz w:val="28"/>
          <w:szCs w:val="28"/>
        </w:rPr>
        <w:t>Спортивно-оздоровительное направление</w:t>
      </w:r>
      <w:r w:rsidRPr="001A456E">
        <w:rPr>
          <w:rFonts w:ascii="Times New Roman" w:eastAsia="SchoolBookSanPin" w:hAnsi="Times New Roman" w:cs="Times New Roman"/>
          <w:bCs/>
          <w:sz w:val="28"/>
          <w:szCs w:val="28"/>
        </w:rPr>
        <w:t xml:space="preserve"> </w:t>
      </w:r>
      <w:r w:rsidRPr="001A456E">
        <w:rPr>
          <w:rFonts w:ascii="Times New Roman" w:eastAsia="SchoolBookSanPin" w:hAnsi="Times New Roman" w:cs="Times New Roman"/>
          <w:sz w:val="28"/>
          <w:szCs w:val="28"/>
        </w:rPr>
        <w:t>направлено на физическое развитие обучающегося, углубление знаний об организации жизни и деятельности с учетом соблюдения правил здорового безопасного образа жизни.</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b/>
          <w:bCs/>
          <w:sz w:val="28"/>
          <w:szCs w:val="28"/>
        </w:rPr>
        <w:t>Общекультурное направление</w:t>
      </w:r>
      <w:r w:rsidRPr="001A456E">
        <w:rPr>
          <w:rFonts w:ascii="Times New Roman" w:eastAsia="SchoolBookSanPin" w:hAnsi="Times New Roman" w:cs="Times New Roman"/>
          <w:bCs/>
          <w:sz w:val="28"/>
          <w:szCs w:val="28"/>
        </w:rPr>
        <w:t xml:space="preserve"> </w:t>
      </w:r>
      <w:r w:rsidRPr="001A456E">
        <w:rPr>
          <w:rFonts w:ascii="Times New Roman" w:eastAsia="SchoolBookSanPin" w:hAnsi="Times New Roman" w:cs="Times New Roman"/>
          <w:sz w:val="28"/>
          <w:szCs w:val="28"/>
        </w:rPr>
        <w:t>организуется как углубленное изучение учебных предметов в процессе совместной деятельности по выполнению проектов.</w:t>
      </w:r>
    </w:p>
    <w:p w:rsidR="00CE2239" w:rsidRPr="001A456E" w:rsidRDefault="00CE2239" w:rsidP="003772B6">
      <w:pPr>
        <w:suppressAutoHyphens w:val="0"/>
        <w:spacing w:after="0" w:line="240" w:lineRule="auto"/>
        <w:jc w:val="both"/>
        <w:rPr>
          <w:rFonts w:ascii="Times New Roman" w:eastAsia="SchoolBookSanPin" w:hAnsi="Times New Roman" w:cs="Times New Roman"/>
          <w:sz w:val="28"/>
          <w:szCs w:val="28"/>
        </w:rPr>
      </w:pPr>
      <w:r w:rsidRPr="001A456E">
        <w:rPr>
          <w:rFonts w:ascii="Times New Roman" w:eastAsia="SchoolBookSanPin" w:hAnsi="Times New Roman" w:cs="Times New Roman"/>
          <w:bCs/>
          <w:sz w:val="28"/>
          <w:szCs w:val="28"/>
        </w:rPr>
        <w:t xml:space="preserve">         </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b/>
          <w:bCs/>
          <w:sz w:val="28"/>
          <w:szCs w:val="28"/>
        </w:rPr>
        <w:t>Социальное направление</w:t>
      </w:r>
      <w:r w:rsidRPr="001A456E">
        <w:rPr>
          <w:rFonts w:ascii="Times New Roman" w:eastAsia="SchoolBookSanPin" w:hAnsi="Times New Roman" w:cs="Times New Roman"/>
          <w:bCs/>
          <w:sz w:val="28"/>
          <w:szCs w:val="28"/>
        </w:rPr>
        <w:t xml:space="preserve"> </w:t>
      </w:r>
      <w:r w:rsidRPr="001A456E">
        <w:rPr>
          <w:rFonts w:ascii="Times New Roman" w:eastAsia="SchoolBookSanPin" w:hAnsi="Times New Roman" w:cs="Times New Roman"/>
          <w:sz w:val="28"/>
          <w:szCs w:val="28"/>
        </w:rPr>
        <w:t>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b/>
          <w:bCs/>
          <w:sz w:val="28"/>
          <w:szCs w:val="28"/>
        </w:rPr>
        <w:t>Общеинтеллектуальное направление</w:t>
      </w:r>
      <w:r w:rsidRPr="001A456E">
        <w:rPr>
          <w:rFonts w:ascii="Times New Roman" w:eastAsia="SchoolBookSanPin" w:hAnsi="Times New Roman" w:cs="Times New Roman"/>
          <w:bCs/>
          <w:sz w:val="28"/>
          <w:szCs w:val="28"/>
        </w:rPr>
        <w:t xml:space="preserve"> </w:t>
      </w:r>
      <w:r w:rsidRPr="001A456E">
        <w:rPr>
          <w:rFonts w:ascii="Times New Roman" w:eastAsia="SchoolBookSanPin" w:hAnsi="Times New Roman" w:cs="Times New Roman"/>
          <w:sz w:val="28"/>
          <w:szCs w:val="28"/>
        </w:rPr>
        <w:t>организуется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b/>
          <w:bCs/>
          <w:sz w:val="28"/>
          <w:szCs w:val="28"/>
        </w:rPr>
        <w:t>Социальное, духовно-нравственное направление</w:t>
      </w:r>
      <w:r w:rsidRPr="001A456E">
        <w:rPr>
          <w:rFonts w:ascii="Times New Roman" w:eastAsia="SchoolBookSanPin" w:hAnsi="Times New Roman" w:cs="Times New Roman"/>
          <w:bCs/>
          <w:sz w:val="28"/>
          <w:szCs w:val="28"/>
        </w:rPr>
        <w:t xml:space="preserve"> </w:t>
      </w:r>
      <w:r w:rsidRPr="001A456E">
        <w:rPr>
          <w:rFonts w:ascii="Times New Roman" w:eastAsia="SchoolBookSanPin" w:hAnsi="Times New Roman" w:cs="Times New Roman"/>
          <w:sz w:val="28"/>
          <w:szCs w:val="28"/>
        </w:rPr>
        <w:t xml:space="preserve">включает систему занятий в зоне ближайшего развития, когда учитель непосредственно помогает обучающемуся преодолевать трудности. </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 xml:space="preserve">Выбор </w:t>
      </w:r>
      <w:r w:rsidRPr="001A456E">
        <w:rPr>
          <w:rFonts w:ascii="Times New Roman" w:eastAsia="SchoolBookSanPin" w:hAnsi="Times New Roman" w:cs="Times New Roman"/>
          <w:bCs/>
          <w:sz w:val="28"/>
          <w:szCs w:val="28"/>
        </w:rPr>
        <w:t xml:space="preserve">форм организации внеурочной деятельности </w:t>
      </w:r>
      <w:r w:rsidRPr="001A456E">
        <w:rPr>
          <w:rFonts w:ascii="Times New Roman" w:eastAsia="SchoolBookSanPin" w:hAnsi="Times New Roman" w:cs="Times New Roman"/>
          <w:sz w:val="28"/>
          <w:szCs w:val="28"/>
        </w:rPr>
        <w:t>подчиняется следующим требованиям:</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целесообразность использования данной формы для решения поставленных задач конкретного направления;</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lastRenderedPageBreak/>
        <w:t xml:space="preserve">преобладание практико-ориентированных форм, обеспечивающих непосредственное активное участие обучающегося в практической деятельности, </w:t>
      </w:r>
      <w:r w:rsidRPr="001A456E">
        <w:rPr>
          <w:rFonts w:ascii="Times New Roman" w:eastAsia="SchoolBookSanPin" w:hAnsi="Times New Roman" w:cs="Times New Roman"/>
          <w:sz w:val="28"/>
          <w:szCs w:val="28"/>
        </w:rPr>
        <w:br/>
        <w:t>в том числе совместной (парной, групповой, коллективной);</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 xml:space="preserve">учет специфики коммуникативной деятельности, которая сопровождает </w:t>
      </w:r>
      <w:r w:rsidRPr="001A456E">
        <w:rPr>
          <w:rFonts w:ascii="Times New Roman" w:eastAsia="SchoolBookSanPin" w:hAnsi="Times New Roman" w:cs="Times New Roman"/>
          <w:sz w:val="28"/>
          <w:szCs w:val="28"/>
        </w:rPr>
        <w:br/>
        <w:t>то или иное направление внеучебной деятельности;</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использование форм организации, предполагающих использование средств информационно-коммуникационных технологий.</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 xml:space="preserve">Возможными формами организации внеурочной деятельности могут быть следующие: </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 xml:space="preserve">учебные курсы и факультативы; </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 xml:space="preserve">художественные, музыкальные и спортивные студии; </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 xml:space="preserve">соревновательные мероприятия, дискуссионные клубы, секции, экскурсии, мини-исследования; </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общественно полезные практики и другие.</w:t>
      </w:r>
    </w:p>
    <w:p w:rsidR="00CE2239" w:rsidRPr="001A456E" w:rsidRDefault="00CE2239" w:rsidP="003772B6">
      <w:pPr>
        <w:suppressAutoHyphens w:val="0"/>
        <w:spacing w:after="0" w:line="240" w:lineRule="auto"/>
        <w:ind w:right="-283" w:firstLine="708"/>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Программы внеурочной деятельности начальной школы ориентированы на расширение знаний и повышение интеллектуального, культурного уровня обучающихся. Они связаны с учебными предметами общего образования, что позволяет формировать систему расширенного содержания начального общего образования и подготовить обучающихся к углубленному изучению отдельных предметов на уровне основного общего образования.</w:t>
      </w:r>
    </w:p>
    <w:p w:rsidR="00CE2239" w:rsidRPr="001A456E" w:rsidRDefault="00CE2239" w:rsidP="003772B6">
      <w:pPr>
        <w:suppressAutoHyphens w:val="0"/>
        <w:spacing w:after="0" w:line="240" w:lineRule="auto"/>
        <w:ind w:right="-2"/>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Таким образом, занятия по предметам школьного цикла имеют свое естественное продолжение в разнообразных видах внеклассной и внешкольной деятельности обучающихся. Внеклассные и внешкольные занятия обучающихся организуются и проводятся с целью мотивации школьников, расширения их кругозора и всесторонней ориентации в окружающем их мире. Подобная внеурочная деятельность в немалой степени способствует гармоничному воспитанию школьников, а также дает возможность практически использовать знания в реальной жизни.  </w:t>
      </w:r>
    </w:p>
    <w:p w:rsidR="00CE2239" w:rsidRPr="001A456E" w:rsidRDefault="00CE2239" w:rsidP="003772B6">
      <w:pPr>
        <w:widowControl w:val="0"/>
        <w:suppressAutoHyphens w:val="0"/>
        <w:spacing w:after="0" w:line="240" w:lineRule="auto"/>
        <w:ind w:firstLine="709"/>
        <w:jc w:val="center"/>
        <w:outlineLvl w:val="0"/>
        <w:rPr>
          <w:rFonts w:ascii="Times New Roman" w:eastAsia="Times New Roman" w:hAnsi="Times New Roman" w:cs="Times New Roman"/>
          <w:b/>
          <w:bCs/>
          <w:sz w:val="28"/>
          <w:szCs w:val="28"/>
          <w:lang w:eastAsia="ru-RU"/>
        </w:rPr>
      </w:pPr>
      <w:r w:rsidRPr="001A456E">
        <w:rPr>
          <w:rFonts w:ascii="Times New Roman" w:eastAsia="Times New Roman" w:hAnsi="Times New Roman" w:cs="Times New Roman"/>
          <w:b/>
          <w:bCs/>
          <w:sz w:val="28"/>
          <w:szCs w:val="28"/>
          <w:lang w:eastAsia="ru-RU"/>
        </w:rPr>
        <w:t xml:space="preserve">Содержание внеурочной деятельности </w:t>
      </w:r>
    </w:p>
    <w:p w:rsidR="00CE2239" w:rsidRPr="001A456E" w:rsidRDefault="00CE2239" w:rsidP="003772B6">
      <w:pPr>
        <w:widowControl w:val="0"/>
        <w:suppressAutoHyphens w:val="0"/>
        <w:spacing w:after="0" w:line="240" w:lineRule="auto"/>
        <w:ind w:firstLine="709"/>
        <w:jc w:val="center"/>
        <w:outlineLvl w:val="0"/>
        <w:rPr>
          <w:rFonts w:ascii="Times New Roman" w:eastAsia="Times New Roman" w:hAnsi="Times New Roman" w:cs="Times New Roman"/>
          <w:b/>
          <w:bCs/>
          <w:sz w:val="28"/>
          <w:szCs w:val="28"/>
          <w:lang w:eastAsia="ru-RU"/>
        </w:rPr>
      </w:pPr>
      <w:r w:rsidRPr="001A456E">
        <w:rPr>
          <w:rFonts w:ascii="Times New Roman" w:eastAsia="Times New Roman" w:hAnsi="Times New Roman" w:cs="Times New Roman"/>
          <w:b/>
          <w:bCs/>
          <w:sz w:val="28"/>
          <w:szCs w:val="28"/>
          <w:lang w:eastAsia="ru-RU"/>
        </w:rPr>
        <w:t>на уровне начального общего образования.</w:t>
      </w:r>
    </w:p>
    <w:p w:rsidR="00CE2239" w:rsidRPr="001A456E" w:rsidRDefault="00CE2239" w:rsidP="003772B6">
      <w:pPr>
        <w:suppressAutoHyphens w:val="0"/>
        <w:spacing w:after="0" w:line="240" w:lineRule="auto"/>
        <w:jc w:val="both"/>
        <w:rPr>
          <w:rFonts w:ascii="Times New Roman" w:eastAsia="Times New Roman" w:hAnsi="Times New Roman" w:cs="Times New Roman"/>
          <w:sz w:val="28"/>
          <w:szCs w:val="28"/>
          <w:lang w:eastAsia="ja-JP"/>
        </w:rPr>
      </w:pPr>
      <w:r w:rsidRPr="001A456E">
        <w:rPr>
          <w:rFonts w:ascii="Times New Roman" w:eastAsia="Times New Roman" w:hAnsi="Times New Roman" w:cs="Times New Roman"/>
          <w:b/>
          <w:sz w:val="28"/>
          <w:szCs w:val="28"/>
          <w:lang w:eastAsia="ja-JP"/>
        </w:rPr>
        <w:t>1.</w:t>
      </w:r>
      <w:r w:rsidRPr="001A456E">
        <w:rPr>
          <w:rFonts w:ascii="Times New Roman" w:eastAsia="Times New Roman" w:hAnsi="Times New Roman" w:cs="Times New Roman"/>
          <w:b/>
          <w:i/>
          <w:sz w:val="28"/>
          <w:szCs w:val="28"/>
          <w:lang w:eastAsia="ja-JP"/>
        </w:rPr>
        <w:t>Спортивно-оздоровительное направление</w:t>
      </w:r>
      <w:r w:rsidRPr="001A456E">
        <w:rPr>
          <w:rFonts w:ascii="Times New Roman" w:eastAsia="Times New Roman" w:hAnsi="Times New Roman" w:cs="Times New Roman"/>
          <w:sz w:val="28"/>
          <w:szCs w:val="28"/>
          <w:lang w:eastAsia="ja-JP"/>
        </w:rPr>
        <w:t xml:space="preserve"> представлено работой спортивной секции «Подвижные игры» (третий час физической культуры). </w:t>
      </w:r>
      <w:r w:rsidRPr="001A456E">
        <w:rPr>
          <w:rFonts w:ascii="Times New Roman" w:eastAsia="Times New Roman" w:hAnsi="Times New Roman" w:cs="Times New Roman"/>
          <w:i/>
          <w:sz w:val="28"/>
          <w:szCs w:val="28"/>
          <w:lang w:eastAsia="ja-JP"/>
        </w:rPr>
        <w:t>Целью</w:t>
      </w:r>
      <w:r w:rsidRPr="001A456E">
        <w:rPr>
          <w:rFonts w:ascii="Times New Roman" w:eastAsia="Times New Roman" w:hAnsi="Times New Roman" w:cs="Times New Roman"/>
          <w:sz w:val="28"/>
          <w:szCs w:val="28"/>
          <w:lang w:eastAsia="ja-JP"/>
        </w:rPr>
        <w:t xml:space="preserve"> данного курса является углубленное изучение учебного предмета по физической культуре, формирование у обучающихся основ здорового образа жизни, развитие самостоятельности посредством освоения двига</w:t>
      </w:r>
      <w:r w:rsidRPr="001A456E">
        <w:rPr>
          <w:rFonts w:ascii="Times New Roman" w:eastAsia="Times New Roman" w:hAnsi="Times New Roman" w:cs="Times New Roman"/>
          <w:sz w:val="28"/>
          <w:szCs w:val="28"/>
          <w:lang w:eastAsia="ja-JP"/>
        </w:rPr>
        <w:softHyphen/>
        <w:t>тельной деятельности, физическое развитие обучающихся, удовлетворение их особых оздоровительных потребностей и интересов.</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MS Mincho" w:hAnsi="Times New Roman" w:cs="Times New Roman"/>
          <w:i/>
          <w:sz w:val="28"/>
          <w:szCs w:val="28"/>
          <w:lang w:eastAsia="ja-JP"/>
        </w:rPr>
        <w:t xml:space="preserve">           Задачи</w:t>
      </w:r>
      <w:r w:rsidRPr="001A456E">
        <w:rPr>
          <w:rFonts w:ascii="Times New Roman" w:eastAsia="MS Mincho" w:hAnsi="Times New Roman" w:cs="Times New Roman"/>
          <w:sz w:val="28"/>
          <w:szCs w:val="28"/>
          <w:lang w:eastAsia="ja-JP"/>
        </w:rPr>
        <w:t>: формирование представлений обучающихся о здоровом образе жизни, развитие физической активности и двигатель</w:t>
      </w:r>
      <w:r w:rsidRPr="001A456E">
        <w:rPr>
          <w:rFonts w:ascii="Times New Roman" w:eastAsia="MS Mincho" w:hAnsi="Times New Roman" w:cs="Times New Roman"/>
          <w:sz w:val="28"/>
          <w:szCs w:val="28"/>
          <w:lang w:eastAsia="ja-JP"/>
        </w:rPr>
        <w:softHyphen/>
        <w:t xml:space="preserve">ных навыков, </w:t>
      </w:r>
      <w:r w:rsidRPr="001A456E">
        <w:rPr>
          <w:rFonts w:ascii="Times New Roman" w:hAnsi="Times New Roman" w:cs="Times New Roman"/>
          <w:sz w:val="28"/>
          <w:szCs w:val="28"/>
        </w:rPr>
        <w:t>физическое развитие обучающихся, привитие им любви к спорту и побуждение к здоровому образу жизни, воспитание силы воли, ответственности, формирование установок на защиту слабых, оздоровление школьников.</w:t>
      </w:r>
    </w:p>
    <w:p w:rsidR="00CE2239" w:rsidRPr="001A456E" w:rsidRDefault="00CE2239" w:rsidP="003772B6">
      <w:pPr>
        <w:suppressAutoHyphens w:val="0"/>
        <w:spacing w:after="0" w:line="240" w:lineRule="auto"/>
        <w:jc w:val="both"/>
        <w:rPr>
          <w:rFonts w:ascii="Times New Roman" w:eastAsia="Times New Roman" w:hAnsi="Times New Roman" w:cs="Times New Roman"/>
          <w:sz w:val="28"/>
          <w:szCs w:val="28"/>
          <w:lang w:eastAsia="ja-JP"/>
        </w:rPr>
      </w:pPr>
      <w:r w:rsidRPr="001A456E">
        <w:rPr>
          <w:rFonts w:ascii="Times New Roman" w:hAnsi="Times New Roman" w:cs="Times New Roman"/>
          <w:sz w:val="28"/>
          <w:szCs w:val="28"/>
        </w:rPr>
        <w:t xml:space="preserve">          </w:t>
      </w:r>
      <w:r w:rsidRPr="001A456E">
        <w:rPr>
          <w:rFonts w:ascii="Times New Roman" w:eastAsia="MS Mincho" w:hAnsi="Times New Roman" w:cs="Times New Roman"/>
          <w:i/>
          <w:sz w:val="28"/>
          <w:szCs w:val="28"/>
          <w:lang w:eastAsia="ja-JP"/>
        </w:rPr>
        <w:t xml:space="preserve">Формы организации: </w:t>
      </w:r>
      <w:r w:rsidRPr="001A456E">
        <w:rPr>
          <w:rFonts w:ascii="Times New Roman" w:eastAsia="MS Mincho" w:hAnsi="Times New Roman" w:cs="Times New Roman"/>
          <w:sz w:val="28"/>
          <w:szCs w:val="28"/>
          <w:lang w:eastAsia="ja-JP"/>
        </w:rPr>
        <w:t>спортивная студия.</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hAnsi="Times New Roman" w:cs="Times New Roman"/>
          <w:i/>
          <w:sz w:val="28"/>
          <w:szCs w:val="28"/>
        </w:rPr>
        <w:t xml:space="preserve"> </w:t>
      </w:r>
      <w:r w:rsidRPr="001A456E">
        <w:rPr>
          <w:rFonts w:ascii="Times New Roman" w:eastAsia="Times New Roman" w:hAnsi="Times New Roman" w:cs="Times New Roman"/>
          <w:b/>
          <w:sz w:val="28"/>
          <w:szCs w:val="28"/>
          <w:lang w:eastAsia="ja-JP"/>
        </w:rPr>
        <w:t>2</w:t>
      </w:r>
      <w:r w:rsidRPr="001A456E">
        <w:rPr>
          <w:rFonts w:ascii="Times New Roman" w:eastAsia="Times New Roman" w:hAnsi="Times New Roman" w:cs="Times New Roman"/>
          <w:b/>
          <w:i/>
          <w:sz w:val="28"/>
          <w:szCs w:val="28"/>
          <w:lang w:eastAsia="ja-JP"/>
        </w:rPr>
        <w:t>.Общекультурное направление</w:t>
      </w:r>
      <w:r w:rsidRPr="001A456E">
        <w:rPr>
          <w:rFonts w:ascii="Times New Roman" w:eastAsia="Times New Roman" w:hAnsi="Times New Roman" w:cs="Times New Roman"/>
          <w:sz w:val="28"/>
          <w:szCs w:val="28"/>
          <w:lang w:eastAsia="ja-JP"/>
        </w:rPr>
        <w:t xml:space="preserve"> представлена кружками «Веселые нотки», «Волшебная акварель» посещение культурно-массовых мероприятий, углубленное изучение учебных предметов по музыке, изобразительному искусству с </w:t>
      </w:r>
      <w:r w:rsidRPr="001A456E">
        <w:rPr>
          <w:rFonts w:ascii="Times New Roman" w:eastAsia="Times New Roman" w:hAnsi="Times New Roman" w:cs="Times New Roman"/>
          <w:i/>
          <w:sz w:val="28"/>
          <w:szCs w:val="28"/>
          <w:lang w:eastAsia="ja-JP"/>
        </w:rPr>
        <w:t>целью</w:t>
      </w:r>
      <w:r w:rsidRPr="001A456E">
        <w:rPr>
          <w:rFonts w:ascii="Times New Roman" w:eastAsia="Times New Roman" w:hAnsi="Times New Roman" w:cs="Times New Roman"/>
          <w:sz w:val="28"/>
          <w:szCs w:val="28"/>
          <w:lang w:eastAsia="ja-JP"/>
        </w:rPr>
        <w:t xml:space="preserve"> раскрытия новых способностей обучающихся в области творчества, у</w:t>
      </w:r>
      <w:r w:rsidRPr="001A456E">
        <w:rPr>
          <w:rFonts w:ascii="Times New Roman" w:hAnsi="Times New Roman" w:cs="Times New Roman"/>
          <w:sz w:val="28"/>
          <w:szCs w:val="28"/>
        </w:rPr>
        <w:t>довле</w:t>
      </w:r>
      <w:r w:rsidRPr="001A456E">
        <w:rPr>
          <w:rFonts w:ascii="Times New Roman" w:hAnsi="Times New Roman" w:cs="Times New Roman"/>
          <w:sz w:val="28"/>
          <w:szCs w:val="28"/>
        </w:rPr>
        <w:lastRenderedPageBreak/>
        <w:t>творение интересов и потребностей обучающихся в творческом развитии, помощь в самореализации, раскрытии и развитии способностей и талантов.</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Times New Roman" w:hAnsi="Times New Roman" w:cs="Times New Roman"/>
          <w:sz w:val="28"/>
          <w:szCs w:val="28"/>
          <w:lang w:eastAsia="ja-JP"/>
        </w:rPr>
        <w:t xml:space="preserve">         </w:t>
      </w:r>
      <w:r w:rsidRPr="001A456E">
        <w:rPr>
          <w:rFonts w:ascii="Times New Roman" w:eastAsia="MS Mincho" w:hAnsi="Times New Roman" w:cs="Times New Roman"/>
          <w:i/>
          <w:iCs/>
          <w:sz w:val="28"/>
          <w:szCs w:val="28"/>
          <w:lang w:eastAsia="ja-JP"/>
        </w:rPr>
        <w:t>Задачи</w:t>
      </w:r>
      <w:r w:rsidRPr="001A456E">
        <w:rPr>
          <w:rFonts w:ascii="Times New Roman" w:eastAsia="MS Mincho" w:hAnsi="Times New Roman" w:cs="Times New Roman"/>
          <w:sz w:val="28"/>
          <w:szCs w:val="28"/>
          <w:lang w:eastAsia="ja-JP"/>
        </w:rPr>
        <w:t>: расширение знаний обучающихся,</w:t>
      </w:r>
      <w:r w:rsidRPr="001A456E">
        <w:rPr>
          <w:rFonts w:ascii="Times New Roman" w:eastAsia="Times New Roman" w:hAnsi="Times New Roman" w:cs="Times New Roman"/>
          <w:sz w:val="28"/>
          <w:szCs w:val="28"/>
          <w:lang w:eastAsia="ja-JP"/>
        </w:rPr>
        <w:t xml:space="preserve"> в области творчества,</w:t>
      </w:r>
      <w:r w:rsidRPr="001A456E">
        <w:rPr>
          <w:rFonts w:ascii="Times New Roman" w:eastAsia="MS Mincho" w:hAnsi="Times New Roman" w:cs="Times New Roman"/>
          <w:sz w:val="28"/>
          <w:szCs w:val="28"/>
          <w:lang w:eastAsia="ja-JP"/>
        </w:rPr>
        <w:t xml:space="preserve"> формирование умений создавать предметы своими руками, развитие творческой активности, интереса, любознательности, воспита</w:t>
      </w:r>
      <w:r w:rsidRPr="001A456E">
        <w:rPr>
          <w:rFonts w:ascii="Times New Roman" w:eastAsia="MS Mincho" w:hAnsi="Times New Roman" w:cs="Times New Roman"/>
          <w:sz w:val="28"/>
          <w:szCs w:val="28"/>
          <w:lang w:eastAsia="ja-JP"/>
        </w:rPr>
        <w:softHyphen/>
        <w:t xml:space="preserve">ние трудолюбия и уважения к труду и творчеству как к ценности, </w:t>
      </w:r>
      <w:r w:rsidRPr="001A456E">
        <w:rPr>
          <w:rFonts w:ascii="Times New Roman" w:hAnsi="Times New Roman" w:cs="Times New Roman"/>
          <w:sz w:val="28"/>
          <w:szCs w:val="28"/>
        </w:rPr>
        <w:t xml:space="preserve">раскрытие творческих способностей школьников, формирование у них чувства вкуса и умения ценить прекрасное, формирование   ценностного отношения к культуре. </w:t>
      </w:r>
    </w:p>
    <w:p w:rsidR="00CE2239" w:rsidRPr="001A456E" w:rsidRDefault="00CE2239" w:rsidP="003772B6">
      <w:pPr>
        <w:suppressAutoHyphens w:val="0"/>
        <w:spacing w:after="0" w:line="240" w:lineRule="auto"/>
        <w:jc w:val="both"/>
        <w:rPr>
          <w:rFonts w:ascii="Times New Roman" w:eastAsia="MS Mincho" w:hAnsi="Times New Roman" w:cs="Times New Roman"/>
          <w:iCs/>
          <w:sz w:val="28"/>
          <w:szCs w:val="28"/>
          <w:lang w:eastAsia="ja-JP"/>
        </w:rPr>
      </w:pPr>
      <w:r w:rsidRPr="001A456E">
        <w:rPr>
          <w:rFonts w:ascii="Times New Roman" w:eastAsia="Times New Roman" w:hAnsi="Times New Roman" w:cs="Times New Roman"/>
          <w:sz w:val="28"/>
          <w:szCs w:val="28"/>
          <w:lang w:eastAsia="ja-JP"/>
        </w:rPr>
        <w:t xml:space="preserve">        </w:t>
      </w:r>
      <w:r w:rsidRPr="001A456E">
        <w:rPr>
          <w:rFonts w:ascii="Times New Roman" w:eastAsia="MS Mincho" w:hAnsi="Times New Roman" w:cs="Times New Roman"/>
          <w:i/>
          <w:iCs/>
          <w:sz w:val="28"/>
          <w:szCs w:val="28"/>
          <w:lang w:eastAsia="ja-JP"/>
        </w:rPr>
        <w:t>Формы организации:</w:t>
      </w:r>
      <w:r w:rsidRPr="001A456E">
        <w:rPr>
          <w:rFonts w:ascii="Times New Roman" w:eastAsia="Times New Roman" w:hAnsi="Times New Roman" w:cs="Times New Roman"/>
          <w:sz w:val="28"/>
          <w:szCs w:val="28"/>
          <w:lang w:eastAsia="ru-RU"/>
        </w:rPr>
        <w:t xml:space="preserve"> практические занятия в кружке.</w:t>
      </w:r>
    </w:p>
    <w:p w:rsidR="00CE2239" w:rsidRPr="001A456E" w:rsidRDefault="00CE2239" w:rsidP="003772B6">
      <w:pPr>
        <w:suppressAutoHyphens w:val="0"/>
        <w:spacing w:after="0" w:line="240" w:lineRule="auto"/>
        <w:jc w:val="both"/>
        <w:rPr>
          <w:rFonts w:ascii="Times New Roman" w:hAnsi="Times New Roman" w:cs="Times New Roman"/>
          <w:sz w:val="28"/>
          <w:szCs w:val="28"/>
        </w:rPr>
      </w:pPr>
      <w:r w:rsidRPr="001A456E">
        <w:rPr>
          <w:rFonts w:ascii="Times New Roman" w:eastAsia="Times New Roman" w:hAnsi="Times New Roman" w:cs="Times New Roman"/>
          <w:sz w:val="28"/>
          <w:szCs w:val="28"/>
          <w:lang w:eastAsia="ru-RU"/>
        </w:rPr>
        <w:t xml:space="preserve"> </w:t>
      </w:r>
      <w:r w:rsidRPr="001A456E">
        <w:rPr>
          <w:rFonts w:ascii="Times New Roman" w:eastAsia="Times New Roman" w:hAnsi="Times New Roman" w:cs="Times New Roman"/>
          <w:b/>
          <w:sz w:val="28"/>
          <w:szCs w:val="28"/>
          <w:lang w:eastAsia="ja-JP"/>
        </w:rPr>
        <w:t>3</w:t>
      </w:r>
      <w:r w:rsidRPr="001A456E">
        <w:rPr>
          <w:rFonts w:ascii="Times New Roman" w:eastAsia="Times New Roman" w:hAnsi="Times New Roman" w:cs="Times New Roman"/>
          <w:b/>
          <w:i/>
          <w:sz w:val="28"/>
          <w:szCs w:val="28"/>
          <w:lang w:eastAsia="ja-JP"/>
        </w:rPr>
        <w:t>.Социальное, духовно-нравственное направление</w:t>
      </w:r>
      <w:r w:rsidRPr="001A456E">
        <w:rPr>
          <w:rFonts w:ascii="Times New Roman" w:eastAsia="Times New Roman" w:hAnsi="Times New Roman" w:cs="Times New Roman"/>
          <w:sz w:val="28"/>
          <w:szCs w:val="28"/>
          <w:lang w:eastAsia="ja-JP"/>
        </w:rPr>
        <w:t xml:space="preserve"> реализуется на занятиях кружка «Разговоры о важном». </w:t>
      </w:r>
      <w:r w:rsidRPr="001A456E">
        <w:rPr>
          <w:rFonts w:ascii="Times New Roman" w:eastAsia="Times New Roman" w:hAnsi="Times New Roman" w:cs="Times New Roman"/>
          <w:i/>
          <w:sz w:val="28"/>
          <w:szCs w:val="28"/>
          <w:lang w:eastAsia="ja-JP"/>
        </w:rPr>
        <w:t>Цель:</w:t>
      </w:r>
      <w:r w:rsidRPr="001A456E">
        <w:rPr>
          <w:rFonts w:ascii="Times New Roman" w:eastAsia="Times New Roman" w:hAnsi="Times New Roman" w:cs="Times New Roman"/>
          <w:sz w:val="28"/>
          <w:szCs w:val="28"/>
          <w:lang w:eastAsia="ja-JP"/>
        </w:rPr>
        <w:t xml:space="preserve"> активизации деятельности младших школьников в проектно-исследовательской деятельности,</w:t>
      </w:r>
      <w:r w:rsidRPr="001A456E">
        <w:rPr>
          <w:rFonts w:ascii="Times New Roman" w:hAnsi="Times New Roman" w:cs="Times New Roman"/>
          <w:sz w:val="28"/>
          <w:szCs w:val="28"/>
        </w:rPr>
        <w:t xml:space="preserve"> развитие ценностного отношения обучающихся к своей Родине – России, населяющим ее людям, ее уникальной истории, богатой природе и великой культуре. </w:t>
      </w:r>
    </w:p>
    <w:p w:rsidR="00CE2239" w:rsidRPr="001A456E" w:rsidRDefault="00CE2239" w:rsidP="003772B6">
      <w:pPr>
        <w:suppressAutoHyphens w:val="0"/>
        <w:spacing w:after="0" w:line="240" w:lineRule="auto"/>
        <w:ind w:firstLine="709"/>
        <w:jc w:val="both"/>
        <w:rPr>
          <w:rFonts w:ascii="Times New Roman" w:eastAsia="SchoolBookSanPin" w:hAnsi="Times New Roman" w:cs="Times New Roman"/>
          <w:sz w:val="28"/>
          <w:szCs w:val="28"/>
        </w:rPr>
      </w:pPr>
      <w:r w:rsidRPr="001A456E">
        <w:rPr>
          <w:rFonts w:ascii="Times New Roman" w:eastAsia="SchoolBookSanPin" w:hAnsi="Times New Roman" w:cs="Times New Roman"/>
          <w:sz w:val="28"/>
          <w:szCs w:val="28"/>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MS Mincho" w:hAnsi="Times New Roman" w:cs="Times New Roman"/>
          <w:i/>
          <w:sz w:val="28"/>
          <w:szCs w:val="28"/>
          <w:lang w:eastAsia="ja-JP"/>
        </w:rPr>
        <w:t xml:space="preserve">           Задачи</w:t>
      </w:r>
      <w:r w:rsidRPr="001A456E">
        <w:rPr>
          <w:rFonts w:ascii="Times New Roman" w:eastAsia="MS Mincho" w:hAnsi="Times New Roman" w:cs="Times New Roman"/>
          <w:sz w:val="28"/>
          <w:szCs w:val="28"/>
          <w:lang w:eastAsia="ja-JP"/>
        </w:rPr>
        <w:t>: развивать способность аналитически мыслить, классифицировать, сравнивать, обобщать собранный материал, обучение основам применения информационных технологий в исследовательской деятельности, формирование опыта публичного выступления.</w:t>
      </w:r>
      <w:r w:rsidRPr="001A456E">
        <w:rPr>
          <w:rFonts w:ascii="Times New Roman" w:hAnsi="Times New Roman" w:cs="Times New Roman"/>
          <w:sz w:val="28"/>
          <w:szCs w:val="28"/>
        </w:rPr>
        <w:t xml:space="preserve"> Формирование соответствующей Внутренней позиции личности школьника, необходимой ему для конструктивного и ответственного поведения в обществе. </w:t>
      </w:r>
    </w:p>
    <w:p w:rsidR="00CE2239" w:rsidRPr="001A456E" w:rsidRDefault="00CE2239" w:rsidP="003772B6">
      <w:pPr>
        <w:suppressAutoHyphens w:val="0"/>
        <w:spacing w:after="0" w:line="240" w:lineRule="auto"/>
        <w:jc w:val="both"/>
        <w:rPr>
          <w:rFonts w:ascii="Times New Roman" w:eastAsia="Times New Roman" w:hAnsi="Times New Roman" w:cs="Times New Roman"/>
          <w:sz w:val="28"/>
          <w:szCs w:val="28"/>
          <w:lang w:eastAsia="ja-JP"/>
        </w:rPr>
      </w:pPr>
      <w:r w:rsidRPr="001A456E">
        <w:rPr>
          <w:rFonts w:ascii="Times New Roman" w:eastAsia="MS Mincho" w:hAnsi="Times New Roman" w:cs="Times New Roman"/>
          <w:i/>
          <w:sz w:val="28"/>
          <w:szCs w:val="28"/>
          <w:lang w:eastAsia="ja-JP"/>
        </w:rPr>
        <w:t xml:space="preserve">           Формы организации: </w:t>
      </w:r>
      <w:r w:rsidRPr="001A456E">
        <w:rPr>
          <w:rFonts w:ascii="Times New Roman" w:eastAsia="MS Mincho" w:hAnsi="Times New Roman" w:cs="Times New Roman"/>
          <w:sz w:val="28"/>
          <w:szCs w:val="28"/>
          <w:lang w:eastAsia="ja-JP"/>
        </w:rPr>
        <w:t>занятия в кружке.</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Times New Roman" w:hAnsi="Times New Roman" w:cs="Times New Roman"/>
          <w:sz w:val="28"/>
          <w:szCs w:val="28"/>
          <w:lang w:eastAsia="ja-JP"/>
        </w:rPr>
        <w:t xml:space="preserve"> </w:t>
      </w:r>
      <w:r w:rsidRPr="001A456E">
        <w:rPr>
          <w:rFonts w:ascii="Times New Roman" w:eastAsia="Times New Roman" w:hAnsi="Times New Roman" w:cs="Times New Roman"/>
          <w:b/>
          <w:sz w:val="28"/>
          <w:szCs w:val="28"/>
          <w:lang w:eastAsia="ja-JP"/>
        </w:rPr>
        <w:t>4.</w:t>
      </w:r>
      <w:r w:rsidRPr="001A456E">
        <w:rPr>
          <w:rFonts w:ascii="Times New Roman" w:eastAsia="Times New Roman" w:hAnsi="Times New Roman" w:cs="Times New Roman"/>
          <w:b/>
          <w:i/>
          <w:sz w:val="28"/>
          <w:szCs w:val="28"/>
          <w:lang w:eastAsia="ja-JP"/>
        </w:rPr>
        <w:t>Социальное направление</w:t>
      </w:r>
      <w:r w:rsidRPr="001A456E">
        <w:rPr>
          <w:rFonts w:ascii="Times New Roman" w:eastAsia="Times New Roman" w:hAnsi="Times New Roman" w:cs="Times New Roman"/>
          <w:sz w:val="28"/>
          <w:szCs w:val="28"/>
          <w:lang w:eastAsia="ja-JP"/>
        </w:rPr>
        <w:t xml:space="preserve"> представлено работой   кружка « Обществознание и естествознание (окружающий мир). </w:t>
      </w:r>
      <w:r w:rsidRPr="001A456E">
        <w:rPr>
          <w:rFonts w:ascii="Times New Roman" w:eastAsia="MS Mincho" w:hAnsi="Times New Roman" w:cs="Times New Roman"/>
          <w:sz w:val="28"/>
          <w:szCs w:val="28"/>
          <w:lang w:eastAsia="ar-SA"/>
        </w:rPr>
        <w:t>Финансовая грамотность</w:t>
      </w:r>
      <w:r w:rsidRPr="001A456E">
        <w:rPr>
          <w:rFonts w:ascii="Times New Roman" w:eastAsia="Times New Roman" w:hAnsi="Times New Roman" w:cs="Times New Roman"/>
          <w:sz w:val="28"/>
          <w:szCs w:val="28"/>
          <w:lang w:eastAsia="ja-JP"/>
        </w:rPr>
        <w:t xml:space="preserve">». </w:t>
      </w:r>
      <w:r w:rsidRPr="001A456E">
        <w:rPr>
          <w:rFonts w:ascii="Times New Roman" w:eastAsia="Times New Roman" w:hAnsi="Times New Roman" w:cs="Times New Roman"/>
          <w:i/>
          <w:sz w:val="28"/>
          <w:szCs w:val="28"/>
          <w:lang w:eastAsia="ja-JP"/>
        </w:rPr>
        <w:t>Цель:</w:t>
      </w:r>
      <w:r w:rsidRPr="001A456E">
        <w:rPr>
          <w:rFonts w:ascii="Times New Roman" w:eastAsia="Times New Roman" w:hAnsi="Times New Roman" w:cs="Times New Roman"/>
          <w:sz w:val="28"/>
          <w:szCs w:val="28"/>
          <w:lang w:eastAsia="ja-JP"/>
        </w:rPr>
        <w:t xml:space="preserve"> воспитание информационной культуры, </w:t>
      </w:r>
      <w:r w:rsidRPr="001A456E">
        <w:rPr>
          <w:rFonts w:ascii="Times New Roman" w:eastAsia="MS Mincho" w:hAnsi="Times New Roman" w:cs="Times New Roman"/>
          <w:sz w:val="28"/>
          <w:szCs w:val="28"/>
          <w:shd w:val="clear" w:color="auto" w:fill="FFFFFF"/>
          <w:lang w:eastAsia="ja-JP"/>
        </w:rPr>
        <w:t>применять приобретённые знания, умения и навыки для решения жизненных задач в различных сферах,</w:t>
      </w:r>
      <w:r w:rsidRPr="001A456E">
        <w:rPr>
          <w:rFonts w:ascii="Times New Roman" w:hAnsi="Times New Roman" w:cs="Times New Roman"/>
          <w:sz w:val="28"/>
          <w:szCs w:val="28"/>
        </w:rPr>
        <w:t xml:space="preserve"> развитие способности обучающихся применять приобретенные знания, умения и навыки для решения задач в различных сферах жизнедеятельности, (обеспечение связи обучения с жизнью).</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Times New Roman" w:hAnsi="Times New Roman" w:cs="Times New Roman"/>
          <w:sz w:val="28"/>
          <w:szCs w:val="28"/>
          <w:lang w:eastAsia="ja-JP"/>
        </w:rPr>
        <w:t xml:space="preserve">        </w:t>
      </w:r>
      <w:r w:rsidRPr="001A456E">
        <w:rPr>
          <w:rFonts w:ascii="Times New Roman" w:eastAsia="MS Mincho" w:hAnsi="Times New Roman" w:cs="Times New Roman"/>
          <w:i/>
          <w:iCs/>
          <w:sz w:val="28"/>
          <w:szCs w:val="28"/>
          <w:lang w:eastAsia="ja-JP"/>
        </w:rPr>
        <w:t xml:space="preserve">Задачи: </w:t>
      </w:r>
      <w:r w:rsidRPr="001A456E">
        <w:rPr>
          <w:rFonts w:ascii="Times New Roman" w:eastAsia="MS Mincho" w:hAnsi="Times New Roman" w:cs="Times New Roman"/>
          <w:sz w:val="28"/>
          <w:szCs w:val="28"/>
          <w:lang w:eastAsia="ja-JP"/>
        </w:rPr>
        <w:t>знакомство с информационным миром, современными техническими устройствами и культурой их использования, ф</w:t>
      </w:r>
      <w:r w:rsidRPr="001A456E">
        <w:rPr>
          <w:rFonts w:ascii="Times New Roman" w:hAnsi="Times New Roman" w:cs="Times New Roman"/>
          <w:sz w:val="28"/>
          <w:szCs w:val="28"/>
        </w:rPr>
        <w:t>ормирование и развитие финансовой грамотности школьников, направленной на развитие креативного мышления и глобальных компетенций.</w:t>
      </w:r>
    </w:p>
    <w:p w:rsidR="00CE2239" w:rsidRPr="001A456E" w:rsidRDefault="00CE2239" w:rsidP="003772B6">
      <w:pPr>
        <w:suppressAutoHyphens w:val="0"/>
        <w:autoSpaceDE w:val="0"/>
        <w:autoSpaceDN w:val="0"/>
        <w:adjustRightInd w:val="0"/>
        <w:spacing w:after="0" w:line="240" w:lineRule="auto"/>
        <w:jc w:val="both"/>
        <w:rPr>
          <w:rFonts w:ascii="Times New Roman" w:eastAsia="MS Mincho" w:hAnsi="Times New Roman" w:cs="Times New Roman"/>
          <w:sz w:val="28"/>
          <w:szCs w:val="28"/>
          <w:lang w:eastAsia="ja-JP"/>
        </w:rPr>
      </w:pPr>
      <w:r w:rsidRPr="001A456E">
        <w:rPr>
          <w:rFonts w:ascii="Times New Roman" w:eastAsia="MS Mincho" w:hAnsi="Times New Roman" w:cs="Times New Roman"/>
          <w:sz w:val="28"/>
          <w:szCs w:val="28"/>
          <w:lang w:eastAsia="ja-JP"/>
        </w:rPr>
        <w:t xml:space="preserve">        </w:t>
      </w:r>
      <w:r w:rsidRPr="001A456E">
        <w:rPr>
          <w:rFonts w:ascii="Times New Roman" w:eastAsia="MS Mincho" w:hAnsi="Times New Roman" w:cs="Times New Roman"/>
          <w:i/>
          <w:sz w:val="28"/>
          <w:szCs w:val="28"/>
          <w:lang w:eastAsia="ja-JP"/>
        </w:rPr>
        <w:t>Формы организации</w:t>
      </w:r>
      <w:r w:rsidRPr="001A456E">
        <w:rPr>
          <w:rFonts w:ascii="Times New Roman" w:eastAsia="MS Mincho" w:hAnsi="Times New Roman" w:cs="Times New Roman"/>
          <w:sz w:val="28"/>
          <w:szCs w:val="28"/>
          <w:lang w:eastAsia="ja-JP"/>
        </w:rPr>
        <w:t xml:space="preserve">: </w:t>
      </w:r>
      <w:r w:rsidRPr="001A456E">
        <w:rPr>
          <w:rFonts w:ascii="Times New Roman" w:hAnsi="Times New Roman" w:cs="Times New Roman"/>
          <w:sz w:val="28"/>
          <w:szCs w:val="28"/>
        </w:rPr>
        <w:t xml:space="preserve">метапредметный </w:t>
      </w:r>
      <w:r w:rsidRPr="001A456E">
        <w:rPr>
          <w:rFonts w:ascii="Times New Roman" w:eastAsia="MS Mincho" w:hAnsi="Times New Roman" w:cs="Times New Roman"/>
          <w:sz w:val="28"/>
          <w:szCs w:val="28"/>
          <w:lang w:eastAsia="ja-JP"/>
        </w:rPr>
        <w:t>кружок (система практических занятий с использованием компьютеров и др. индивидуальных электронных средств).</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MS Mincho" w:hAnsi="Times New Roman" w:cs="Times New Roman"/>
          <w:sz w:val="28"/>
          <w:szCs w:val="28"/>
          <w:lang w:eastAsia="ja-JP"/>
        </w:rPr>
        <w:t xml:space="preserve"> </w:t>
      </w:r>
      <w:r w:rsidRPr="001A456E">
        <w:rPr>
          <w:rFonts w:ascii="Times New Roman" w:eastAsia="Times New Roman" w:hAnsi="Times New Roman" w:cs="Times New Roman"/>
          <w:b/>
          <w:sz w:val="28"/>
          <w:szCs w:val="28"/>
          <w:lang w:eastAsia="ja-JP"/>
        </w:rPr>
        <w:t>5.</w:t>
      </w:r>
      <w:r w:rsidRPr="001A456E">
        <w:rPr>
          <w:rFonts w:ascii="Times New Roman" w:eastAsia="Times New Roman" w:hAnsi="Times New Roman" w:cs="Times New Roman"/>
          <w:b/>
          <w:i/>
          <w:sz w:val="28"/>
          <w:szCs w:val="28"/>
          <w:lang w:eastAsia="ja-JP"/>
        </w:rPr>
        <w:t xml:space="preserve">Общеинтеллектуальное направление  </w:t>
      </w:r>
      <w:r w:rsidRPr="001A456E">
        <w:rPr>
          <w:rFonts w:ascii="Times New Roman" w:eastAsia="Times New Roman" w:hAnsi="Times New Roman" w:cs="Times New Roman"/>
          <w:sz w:val="28"/>
          <w:szCs w:val="28"/>
          <w:lang w:eastAsia="ja-JP"/>
        </w:rPr>
        <w:t>представлено работой   кружка «</w:t>
      </w:r>
      <w:r w:rsidRPr="001A456E">
        <w:rPr>
          <w:rFonts w:ascii="Times New Roman" w:eastAsia="MS Mincho" w:hAnsi="Times New Roman" w:cs="Times New Roman"/>
          <w:sz w:val="28"/>
          <w:szCs w:val="28"/>
          <w:lang w:eastAsia="ar-SA"/>
        </w:rPr>
        <w:t>Край родной</w:t>
      </w:r>
      <w:r w:rsidRPr="001A456E">
        <w:rPr>
          <w:rFonts w:ascii="Times New Roman" w:eastAsia="Times New Roman" w:hAnsi="Times New Roman" w:cs="Times New Roman"/>
          <w:sz w:val="28"/>
          <w:szCs w:val="28"/>
          <w:lang w:eastAsia="ar-SA"/>
        </w:rPr>
        <w:t>»</w:t>
      </w:r>
      <w:r w:rsidRPr="001A456E">
        <w:rPr>
          <w:rFonts w:ascii="Times New Roman" w:eastAsia="Times New Roman" w:hAnsi="Times New Roman" w:cs="Times New Roman"/>
          <w:sz w:val="28"/>
          <w:szCs w:val="28"/>
          <w:lang w:eastAsia="ja-JP"/>
        </w:rPr>
        <w:t xml:space="preserve">.  </w:t>
      </w:r>
      <w:r w:rsidRPr="001A456E">
        <w:rPr>
          <w:rFonts w:ascii="Times New Roman" w:eastAsia="Times New Roman" w:hAnsi="Times New Roman" w:cs="Times New Roman"/>
          <w:i/>
          <w:sz w:val="28"/>
          <w:szCs w:val="28"/>
          <w:lang w:eastAsia="ja-JP"/>
        </w:rPr>
        <w:t>Цель:</w:t>
      </w:r>
      <w:r w:rsidRPr="001A456E">
        <w:rPr>
          <w:rFonts w:ascii="Times New Roman" w:eastAsia="Times New Roman" w:hAnsi="Times New Roman" w:cs="Times New Roman"/>
          <w:sz w:val="28"/>
          <w:szCs w:val="28"/>
          <w:lang w:eastAsia="ja-JP"/>
        </w:rPr>
        <w:t xml:space="preserve"> раскрытие новых знаний и способностей обучающихся, </w:t>
      </w:r>
      <w:r w:rsidRPr="001A456E">
        <w:rPr>
          <w:rFonts w:ascii="Times New Roman" w:hAnsi="Times New Roman" w:cs="Times New Roman"/>
          <w:sz w:val="28"/>
          <w:szCs w:val="28"/>
        </w:rPr>
        <w:t>развитие ценностного отношения обучающихся к родному краю, как основному способу достижения жизненного благополучия и ощущения уверенности в жизни.</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MS Mincho" w:hAnsi="Times New Roman" w:cs="Times New Roman"/>
          <w:sz w:val="28"/>
          <w:szCs w:val="28"/>
          <w:lang w:eastAsia="ja-JP"/>
        </w:rPr>
        <w:lastRenderedPageBreak/>
        <w:t xml:space="preserve">       </w:t>
      </w:r>
      <w:r w:rsidRPr="001A456E">
        <w:rPr>
          <w:rFonts w:ascii="Times New Roman" w:eastAsia="MS Mincho" w:hAnsi="Times New Roman" w:cs="Times New Roman"/>
          <w:i/>
          <w:sz w:val="28"/>
          <w:szCs w:val="28"/>
          <w:lang w:eastAsia="ru-RU" w:bidi="ru-RU"/>
        </w:rPr>
        <w:t>Задачи:</w:t>
      </w:r>
      <w:r w:rsidRPr="001A456E">
        <w:rPr>
          <w:rFonts w:ascii="Times New Roman" w:eastAsia="MS Mincho" w:hAnsi="Times New Roman" w:cs="Times New Roman"/>
          <w:sz w:val="28"/>
          <w:szCs w:val="28"/>
          <w:lang w:eastAsia="ja-JP"/>
        </w:rPr>
        <w:t xml:space="preserve"> </w:t>
      </w:r>
      <w:r w:rsidRPr="001A456E">
        <w:rPr>
          <w:rFonts w:ascii="Times New Roman" w:eastAsia="MS Mincho" w:hAnsi="Times New Roman" w:cs="Times New Roman"/>
          <w:sz w:val="28"/>
          <w:szCs w:val="28"/>
          <w:shd w:val="clear" w:color="auto" w:fill="FFFFFF"/>
          <w:lang w:eastAsia="ja-JP"/>
        </w:rPr>
        <w:t>формирование достоверных и научно-обоснованных исторических знаний о своем родном крае в целях формирования научного понимания прошлого и настоящего родного края, являющегося одной из основ общероссийской гражданской идентичности и коллективной исторической памяти.</w:t>
      </w:r>
    </w:p>
    <w:p w:rsidR="00CE2239" w:rsidRPr="001A456E" w:rsidRDefault="00CE2239" w:rsidP="003772B6">
      <w:pPr>
        <w:suppressAutoHyphens w:val="0"/>
        <w:autoSpaceDE w:val="0"/>
        <w:autoSpaceDN w:val="0"/>
        <w:adjustRightInd w:val="0"/>
        <w:spacing w:after="0" w:line="240" w:lineRule="auto"/>
        <w:jc w:val="both"/>
        <w:rPr>
          <w:rFonts w:ascii="Times New Roman" w:hAnsi="Times New Roman" w:cs="Times New Roman"/>
          <w:sz w:val="28"/>
          <w:szCs w:val="28"/>
        </w:rPr>
      </w:pPr>
      <w:r w:rsidRPr="001A456E">
        <w:rPr>
          <w:rFonts w:ascii="Times New Roman" w:eastAsia="Times New Roman" w:hAnsi="Times New Roman" w:cs="Times New Roman"/>
          <w:sz w:val="28"/>
          <w:szCs w:val="28"/>
          <w:lang w:eastAsia="zh-CN" w:bidi="hi-IN"/>
        </w:rPr>
        <w:t xml:space="preserve">       </w:t>
      </w:r>
      <w:r w:rsidRPr="001A456E">
        <w:rPr>
          <w:rFonts w:ascii="Times New Roman" w:eastAsia="MS Mincho" w:hAnsi="Times New Roman" w:cs="Times New Roman"/>
          <w:i/>
          <w:sz w:val="28"/>
          <w:szCs w:val="28"/>
          <w:lang w:eastAsia="ja-JP"/>
        </w:rPr>
        <w:t>Формы организации</w:t>
      </w:r>
      <w:r w:rsidRPr="001A456E">
        <w:rPr>
          <w:rFonts w:ascii="Times New Roman" w:eastAsia="MS Mincho" w:hAnsi="Times New Roman" w:cs="Times New Roman"/>
          <w:sz w:val="28"/>
          <w:szCs w:val="28"/>
          <w:lang w:eastAsia="ja-JP"/>
        </w:rPr>
        <w:t>: занятия в кружке.</w:t>
      </w:r>
    </w:p>
    <w:p w:rsidR="00CE2239" w:rsidRPr="001A456E" w:rsidRDefault="00CE2239" w:rsidP="003772B6">
      <w:pPr>
        <w:suppressAutoHyphens w:val="0"/>
        <w:spacing w:after="0" w:line="240" w:lineRule="auto"/>
        <w:jc w:val="both"/>
        <w:rPr>
          <w:rFonts w:ascii="Times New Roman" w:eastAsia="MS Mincho" w:hAnsi="Times New Roman" w:cs="Times New Roman"/>
          <w:sz w:val="28"/>
          <w:szCs w:val="28"/>
          <w:lang w:eastAsia="ja-JP"/>
        </w:rPr>
      </w:pPr>
      <w:r w:rsidRPr="001A456E">
        <w:rPr>
          <w:rFonts w:ascii="Times New Roman" w:eastAsia="Times New Roman" w:hAnsi="Times New Roman" w:cs="Times New Roman"/>
          <w:sz w:val="28"/>
          <w:szCs w:val="28"/>
          <w:lang w:eastAsia="ja-JP"/>
        </w:rPr>
        <w:t xml:space="preserve"> </w:t>
      </w:r>
      <w:r w:rsidRPr="001A456E">
        <w:rPr>
          <w:rFonts w:ascii="Times New Roman" w:eastAsia="Times New Roman" w:hAnsi="Times New Roman" w:cs="Times New Roman"/>
          <w:b/>
          <w:i/>
          <w:sz w:val="28"/>
          <w:szCs w:val="28"/>
          <w:lang w:eastAsia="ja-JP"/>
        </w:rPr>
        <w:t xml:space="preserve">6. Общеинтеллектуальное направление  </w:t>
      </w:r>
      <w:r w:rsidRPr="001A456E">
        <w:rPr>
          <w:rFonts w:ascii="Times New Roman" w:eastAsia="Times New Roman" w:hAnsi="Times New Roman" w:cs="Times New Roman"/>
          <w:sz w:val="28"/>
          <w:szCs w:val="28"/>
          <w:lang w:eastAsia="ja-JP"/>
        </w:rPr>
        <w:t xml:space="preserve">представлено работой   кружка </w:t>
      </w:r>
      <w:r w:rsidRPr="001A456E">
        <w:rPr>
          <w:rFonts w:ascii="Times New Roman" w:eastAsia="MS Mincho" w:hAnsi="Times New Roman" w:cs="Times New Roman"/>
          <w:sz w:val="28"/>
          <w:szCs w:val="28"/>
          <w:lang w:eastAsia="ja-JP"/>
        </w:rPr>
        <w:t>«Орлята России».</w:t>
      </w:r>
      <w:r w:rsidRPr="001A456E">
        <w:rPr>
          <w:rFonts w:ascii="Times New Roman" w:eastAsia="MS Mincho" w:hAnsi="Times New Roman" w:cs="Times New Roman"/>
          <w:i/>
          <w:sz w:val="28"/>
          <w:szCs w:val="28"/>
          <w:lang w:eastAsia="ja-JP"/>
        </w:rPr>
        <w:t xml:space="preserve"> Цель: </w:t>
      </w:r>
      <w:r w:rsidRPr="001A456E">
        <w:rPr>
          <w:rFonts w:ascii="Times New Roman" w:eastAsia="MS Mincho" w:hAnsi="Times New Roman" w:cs="Times New Roman"/>
          <w:sz w:val="28"/>
          <w:szCs w:val="28"/>
          <w:lang w:eastAsia="ja-JP"/>
        </w:rPr>
        <w:t>удовлетворение интересов и потребностей обучающихся в интеллектуальном развитии, помощь в самореализации, раскрытии и развитии способностей и талантов.</w:t>
      </w:r>
    </w:p>
    <w:p w:rsidR="00CE2239" w:rsidRPr="001A456E" w:rsidRDefault="00CE2239" w:rsidP="003772B6">
      <w:pPr>
        <w:suppressAutoHyphens w:val="0"/>
        <w:spacing w:after="0" w:line="240" w:lineRule="auto"/>
        <w:jc w:val="both"/>
        <w:rPr>
          <w:rFonts w:ascii="Times New Roman" w:eastAsia="MS Mincho" w:hAnsi="Times New Roman" w:cs="Times New Roman"/>
          <w:sz w:val="28"/>
          <w:szCs w:val="28"/>
          <w:lang w:eastAsia="ja-JP"/>
        </w:rPr>
      </w:pPr>
      <w:r w:rsidRPr="001A456E">
        <w:rPr>
          <w:rFonts w:ascii="Times New Roman" w:eastAsia="MS Mincho" w:hAnsi="Times New Roman" w:cs="Times New Roman"/>
          <w:b/>
          <w:i/>
          <w:sz w:val="28"/>
          <w:szCs w:val="28"/>
          <w:lang w:eastAsia="ja-JP"/>
        </w:rPr>
        <w:t xml:space="preserve">          </w:t>
      </w:r>
      <w:r w:rsidRPr="001A456E">
        <w:rPr>
          <w:rFonts w:ascii="Times New Roman" w:eastAsia="MS Mincho" w:hAnsi="Times New Roman" w:cs="Times New Roman"/>
          <w:i/>
          <w:sz w:val="28"/>
          <w:szCs w:val="28"/>
          <w:lang w:eastAsia="ja-JP"/>
        </w:rPr>
        <w:t>Задачи</w:t>
      </w:r>
      <w:r w:rsidRPr="001A456E">
        <w:rPr>
          <w:rFonts w:ascii="Times New Roman" w:eastAsia="MS Mincho" w:hAnsi="Times New Roman" w:cs="Times New Roman"/>
          <w:sz w:val="28"/>
          <w:szCs w:val="28"/>
          <w:lang w:eastAsia="ja-JP"/>
        </w:rPr>
        <w:t>: развитие способностей, формирование элементов логической, алгоритмической грамотности, коммуникативных умений младших школьников.</w:t>
      </w:r>
    </w:p>
    <w:p w:rsidR="00CE2239" w:rsidRPr="001A456E" w:rsidRDefault="00CE2239" w:rsidP="003772B6">
      <w:pPr>
        <w:suppressAutoHyphens w:val="0"/>
        <w:spacing w:after="0" w:line="240" w:lineRule="auto"/>
        <w:ind w:firstLine="709"/>
        <w:jc w:val="both"/>
        <w:rPr>
          <w:rFonts w:ascii="Times New Roman" w:eastAsia="MS Mincho" w:hAnsi="Times New Roman" w:cs="Times New Roman"/>
          <w:sz w:val="28"/>
          <w:szCs w:val="28"/>
          <w:lang w:eastAsia="ja-JP"/>
        </w:rPr>
      </w:pPr>
      <w:r w:rsidRPr="001A456E">
        <w:rPr>
          <w:rFonts w:ascii="Times New Roman" w:eastAsia="MS Mincho" w:hAnsi="Times New Roman" w:cs="Times New Roman"/>
          <w:i/>
          <w:sz w:val="28"/>
          <w:szCs w:val="28"/>
          <w:lang w:eastAsia="ja-JP"/>
        </w:rPr>
        <w:t>Форма организации</w:t>
      </w:r>
      <w:r w:rsidRPr="001A456E">
        <w:rPr>
          <w:rFonts w:ascii="Times New Roman" w:eastAsia="MS Mincho" w:hAnsi="Times New Roman" w:cs="Times New Roman"/>
          <w:sz w:val="28"/>
          <w:szCs w:val="28"/>
          <w:lang w:eastAsia="ja-JP"/>
        </w:rPr>
        <w:t>: кружок.</w:t>
      </w:r>
    </w:p>
    <w:p w:rsidR="00CE2239" w:rsidRPr="001A456E" w:rsidRDefault="00CE2239" w:rsidP="003772B6">
      <w:pPr>
        <w:suppressAutoHyphens w:val="0"/>
        <w:spacing w:after="0" w:line="240" w:lineRule="auto"/>
        <w:ind w:firstLine="709"/>
        <w:jc w:val="both"/>
        <w:rPr>
          <w:rFonts w:ascii="Times New Roman" w:eastAsia="Times New Roman" w:hAnsi="Times New Roman" w:cs="Times New Roman"/>
          <w:sz w:val="28"/>
          <w:szCs w:val="28"/>
          <w:lang w:eastAsia="ru-RU" w:bidi="ru-RU"/>
        </w:rPr>
      </w:pPr>
      <w:r w:rsidRPr="001A456E">
        <w:rPr>
          <w:rFonts w:ascii="Times New Roman" w:eastAsia="Times New Roman" w:hAnsi="Times New Roman" w:cs="Times New Roman"/>
          <w:sz w:val="28"/>
          <w:szCs w:val="28"/>
          <w:lang w:eastAsia="ru-RU" w:bidi="ru-RU"/>
        </w:rPr>
        <w:t xml:space="preserve">По итогам работы по данным видам внеурочной деятельности проводятся конкурсы, соревнования, показательные выступления, дни здоровья, концерты, выставки, акции. </w:t>
      </w:r>
    </w:p>
    <w:p w:rsidR="00CE2239" w:rsidRPr="001A456E" w:rsidRDefault="00CE2239" w:rsidP="003772B6">
      <w:pPr>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bidi="ru-RU"/>
        </w:rPr>
        <w:t xml:space="preserve">          </w:t>
      </w:r>
      <w:r w:rsidRPr="001A456E">
        <w:rPr>
          <w:rFonts w:ascii="Times New Roman" w:eastAsia="Times New Roman" w:hAnsi="Times New Roman" w:cs="Times New Roman"/>
          <w:sz w:val="28"/>
          <w:szCs w:val="28"/>
          <w:lang w:eastAsia="ru-RU"/>
        </w:rPr>
        <w:t>Общий объем внеурочной деятельности не должен превышать 10 часов в неделю. Общее количество часов не более 1350 часов за 4 года обучения на уровне начального общего образования.</w:t>
      </w:r>
    </w:p>
    <w:p w:rsidR="00CE2239" w:rsidRPr="001A456E" w:rsidRDefault="00CE2239" w:rsidP="003772B6">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Решением педагогического коллектива, родительской общественности, с учетом интересов и запросов детей и родителей в МАОУ «Лицей № 42 имени Р.А. Каримова» реализуется модель плана внеурочной деятельности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 при этом реализуются мероприятия по педагогической поддержке обучающихся и работы по обеспечению их благополучия в пространстве общеобразовательной школы; организуются деятельность ученических сообществ и воспитательных мероприятий.</w:t>
      </w:r>
    </w:p>
    <w:p w:rsidR="00CE2239" w:rsidRPr="001A456E" w:rsidRDefault="00CE2239" w:rsidP="003772B6">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Организация жизни ученических сообществ является важной составляющей внеурочной деятельности, направлена на формирование у школьников российской гражданской идентичности и таких компетенций, как:</w:t>
      </w:r>
    </w:p>
    <w:p w:rsidR="00CE2239" w:rsidRPr="001A456E" w:rsidRDefault="00CE2239" w:rsidP="003772B6">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компетенции конструктивного, успешного и ответственного поведения в обществе с учетом правовых норм, установленных российским законодательством;</w:t>
      </w:r>
    </w:p>
    <w:p w:rsidR="00CE2239" w:rsidRPr="001A456E" w:rsidRDefault="00CE2239" w:rsidP="003772B6">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CE2239" w:rsidRPr="001A456E" w:rsidRDefault="00CE2239" w:rsidP="003772B6">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компетенции в сфере общественной самоорганизации, участия в общественно значимой совместной деятельности.</w:t>
      </w:r>
    </w:p>
    <w:p w:rsidR="00CE2239" w:rsidRPr="001A456E" w:rsidRDefault="00CE2239" w:rsidP="003772B6">
      <w:pPr>
        <w:suppressAutoHyphens w:val="0"/>
        <w:spacing w:after="0" w:line="240" w:lineRule="auto"/>
        <w:jc w:val="center"/>
        <w:rPr>
          <w:rFonts w:ascii="Times New Roman" w:eastAsia="Times New Roman" w:hAnsi="Times New Roman" w:cs="Times New Roman"/>
          <w:b/>
          <w:bCs/>
          <w:i/>
          <w:sz w:val="28"/>
          <w:szCs w:val="28"/>
          <w:lang w:eastAsia="ru-RU"/>
        </w:rPr>
      </w:pPr>
      <w:r w:rsidRPr="001A456E">
        <w:rPr>
          <w:rFonts w:ascii="Times New Roman" w:eastAsia="Times New Roman" w:hAnsi="Times New Roman" w:cs="Times New Roman"/>
          <w:b/>
          <w:bCs/>
          <w:i/>
          <w:sz w:val="28"/>
          <w:szCs w:val="28"/>
          <w:lang w:eastAsia="ru-RU"/>
        </w:rPr>
        <w:t>Структура направлений плана внеурочной деятельности начального уровня</w:t>
      </w:r>
    </w:p>
    <w:tbl>
      <w:tblPr>
        <w:tblW w:w="5000" w:type="pct"/>
        <w:tblInd w:w="-118" w:type="dxa"/>
        <w:tblBorders>
          <w:top w:val="single" w:sz="4" w:space="0" w:color="000000"/>
          <w:left w:val="single" w:sz="4" w:space="0" w:color="000000"/>
          <w:bottom w:val="single" w:sz="4" w:space="0" w:color="000000"/>
          <w:right w:val="single" w:sz="4" w:space="0" w:color="000000"/>
        </w:tblBorders>
        <w:tblCellMar>
          <w:top w:w="60" w:type="dxa"/>
          <w:left w:w="120" w:type="dxa"/>
          <w:bottom w:w="60" w:type="dxa"/>
          <w:right w:w="120" w:type="dxa"/>
        </w:tblCellMar>
        <w:tblLook w:val="00A0" w:firstRow="1" w:lastRow="0" w:firstColumn="1" w:lastColumn="0" w:noHBand="0" w:noVBand="0"/>
      </w:tblPr>
      <w:tblGrid>
        <w:gridCol w:w="3100"/>
        <w:gridCol w:w="6919"/>
      </w:tblGrid>
      <w:tr w:rsidR="001A456E" w:rsidRPr="001A456E" w:rsidTr="003F0867">
        <w:trPr>
          <w:tblHeader/>
        </w:trPr>
        <w:tc>
          <w:tcPr>
            <w:tcW w:w="1547" w:type="pct"/>
            <w:tcBorders>
              <w:top w:val="single" w:sz="4" w:space="0" w:color="000000"/>
              <w:bottom w:val="single" w:sz="4" w:space="0" w:color="000000"/>
              <w:right w:val="single" w:sz="4" w:space="0" w:color="000000"/>
            </w:tcBorders>
            <w:vAlign w:val="center"/>
          </w:tcPr>
          <w:p w:rsidR="00CE2239" w:rsidRPr="001A456E" w:rsidRDefault="00CE2239" w:rsidP="003772B6">
            <w:pPr>
              <w:suppressAutoHyphens w:val="0"/>
              <w:spacing w:after="0" w:line="240" w:lineRule="auto"/>
              <w:jc w:val="center"/>
              <w:rPr>
                <w:rFonts w:ascii="Times New Roman" w:eastAsia="Times New Roman" w:hAnsi="Times New Roman" w:cs="Times New Roman"/>
                <w:i/>
                <w:sz w:val="28"/>
                <w:szCs w:val="28"/>
                <w:lang w:eastAsia="ru-RU"/>
              </w:rPr>
            </w:pPr>
            <w:r w:rsidRPr="001A456E">
              <w:rPr>
                <w:rFonts w:ascii="Times New Roman" w:eastAsia="Times New Roman" w:hAnsi="Times New Roman" w:cs="Times New Roman"/>
                <w:b/>
                <w:bCs/>
                <w:i/>
                <w:sz w:val="28"/>
                <w:szCs w:val="28"/>
                <w:lang w:eastAsia="ru-RU"/>
              </w:rPr>
              <w:t>Что входит</w:t>
            </w:r>
          </w:p>
        </w:tc>
        <w:tc>
          <w:tcPr>
            <w:tcW w:w="3453" w:type="pct"/>
            <w:tcBorders>
              <w:top w:val="single" w:sz="4" w:space="0" w:color="000000"/>
              <w:left w:val="single" w:sz="4" w:space="0" w:color="000000"/>
              <w:bottom w:val="single" w:sz="4" w:space="0" w:color="000000"/>
            </w:tcBorders>
            <w:vAlign w:val="center"/>
          </w:tcPr>
          <w:p w:rsidR="00CE2239" w:rsidRPr="001A456E" w:rsidRDefault="00CE2239" w:rsidP="003772B6">
            <w:pPr>
              <w:suppressAutoHyphens w:val="0"/>
              <w:spacing w:after="0" w:line="240" w:lineRule="auto"/>
              <w:jc w:val="center"/>
              <w:rPr>
                <w:rFonts w:ascii="Times New Roman" w:eastAsia="Times New Roman" w:hAnsi="Times New Roman" w:cs="Times New Roman"/>
                <w:i/>
                <w:sz w:val="28"/>
                <w:szCs w:val="28"/>
                <w:lang w:eastAsia="ru-RU"/>
              </w:rPr>
            </w:pPr>
            <w:r w:rsidRPr="001A456E">
              <w:rPr>
                <w:rFonts w:ascii="Times New Roman" w:eastAsia="Times New Roman" w:hAnsi="Times New Roman" w:cs="Times New Roman"/>
                <w:b/>
                <w:bCs/>
                <w:i/>
                <w:sz w:val="28"/>
                <w:szCs w:val="28"/>
                <w:lang w:eastAsia="ru-RU"/>
              </w:rPr>
              <w:t>Из чего состоит</w:t>
            </w:r>
          </w:p>
        </w:tc>
      </w:tr>
      <w:tr w:rsidR="001A456E" w:rsidRPr="001A456E" w:rsidTr="003F0867">
        <w:tc>
          <w:tcPr>
            <w:tcW w:w="1547" w:type="pct"/>
            <w:tcBorders>
              <w:top w:val="single" w:sz="4" w:space="0" w:color="000000"/>
              <w:bottom w:val="single" w:sz="4" w:space="0" w:color="000000"/>
              <w:right w:val="single" w:sz="4" w:space="0" w:color="000000"/>
            </w:tcBorders>
            <w:vAlign w:val="center"/>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Учебно-познавательная деятельность</w:t>
            </w:r>
          </w:p>
        </w:tc>
        <w:tc>
          <w:tcPr>
            <w:tcW w:w="3453" w:type="pct"/>
            <w:tcBorders>
              <w:top w:val="single" w:sz="4" w:space="0" w:color="000000"/>
              <w:left w:val="single" w:sz="4" w:space="0" w:color="000000"/>
              <w:bottom w:val="single" w:sz="4" w:space="0" w:color="000000"/>
            </w:tcBorders>
            <w:vAlign w:val="center"/>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Ведение организационной и учебной документации;</w:t>
            </w:r>
          </w:p>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организационные собрания;</w:t>
            </w:r>
          </w:p>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взаимодействие с родителями по успешной реализации образовательной программы</w:t>
            </w:r>
          </w:p>
        </w:tc>
      </w:tr>
      <w:tr w:rsidR="001A456E" w:rsidRPr="001A456E" w:rsidTr="003F0867">
        <w:tc>
          <w:tcPr>
            <w:tcW w:w="1547" w:type="pct"/>
            <w:tcBorders>
              <w:top w:val="single" w:sz="4" w:space="0" w:color="000000"/>
              <w:bottom w:val="single" w:sz="4" w:space="0" w:color="000000"/>
              <w:right w:val="single" w:sz="4" w:space="0" w:color="000000"/>
            </w:tcBorders>
            <w:vAlign w:val="center"/>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Психолого-</w:t>
            </w:r>
            <w:r w:rsidRPr="001A456E">
              <w:rPr>
                <w:rFonts w:ascii="Times New Roman" w:eastAsia="Times New Roman" w:hAnsi="Times New Roman" w:cs="Times New Roman"/>
                <w:sz w:val="28"/>
                <w:szCs w:val="28"/>
                <w:lang w:eastAsia="ru-RU"/>
              </w:rPr>
              <w:lastRenderedPageBreak/>
              <w:t>педагогическая поддержка</w:t>
            </w:r>
          </w:p>
        </w:tc>
        <w:tc>
          <w:tcPr>
            <w:tcW w:w="3453" w:type="pct"/>
            <w:tcBorders>
              <w:top w:val="single" w:sz="4" w:space="0" w:color="000000"/>
              <w:left w:val="single" w:sz="4" w:space="0" w:color="000000"/>
              <w:bottom w:val="single" w:sz="4" w:space="0" w:color="000000"/>
            </w:tcBorders>
            <w:vAlign w:val="center"/>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 xml:space="preserve">– Проектирование индивидуальных образовательных </w:t>
            </w:r>
            <w:r w:rsidRPr="001A456E">
              <w:rPr>
                <w:rFonts w:ascii="Times New Roman" w:eastAsia="Times New Roman" w:hAnsi="Times New Roman" w:cs="Times New Roman"/>
                <w:sz w:val="28"/>
                <w:szCs w:val="28"/>
                <w:lang w:eastAsia="ru-RU"/>
              </w:rPr>
              <w:lastRenderedPageBreak/>
              <w:t>маршрутов;</w:t>
            </w:r>
          </w:p>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работа социального педагога, педагогов-психологов</w:t>
            </w:r>
          </w:p>
        </w:tc>
      </w:tr>
      <w:tr w:rsidR="001A456E" w:rsidRPr="001A456E" w:rsidTr="003F0867">
        <w:tc>
          <w:tcPr>
            <w:tcW w:w="1547" w:type="pct"/>
            <w:tcBorders>
              <w:top w:val="single" w:sz="4" w:space="0" w:color="000000"/>
              <w:bottom w:val="single" w:sz="4" w:space="0" w:color="000000"/>
              <w:right w:val="single" w:sz="4" w:space="0" w:color="000000"/>
            </w:tcBorders>
            <w:vAlign w:val="center"/>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Курсы по выбору</w:t>
            </w:r>
          </w:p>
        </w:tc>
        <w:tc>
          <w:tcPr>
            <w:tcW w:w="3453" w:type="pct"/>
            <w:tcBorders>
              <w:top w:val="single" w:sz="4" w:space="0" w:color="000000"/>
              <w:left w:val="single" w:sz="4" w:space="0" w:color="000000"/>
              <w:bottom w:val="single" w:sz="4" w:space="0" w:color="000000"/>
            </w:tcBorders>
            <w:vAlign w:val="center"/>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Предметные кружки, факультативы, ученические научные общества;</w:t>
            </w:r>
          </w:p>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школьные олимпиады по предметам ООП НОО</w:t>
            </w:r>
          </w:p>
        </w:tc>
      </w:tr>
      <w:tr w:rsidR="001A456E" w:rsidRPr="001A456E" w:rsidTr="003F0867">
        <w:tc>
          <w:tcPr>
            <w:tcW w:w="1547" w:type="pct"/>
            <w:tcBorders>
              <w:top w:val="single" w:sz="4" w:space="0" w:color="000000"/>
              <w:bottom w:val="single" w:sz="4" w:space="0" w:color="000000"/>
              <w:right w:val="single" w:sz="4" w:space="0" w:color="000000"/>
            </w:tcBorders>
            <w:vAlign w:val="center"/>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Воспитательные мероприятия</w:t>
            </w:r>
          </w:p>
        </w:tc>
        <w:tc>
          <w:tcPr>
            <w:tcW w:w="3453" w:type="pct"/>
            <w:tcBorders>
              <w:top w:val="single" w:sz="4" w:space="0" w:color="000000"/>
              <w:left w:val="single" w:sz="4" w:space="0" w:color="000000"/>
              <w:bottom w:val="single" w:sz="4" w:space="0" w:color="000000"/>
            </w:tcBorders>
            <w:vAlign w:val="center"/>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Внутриклассные и общешкольные;</w:t>
            </w:r>
          </w:p>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городские и всероссийские</w:t>
            </w:r>
          </w:p>
        </w:tc>
      </w:tr>
    </w:tbl>
    <w:p w:rsidR="00CE2239" w:rsidRPr="001A456E" w:rsidRDefault="00CE2239" w:rsidP="003772B6">
      <w:pPr>
        <w:suppressAutoHyphens w:val="0"/>
        <w:spacing w:after="0" w:line="240" w:lineRule="auto"/>
        <w:jc w:val="both"/>
        <w:rPr>
          <w:rFonts w:ascii="Times New Roman" w:eastAsia="Times New Roman" w:hAnsi="Times New Roman" w:cs="Times New Roman"/>
          <w:b/>
          <w:i/>
          <w:sz w:val="28"/>
          <w:szCs w:val="28"/>
          <w:lang w:eastAsia="ru-RU"/>
        </w:rPr>
      </w:pPr>
    </w:p>
    <w:p w:rsidR="00CE2239" w:rsidRPr="001A456E" w:rsidRDefault="00CE2239" w:rsidP="003772B6">
      <w:pPr>
        <w:widowControl w:val="0"/>
        <w:suppressAutoHyphens w:val="0"/>
        <w:autoSpaceDE w:val="0"/>
        <w:autoSpaceDN w:val="0"/>
        <w:spacing w:after="0" w:line="240" w:lineRule="auto"/>
        <w:ind w:left="107"/>
        <w:outlineLvl w:val="0"/>
        <w:rPr>
          <w:rFonts w:ascii="Times New Roman" w:eastAsia="Times New Roman" w:hAnsi="Times New Roman" w:cs="Times New Roman"/>
          <w:b/>
          <w:bCs/>
          <w:sz w:val="28"/>
          <w:szCs w:val="28"/>
          <w:lang w:eastAsia="ru-RU"/>
        </w:rPr>
      </w:pPr>
      <w:r w:rsidRPr="001A456E">
        <w:rPr>
          <w:rFonts w:ascii="Times New Roman" w:eastAsia="Times New Roman" w:hAnsi="Times New Roman" w:cs="Times New Roman"/>
          <w:b/>
          <w:bCs/>
          <w:sz w:val="28"/>
          <w:szCs w:val="28"/>
          <w:lang w:eastAsia="ru-RU"/>
        </w:rPr>
        <w:t xml:space="preserve">Формы организации внеурочной деятельности: </w:t>
      </w:r>
    </w:p>
    <w:p w:rsidR="00CE2239" w:rsidRPr="001A456E" w:rsidRDefault="00CE2239" w:rsidP="003772B6">
      <w:pPr>
        <w:widowControl w:val="0"/>
        <w:suppressAutoHyphens w:val="0"/>
        <w:autoSpaceDE w:val="0"/>
        <w:autoSpaceDN w:val="0"/>
        <w:spacing w:after="0" w:line="240" w:lineRule="auto"/>
        <w:ind w:left="467"/>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-Организация экскурсий, походов, Дней театра и музея, посещение выставок, концертов, парков.</w:t>
      </w:r>
    </w:p>
    <w:p w:rsidR="00CE2239" w:rsidRPr="001A456E" w:rsidRDefault="00CE2239" w:rsidP="003772B6">
      <w:pPr>
        <w:widowControl w:val="0"/>
        <w:suppressAutoHyphens w:val="0"/>
        <w:autoSpaceDE w:val="0"/>
        <w:autoSpaceDN w:val="0"/>
        <w:spacing w:after="0" w:line="240" w:lineRule="auto"/>
        <w:ind w:left="173"/>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 xml:space="preserve">-Организация выставок рисунков, поделок и творческих работ обучающихся. </w:t>
      </w:r>
    </w:p>
    <w:p w:rsidR="00CE2239" w:rsidRPr="001A456E" w:rsidRDefault="00CE2239" w:rsidP="003772B6">
      <w:pPr>
        <w:widowControl w:val="0"/>
        <w:suppressAutoHyphens w:val="0"/>
        <w:autoSpaceDE w:val="0"/>
        <w:autoSpaceDN w:val="0"/>
        <w:spacing w:after="0" w:line="240" w:lineRule="auto"/>
        <w:ind w:left="173"/>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 xml:space="preserve">-Проведение тематических классных часов, встреч, бесед. </w:t>
      </w:r>
    </w:p>
    <w:p w:rsidR="00CE2239" w:rsidRPr="001A456E" w:rsidRDefault="00CE2239" w:rsidP="003772B6">
      <w:pPr>
        <w:widowControl w:val="0"/>
        <w:suppressAutoHyphens w:val="0"/>
        <w:autoSpaceDE w:val="0"/>
        <w:autoSpaceDN w:val="0"/>
        <w:spacing w:after="0" w:line="240" w:lineRule="auto"/>
        <w:ind w:left="173"/>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 xml:space="preserve">-Участие в предметных неделях, библиотечные уроки. </w:t>
      </w:r>
    </w:p>
    <w:p w:rsidR="00CE2239" w:rsidRPr="001A456E" w:rsidRDefault="00CE2239" w:rsidP="003772B6">
      <w:pPr>
        <w:widowControl w:val="0"/>
        <w:suppressAutoHyphens w:val="0"/>
        <w:autoSpaceDE w:val="0"/>
        <w:autoSpaceDN w:val="0"/>
        <w:spacing w:after="0" w:line="240" w:lineRule="auto"/>
        <w:ind w:left="467"/>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-Организация интеллектуальных игр, квестов, викторин, диспутов, поисковых и</w:t>
      </w:r>
      <w:r w:rsidRPr="001A456E">
        <w:rPr>
          <w:rFonts w:ascii="Times New Roman" w:eastAsia="Times New Roman" w:hAnsi="Times New Roman" w:cs="Times New Roman"/>
          <w:bCs/>
          <w:spacing w:val="54"/>
          <w:sz w:val="28"/>
          <w:szCs w:val="28"/>
          <w:lang w:eastAsia="ru-RU"/>
        </w:rPr>
        <w:t xml:space="preserve"> </w:t>
      </w:r>
      <w:r w:rsidRPr="001A456E">
        <w:rPr>
          <w:rFonts w:ascii="Times New Roman" w:eastAsia="Times New Roman" w:hAnsi="Times New Roman" w:cs="Times New Roman"/>
          <w:bCs/>
          <w:sz w:val="28"/>
          <w:szCs w:val="28"/>
          <w:lang w:eastAsia="ru-RU"/>
        </w:rPr>
        <w:t>научных</w:t>
      </w:r>
      <w:r w:rsidRPr="001A456E">
        <w:rPr>
          <w:rFonts w:ascii="Times New Roman" w:eastAsia="Times New Roman" w:hAnsi="Times New Roman" w:cs="Times New Roman"/>
          <w:bCs/>
          <w:w w:val="96"/>
          <w:sz w:val="28"/>
          <w:szCs w:val="28"/>
          <w:lang w:eastAsia="ru-RU"/>
        </w:rPr>
        <w:t xml:space="preserve"> </w:t>
      </w:r>
      <w:r w:rsidRPr="001A456E">
        <w:rPr>
          <w:rFonts w:ascii="Times New Roman" w:eastAsia="Times New Roman" w:hAnsi="Times New Roman" w:cs="Times New Roman"/>
          <w:bCs/>
          <w:sz w:val="28"/>
          <w:szCs w:val="28"/>
          <w:lang w:eastAsia="ru-RU"/>
        </w:rPr>
        <w:t>исследований;</w:t>
      </w:r>
    </w:p>
    <w:p w:rsidR="00CE2239" w:rsidRPr="001A456E" w:rsidRDefault="00CE2239" w:rsidP="003772B6">
      <w:pPr>
        <w:widowControl w:val="0"/>
        <w:suppressAutoHyphens w:val="0"/>
        <w:autoSpaceDE w:val="0"/>
        <w:autoSpaceDN w:val="0"/>
        <w:spacing w:after="0" w:line="240" w:lineRule="auto"/>
        <w:ind w:left="173"/>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 xml:space="preserve">-Участие в проектной и исследовательской деятельности. </w:t>
      </w:r>
    </w:p>
    <w:p w:rsidR="00CE2239" w:rsidRPr="001A456E" w:rsidRDefault="00CE2239" w:rsidP="003772B6">
      <w:pPr>
        <w:widowControl w:val="0"/>
        <w:suppressAutoHyphens w:val="0"/>
        <w:autoSpaceDE w:val="0"/>
        <w:autoSpaceDN w:val="0"/>
        <w:spacing w:after="0" w:line="240" w:lineRule="auto"/>
        <w:ind w:left="173"/>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-Участие в НПК, конкурсах, фестивалях, олимпиадах на уровне лицея, района, города, республики.</w:t>
      </w:r>
    </w:p>
    <w:p w:rsidR="00CE2239" w:rsidRPr="001A456E" w:rsidRDefault="00CE2239" w:rsidP="003772B6">
      <w:pPr>
        <w:widowControl w:val="0"/>
        <w:suppressAutoHyphens w:val="0"/>
        <w:autoSpaceDE w:val="0"/>
        <w:autoSpaceDN w:val="0"/>
        <w:spacing w:after="0" w:line="240" w:lineRule="auto"/>
        <w:ind w:left="173"/>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-Общественно - полезные занятия.</w:t>
      </w:r>
    </w:p>
    <w:p w:rsidR="00CE2239" w:rsidRPr="001A456E" w:rsidRDefault="00CE2239" w:rsidP="003772B6">
      <w:pPr>
        <w:widowControl w:val="0"/>
        <w:suppressAutoHyphens w:val="0"/>
        <w:autoSpaceDE w:val="0"/>
        <w:autoSpaceDN w:val="0"/>
        <w:spacing w:after="0" w:line="240" w:lineRule="auto"/>
        <w:ind w:left="173"/>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-Организация походов, экскурсий, «Дней здоровья», подвижных игр, «Весёлых стартов», участие в спортивных соревнованиях различного уровня, тематические учения и тренировки.</w:t>
      </w:r>
    </w:p>
    <w:p w:rsidR="00CE2239" w:rsidRPr="001A456E" w:rsidRDefault="00CE2239" w:rsidP="003772B6">
      <w:pPr>
        <w:widowControl w:val="0"/>
        <w:suppressAutoHyphens w:val="0"/>
        <w:autoSpaceDE w:val="0"/>
        <w:autoSpaceDN w:val="0"/>
        <w:spacing w:after="0" w:line="240" w:lineRule="auto"/>
        <w:ind w:left="173"/>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-Участие в благотворительных, экологических, патриотических акциях, встречи с ветеранами, уроки мужества.</w:t>
      </w:r>
    </w:p>
    <w:p w:rsidR="00CE2239" w:rsidRPr="001A456E" w:rsidRDefault="00CE2239" w:rsidP="003772B6">
      <w:pPr>
        <w:widowControl w:val="0"/>
        <w:suppressAutoHyphens w:val="0"/>
        <w:autoSpaceDE w:val="0"/>
        <w:autoSpaceDN w:val="0"/>
        <w:spacing w:after="0" w:line="240" w:lineRule="auto"/>
        <w:ind w:left="173"/>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-Сюжетно-ролевые игры, профориентационные мероприятия.</w:t>
      </w:r>
    </w:p>
    <w:p w:rsidR="00CE2239" w:rsidRPr="001A456E" w:rsidRDefault="00CE2239" w:rsidP="003772B6">
      <w:pPr>
        <w:widowControl w:val="0"/>
        <w:suppressAutoHyphens w:val="0"/>
        <w:autoSpaceDE w:val="0"/>
        <w:autoSpaceDN w:val="0"/>
        <w:spacing w:after="0" w:line="240" w:lineRule="auto"/>
        <w:ind w:left="173"/>
        <w:jc w:val="both"/>
        <w:outlineLvl w:val="0"/>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-Участие в практикумах и факультативах.</w:t>
      </w:r>
    </w:p>
    <w:p w:rsidR="00CE2239" w:rsidRPr="001A456E" w:rsidRDefault="00CE2239" w:rsidP="003772B6">
      <w:pPr>
        <w:suppressAutoHyphens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Формы внеурочной деятельности предусматривают активность и самостоятельность обучающихся, сочетают индивидуальную и групповую работу; обеспечивают гибкий режим занятий, переменный состав обучающихся, проектную и исследовательскую деятельность, экскурсии (в музеи, парки, на предприятия и др.), походы, деловые игры и пр.</w:t>
      </w:r>
    </w:p>
    <w:p w:rsidR="00CE2239" w:rsidRPr="001A456E" w:rsidRDefault="00CE2239" w:rsidP="003772B6">
      <w:pPr>
        <w:suppressAutoHyphens w:val="0"/>
        <w:spacing w:after="0" w:line="240" w:lineRule="auto"/>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w:t>
      </w:r>
      <w:r w:rsidRPr="001A456E">
        <w:rPr>
          <w:rFonts w:ascii="Times New Roman" w:eastAsia="Times New Roman" w:hAnsi="Times New Roman" w:cs="Times New Roman"/>
          <w:b/>
          <w:bCs/>
          <w:sz w:val="28"/>
          <w:szCs w:val="28"/>
          <w:lang w:eastAsia="ru-RU"/>
        </w:rPr>
        <w:t>Материально-техническое обеспечение</w:t>
      </w:r>
    </w:p>
    <w:p w:rsidR="00CE2239" w:rsidRPr="001A456E" w:rsidRDefault="00CE2239" w:rsidP="003772B6">
      <w:pPr>
        <w:suppressAutoHyphens w:val="0"/>
        <w:spacing w:after="0" w:line="240" w:lineRule="auto"/>
        <w:ind w:firstLine="708"/>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Для реализации внеурочной деятельности в лицее имеются необходимые условия, предусмотренные ФОП ФГОС НОО.</w:t>
      </w:r>
    </w:p>
    <w:p w:rsidR="00CE2239" w:rsidRPr="001A456E" w:rsidRDefault="00CE2239" w:rsidP="003772B6">
      <w:pPr>
        <w:suppressAutoHyphens w:val="0"/>
        <w:spacing w:after="0" w:line="240" w:lineRule="auto"/>
        <w:ind w:firstLine="708"/>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Для организации внеурочной деятельности лицей располагает оборудованным спортивным залом, столовой, актовым залом, библиотекой с местами школьника для выхода в Интернет, спортивной площадкой, кабинетами по учебным предметам, кабинет музыки, компьютерные классы, ИКТ, музей, медицинские кабинеты.</w:t>
      </w:r>
    </w:p>
    <w:p w:rsidR="00CE2239" w:rsidRPr="001A456E" w:rsidRDefault="00CE2239" w:rsidP="003772B6">
      <w:pPr>
        <w:suppressAutoHyphens w:val="0"/>
        <w:spacing w:after="0" w:line="240" w:lineRule="auto"/>
        <w:ind w:firstLine="708"/>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Лицей располагает двумя кабинетами, оборудованными компьютерной техникой, все кабинеты начальных классов подключены к локальной сети Интернет, оснащены интерактивным оборудованием.  </w:t>
      </w:r>
    </w:p>
    <w:p w:rsidR="00CE2239" w:rsidRPr="001A456E" w:rsidRDefault="00CE2239" w:rsidP="003772B6">
      <w:pPr>
        <w:suppressAutoHyphens w:val="0"/>
        <w:spacing w:after="0" w:line="240" w:lineRule="auto"/>
        <w:ind w:firstLine="708"/>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w:t>
      </w:r>
      <w:r w:rsidRPr="001A456E">
        <w:rPr>
          <w:rFonts w:ascii="Times New Roman" w:eastAsia="Times New Roman" w:hAnsi="Times New Roman" w:cs="Times New Roman"/>
          <w:b/>
          <w:sz w:val="28"/>
          <w:szCs w:val="28"/>
          <w:lang w:eastAsia="ru-RU"/>
        </w:rPr>
        <w:t>Планируемые результаты внеурочной деятельности</w:t>
      </w:r>
    </w:p>
    <w:p w:rsidR="00CE2239" w:rsidRPr="001A456E" w:rsidRDefault="00CE2239" w:rsidP="003772B6">
      <w:pPr>
        <w:suppressAutoHyphens w:val="0"/>
        <w:spacing w:after="0" w:line="240" w:lineRule="auto"/>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 xml:space="preserve">          Внеурочная деятельность направлена, в первую очередь, на достижение планируемых результатов освоения соответствующей основной образовательной программы лицея. Модель организации внеурочной деятельности описывает инструменты достижения этих результатов.</w:t>
      </w:r>
    </w:p>
    <w:p w:rsidR="00CE2239" w:rsidRPr="001A456E" w:rsidRDefault="00CE2239" w:rsidP="003772B6">
      <w:pPr>
        <w:suppressAutoHyphens w:val="0"/>
        <w:spacing w:after="0" w:line="240" w:lineRule="auto"/>
        <w:ind w:left="104" w:right="-283" w:firstLine="605"/>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Часы, отводимые на внеурочную деятельность, используются по желанию обучающихся и направлены</w:t>
      </w:r>
      <w:r w:rsidRPr="001A456E">
        <w:rPr>
          <w:rFonts w:ascii="Times New Roman" w:eastAsia="Times New Roman" w:hAnsi="Times New Roman" w:cs="Times New Roman"/>
          <w:spacing w:val="43"/>
          <w:w w:val="70"/>
          <w:sz w:val="28"/>
          <w:szCs w:val="28"/>
          <w:lang w:eastAsia="ru-RU"/>
        </w:rPr>
        <w:t xml:space="preserve"> </w:t>
      </w:r>
      <w:r w:rsidRPr="001A456E">
        <w:rPr>
          <w:rFonts w:ascii="Times New Roman" w:eastAsia="Times New Roman" w:hAnsi="Times New Roman" w:cs="Times New Roman"/>
          <w:sz w:val="28"/>
          <w:szCs w:val="28"/>
          <w:lang w:eastAsia="ru-RU"/>
        </w:rPr>
        <w:t>на</w:t>
      </w:r>
      <w:r w:rsidRPr="001A456E">
        <w:rPr>
          <w:rFonts w:ascii="Times New Roman" w:eastAsia="Times New Roman" w:hAnsi="Times New Roman" w:cs="Times New Roman"/>
          <w:w w:val="95"/>
          <w:sz w:val="28"/>
          <w:szCs w:val="28"/>
          <w:lang w:eastAsia="ru-RU"/>
        </w:rPr>
        <w:t xml:space="preserve"> </w:t>
      </w:r>
      <w:r w:rsidRPr="001A456E">
        <w:rPr>
          <w:rFonts w:ascii="Times New Roman" w:eastAsia="Times New Roman" w:hAnsi="Times New Roman" w:cs="Times New Roman"/>
          <w:sz w:val="28"/>
          <w:szCs w:val="28"/>
          <w:lang w:eastAsia="ru-RU"/>
        </w:rPr>
        <w:t>реализацию различных форм ее организации, отличных от урочной системы обучения. На занятиях руководители раскрывают у обучающихся организаторские, творческие,</w:t>
      </w:r>
      <w:r w:rsidRPr="001A456E">
        <w:rPr>
          <w:rFonts w:ascii="Times New Roman" w:eastAsia="Times New Roman" w:hAnsi="Times New Roman" w:cs="Times New Roman"/>
          <w:spacing w:val="26"/>
          <w:sz w:val="28"/>
          <w:szCs w:val="28"/>
          <w:lang w:eastAsia="ru-RU"/>
        </w:rPr>
        <w:t xml:space="preserve"> </w:t>
      </w:r>
      <w:r w:rsidRPr="001A456E">
        <w:rPr>
          <w:rFonts w:ascii="Times New Roman" w:eastAsia="Times New Roman" w:hAnsi="Times New Roman" w:cs="Times New Roman"/>
          <w:sz w:val="28"/>
          <w:szCs w:val="28"/>
          <w:lang w:eastAsia="ru-RU"/>
        </w:rPr>
        <w:t>музыкальные</w:t>
      </w:r>
      <w:r w:rsidRPr="001A456E">
        <w:rPr>
          <w:rFonts w:ascii="Times New Roman" w:eastAsia="Times New Roman" w:hAnsi="Times New Roman" w:cs="Times New Roman"/>
          <w:w w:val="97"/>
          <w:sz w:val="28"/>
          <w:szCs w:val="28"/>
          <w:lang w:eastAsia="ru-RU"/>
        </w:rPr>
        <w:t xml:space="preserve"> </w:t>
      </w:r>
      <w:r w:rsidRPr="001A456E">
        <w:rPr>
          <w:rFonts w:ascii="Times New Roman" w:eastAsia="Times New Roman" w:hAnsi="Times New Roman" w:cs="Times New Roman"/>
          <w:sz w:val="28"/>
          <w:szCs w:val="28"/>
          <w:lang w:eastAsia="ru-RU"/>
        </w:rPr>
        <w:t xml:space="preserve">способности, что играет немаловажную роль в духовном развитии детей. </w:t>
      </w:r>
    </w:p>
    <w:p w:rsidR="00CE2239" w:rsidRPr="001A456E" w:rsidRDefault="00CE2239" w:rsidP="003772B6">
      <w:pPr>
        <w:pBdr>
          <w:top w:val="nil"/>
          <w:left w:val="nil"/>
          <w:bottom w:val="nil"/>
          <w:right w:val="nil"/>
          <w:between w:val="nil"/>
        </w:pBdr>
        <w:spacing w:after="0" w:line="240" w:lineRule="auto"/>
        <w:ind w:left="109" w:right="-283" w:firstLine="600"/>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Алгоритм организации внеурочной</w:t>
      </w:r>
      <w:r w:rsidRPr="001A456E">
        <w:rPr>
          <w:rFonts w:ascii="Times New Roman" w:eastAsia="Times New Roman" w:hAnsi="Times New Roman" w:cs="Times New Roman"/>
          <w:spacing w:val="-30"/>
          <w:sz w:val="28"/>
          <w:szCs w:val="28"/>
          <w:lang w:eastAsia="ar-SA"/>
        </w:rPr>
        <w:t xml:space="preserve"> </w:t>
      </w:r>
      <w:r w:rsidRPr="001A456E">
        <w:rPr>
          <w:rFonts w:ascii="Times New Roman" w:eastAsia="Times New Roman" w:hAnsi="Times New Roman" w:cs="Times New Roman"/>
          <w:sz w:val="28"/>
          <w:szCs w:val="28"/>
          <w:lang w:eastAsia="ar-SA"/>
        </w:rPr>
        <w:t>деятельности следующий:</w:t>
      </w:r>
    </w:p>
    <w:p w:rsidR="00CE2239" w:rsidRPr="001A456E" w:rsidRDefault="00424A79" w:rsidP="003772B6">
      <w:pPr>
        <w:pBdr>
          <w:top w:val="nil"/>
          <w:left w:val="nil"/>
          <w:bottom w:val="nil"/>
          <w:right w:val="nil"/>
          <w:between w:val="nil"/>
        </w:pBdr>
        <w:spacing w:after="0" w:line="240" w:lineRule="auto"/>
        <w:ind w:right="-283"/>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 xml:space="preserve"> </w:t>
      </w:r>
      <w:r w:rsidR="00CE2239" w:rsidRPr="001A456E">
        <w:rPr>
          <w:rFonts w:ascii="Times New Roman" w:eastAsia="Times New Roman" w:hAnsi="Times New Roman" w:cs="Times New Roman"/>
          <w:sz w:val="28"/>
          <w:szCs w:val="28"/>
          <w:lang w:eastAsia="ar-SA"/>
        </w:rPr>
        <w:t>Изучение спроса, анкетирование</w:t>
      </w:r>
      <w:r w:rsidR="00CE2239" w:rsidRPr="001A456E">
        <w:rPr>
          <w:rFonts w:ascii="Times New Roman" w:eastAsia="Times New Roman" w:hAnsi="Times New Roman" w:cs="Times New Roman"/>
          <w:spacing w:val="52"/>
          <w:sz w:val="28"/>
          <w:szCs w:val="28"/>
          <w:lang w:eastAsia="ar-SA"/>
        </w:rPr>
        <w:t xml:space="preserve"> </w:t>
      </w:r>
      <w:r w:rsidR="00CE2239" w:rsidRPr="001A456E">
        <w:rPr>
          <w:rFonts w:ascii="Times New Roman" w:eastAsia="Times New Roman" w:hAnsi="Times New Roman" w:cs="Times New Roman"/>
          <w:sz w:val="28"/>
          <w:szCs w:val="28"/>
          <w:lang w:eastAsia="ar-SA"/>
        </w:rPr>
        <w:t>родителей.</w:t>
      </w:r>
    </w:p>
    <w:p w:rsidR="00CE2239" w:rsidRPr="001A456E" w:rsidRDefault="00CE2239" w:rsidP="003772B6">
      <w:pPr>
        <w:widowControl w:val="0"/>
        <w:tabs>
          <w:tab w:val="left" w:pos="542"/>
        </w:tabs>
        <w:suppressAutoHyphens w:val="0"/>
        <w:spacing w:after="0" w:line="240" w:lineRule="auto"/>
        <w:ind w:right="-283"/>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Составление</w:t>
      </w:r>
      <w:r w:rsidRPr="001A456E">
        <w:rPr>
          <w:rFonts w:ascii="Times New Roman" w:eastAsia="Times New Roman" w:hAnsi="Times New Roman" w:cs="Times New Roman"/>
          <w:spacing w:val="-3"/>
          <w:sz w:val="28"/>
          <w:szCs w:val="28"/>
          <w:lang w:eastAsia="ru-RU"/>
        </w:rPr>
        <w:t xml:space="preserve"> </w:t>
      </w:r>
      <w:r w:rsidRPr="001A456E">
        <w:rPr>
          <w:rFonts w:ascii="Times New Roman" w:eastAsia="Times New Roman" w:hAnsi="Times New Roman" w:cs="Times New Roman"/>
          <w:sz w:val="28"/>
          <w:szCs w:val="28"/>
          <w:lang w:eastAsia="ru-RU"/>
        </w:rPr>
        <w:t>и</w:t>
      </w:r>
      <w:r w:rsidRPr="001A456E">
        <w:rPr>
          <w:rFonts w:ascii="Times New Roman" w:eastAsia="Times New Roman" w:hAnsi="Times New Roman" w:cs="Times New Roman"/>
          <w:spacing w:val="-20"/>
          <w:sz w:val="28"/>
          <w:szCs w:val="28"/>
          <w:lang w:eastAsia="ru-RU"/>
        </w:rPr>
        <w:t xml:space="preserve"> </w:t>
      </w:r>
      <w:r w:rsidRPr="001A456E">
        <w:rPr>
          <w:rFonts w:ascii="Times New Roman" w:eastAsia="Times New Roman" w:hAnsi="Times New Roman" w:cs="Times New Roman"/>
          <w:sz w:val="28"/>
          <w:szCs w:val="28"/>
          <w:lang w:eastAsia="ru-RU"/>
        </w:rPr>
        <w:t>утверждение</w:t>
      </w:r>
      <w:r w:rsidRPr="001A456E">
        <w:rPr>
          <w:rFonts w:ascii="Times New Roman" w:eastAsia="Times New Roman" w:hAnsi="Times New Roman" w:cs="Times New Roman"/>
          <w:spacing w:val="1"/>
          <w:sz w:val="28"/>
          <w:szCs w:val="28"/>
          <w:lang w:eastAsia="ru-RU"/>
        </w:rPr>
        <w:t xml:space="preserve"> </w:t>
      </w:r>
      <w:r w:rsidRPr="001A456E">
        <w:rPr>
          <w:rFonts w:ascii="Times New Roman" w:eastAsia="Times New Roman" w:hAnsi="Times New Roman" w:cs="Times New Roman"/>
          <w:sz w:val="28"/>
          <w:szCs w:val="28"/>
          <w:lang w:eastAsia="ru-RU"/>
        </w:rPr>
        <w:t>рабочих</w:t>
      </w:r>
      <w:r w:rsidRPr="001A456E">
        <w:rPr>
          <w:rFonts w:ascii="Times New Roman" w:eastAsia="Times New Roman" w:hAnsi="Times New Roman" w:cs="Times New Roman"/>
          <w:spacing w:val="-5"/>
          <w:sz w:val="28"/>
          <w:szCs w:val="28"/>
          <w:lang w:eastAsia="ru-RU"/>
        </w:rPr>
        <w:t xml:space="preserve"> </w:t>
      </w:r>
      <w:r w:rsidRPr="001A456E">
        <w:rPr>
          <w:rFonts w:ascii="Times New Roman" w:eastAsia="Times New Roman" w:hAnsi="Times New Roman" w:cs="Times New Roman"/>
          <w:sz w:val="28"/>
          <w:szCs w:val="28"/>
          <w:lang w:eastAsia="ru-RU"/>
        </w:rPr>
        <w:t>программ</w:t>
      </w:r>
      <w:r w:rsidRPr="001A456E">
        <w:rPr>
          <w:rFonts w:ascii="Times New Roman" w:eastAsia="Times New Roman" w:hAnsi="Times New Roman" w:cs="Times New Roman"/>
          <w:spacing w:val="-8"/>
          <w:sz w:val="28"/>
          <w:szCs w:val="28"/>
          <w:lang w:eastAsia="ru-RU"/>
        </w:rPr>
        <w:t xml:space="preserve"> </w:t>
      </w:r>
      <w:r w:rsidRPr="001A456E">
        <w:rPr>
          <w:rFonts w:ascii="Times New Roman" w:eastAsia="Times New Roman" w:hAnsi="Times New Roman" w:cs="Times New Roman"/>
          <w:sz w:val="28"/>
          <w:szCs w:val="28"/>
          <w:lang w:eastAsia="ru-RU"/>
        </w:rPr>
        <w:t>по</w:t>
      </w:r>
      <w:r w:rsidRPr="001A456E">
        <w:rPr>
          <w:rFonts w:ascii="Times New Roman" w:eastAsia="Times New Roman" w:hAnsi="Times New Roman" w:cs="Times New Roman"/>
          <w:spacing w:val="-16"/>
          <w:sz w:val="28"/>
          <w:szCs w:val="28"/>
          <w:lang w:eastAsia="ru-RU"/>
        </w:rPr>
        <w:t xml:space="preserve"> </w:t>
      </w:r>
      <w:r w:rsidRPr="001A456E">
        <w:rPr>
          <w:rFonts w:ascii="Times New Roman" w:eastAsia="Times New Roman" w:hAnsi="Times New Roman" w:cs="Times New Roman"/>
          <w:sz w:val="28"/>
          <w:szCs w:val="28"/>
          <w:lang w:eastAsia="ru-RU"/>
        </w:rPr>
        <w:t>внеурочной</w:t>
      </w:r>
      <w:r w:rsidRPr="001A456E">
        <w:rPr>
          <w:rFonts w:ascii="Times New Roman" w:eastAsia="Times New Roman" w:hAnsi="Times New Roman" w:cs="Times New Roman"/>
          <w:spacing w:val="-3"/>
          <w:sz w:val="28"/>
          <w:szCs w:val="28"/>
          <w:lang w:eastAsia="ru-RU"/>
        </w:rPr>
        <w:t xml:space="preserve"> </w:t>
      </w:r>
      <w:r w:rsidRPr="001A456E">
        <w:rPr>
          <w:rFonts w:ascii="Times New Roman" w:eastAsia="Times New Roman" w:hAnsi="Times New Roman" w:cs="Times New Roman"/>
          <w:sz w:val="28"/>
          <w:szCs w:val="28"/>
          <w:lang w:eastAsia="ru-RU"/>
        </w:rPr>
        <w:t>деятельности.</w:t>
      </w:r>
    </w:p>
    <w:p w:rsidR="00CE2239" w:rsidRPr="001A456E" w:rsidRDefault="00CE2239" w:rsidP="003772B6">
      <w:pPr>
        <w:widowControl w:val="0"/>
        <w:tabs>
          <w:tab w:val="left" w:pos="535"/>
        </w:tabs>
        <w:suppressAutoHyphens w:val="0"/>
        <w:spacing w:after="0" w:line="240" w:lineRule="auto"/>
        <w:ind w:right="-283"/>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Комплектование групп, составление</w:t>
      </w:r>
      <w:r w:rsidRPr="001A456E">
        <w:rPr>
          <w:rFonts w:ascii="Times New Roman" w:eastAsia="Times New Roman" w:hAnsi="Times New Roman" w:cs="Times New Roman"/>
          <w:spacing w:val="-38"/>
          <w:sz w:val="28"/>
          <w:szCs w:val="28"/>
          <w:lang w:eastAsia="ru-RU"/>
        </w:rPr>
        <w:t xml:space="preserve"> </w:t>
      </w:r>
      <w:r w:rsidRPr="001A456E">
        <w:rPr>
          <w:rFonts w:ascii="Times New Roman" w:eastAsia="Times New Roman" w:hAnsi="Times New Roman" w:cs="Times New Roman"/>
          <w:sz w:val="28"/>
          <w:szCs w:val="28"/>
          <w:lang w:eastAsia="ru-RU"/>
        </w:rPr>
        <w:t>расписание.</w:t>
      </w:r>
    </w:p>
    <w:p w:rsidR="00CE2239" w:rsidRPr="001A456E" w:rsidRDefault="00CE2239" w:rsidP="003772B6">
      <w:pPr>
        <w:widowControl w:val="0"/>
        <w:tabs>
          <w:tab w:val="left" w:pos="535"/>
        </w:tabs>
        <w:suppressAutoHyphens w:val="0"/>
        <w:spacing w:after="0" w:line="240" w:lineRule="auto"/>
        <w:ind w:right="-283"/>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Контроль за организацией внеурочной</w:t>
      </w:r>
      <w:r w:rsidRPr="001A456E">
        <w:rPr>
          <w:rFonts w:ascii="Times New Roman" w:eastAsia="Times New Roman" w:hAnsi="Times New Roman" w:cs="Times New Roman"/>
          <w:spacing w:val="-49"/>
          <w:sz w:val="28"/>
          <w:szCs w:val="28"/>
          <w:lang w:eastAsia="ru-RU"/>
        </w:rPr>
        <w:t xml:space="preserve"> </w:t>
      </w:r>
      <w:r w:rsidRPr="001A456E">
        <w:rPr>
          <w:rFonts w:ascii="Times New Roman" w:eastAsia="Times New Roman" w:hAnsi="Times New Roman" w:cs="Times New Roman"/>
          <w:sz w:val="28"/>
          <w:szCs w:val="28"/>
          <w:lang w:eastAsia="ru-RU"/>
        </w:rPr>
        <w:t>деятельности.</w:t>
      </w:r>
    </w:p>
    <w:p w:rsidR="00CE2239" w:rsidRPr="001A456E" w:rsidRDefault="00CE2239" w:rsidP="003772B6">
      <w:pPr>
        <w:widowControl w:val="0"/>
        <w:suppressAutoHyphens w:val="0"/>
        <w:autoSpaceDE w:val="0"/>
        <w:autoSpaceDN w:val="0"/>
        <w:spacing w:after="0" w:line="240" w:lineRule="auto"/>
        <w:ind w:left="541"/>
        <w:outlineLvl w:val="0"/>
        <w:rPr>
          <w:rFonts w:ascii="Times New Roman" w:eastAsia="Times New Roman" w:hAnsi="Times New Roman" w:cs="Times New Roman"/>
          <w:b/>
          <w:bCs/>
          <w:sz w:val="28"/>
          <w:szCs w:val="28"/>
          <w:lang w:eastAsia="ru-RU"/>
        </w:rPr>
      </w:pPr>
      <w:r w:rsidRPr="001A456E">
        <w:rPr>
          <w:rFonts w:ascii="Times New Roman" w:eastAsia="Times New Roman" w:hAnsi="Times New Roman" w:cs="Times New Roman"/>
          <w:b/>
          <w:bCs/>
          <w:sz w:val="28"/>
          <w:szCs w:val="28"/>
          <w:lang w:eastAsia="ru-RU"/>
        </w:rPr>
        <w:t>Кадровые условия для реализации внеурочной деятельности:</w:t>
      </w:r>
    </w:p>
    <w:p w:rsidR="00CE2239" w:rsidRPr="001A456E" w:rsidRDefault="00CE2239" w:rsidP="003772B6">
      <w:pPr>
        <w:pBdr>
          <w:top w:val="nil"/>
          <w:left w:val="nil"/>
          <w:bottom w:val="nil"/>
          <w:right w:val="nil"/>
          <w:between w:val="nil"/>
        </w:pBdr>
        <w:spacing w:after="0" w:line="240" w:lineRule="auto"/>
        <w:ind w:right="110"/>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 xml:space="preserve">       Занятия по внеурочной деятельности проводят опытные квалифицированные педагоги: учителя – предметники, классные руководители, педагоги дополнительного образования. Уровень квалификации педагогов соответствует требованиям профессионального стандарта «Педагог», предъявляемым к должности «воспитатель», «учитель».</w:t>
      </w:r>
    </w:p>
    <w:p w:rsidR="00CE2239" w:rsidRPr="001A456E" w:rsidRDefault="00CE2239" w:rsidP="003772B6">
      <w:pPr>
        <w:suppressAutoHyphens w:val="0"/>
        <w:spacing w:after="0" w:line="240" w:lineRule="auto"/>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      При организации внеурочной деятельности в МАОУ «Лицей № 42 имени Р.А. Каримова» предполагается, что в этой работе принимают участие все педагогические работники данной организации (учителя начальной школы, учителя­предметники, социальные педагоги, педагоги­психологи, учителя-логопеды  и др.). </w:t>
      </w:r>
    </w:p>
    <w:p w:rsidR="00CE2239" w:rsidRPr="001A456E" w:rsidRDefault="00CE2239" w:rsidP="003772B6">
      <w:pPr>
        <w:suppressAutoHyphens w:val="0"/>
        <w:spacing w:after="0" w:line="240" w:lineRule="auto"/>
        <w:ind w:firstLine="709"/>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w:t>
      </w:r>
    </w:p>
    <w:p w:rsidR="00CE2239" w:rsidRPr="001A456E" w:rsidRDefault="00CE2239" w:rsidP="003772B6">
      <w:pPr>
        <w:suppressAutoHyphens w:val="0"/>
        <w:spacing w:after="0" w:line="240" w:lineRule="auto"/>
        <w:ind w:firstLine="709"/>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Связующим звеном между внеурочной деятельностью и дополнительным образованием детей выступают такие формы ее реализации, как факультативы, детские научные общества, экологические и патриотические отряды и т.д.</w:t>
      </w:r>
    </w:p>
    <w:p w:rsidR="00CE2239" w:rsidRPr="001A456E" w:rsidRDefault="00CE2239" w:rsidP="003772B6">
      <w:pPr>
        <w:suppressAutoHyphens w:val="0"/>
        <w:spacing w:after="0" w:line="240" w:lineRule="auto"/>
        <w:ind w:firstLine="709"/>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Основное преимущество совместной организации внеурочной деятельности заключается в предоставлении широкого выбора занятий для ребенка на основе спектра направлений детских объединений по интересам, возможности свободного самоопределения ребенка, привлечения к осуществлению внеурочной деятельности квалифицированных специалистов, а также практико­ориентированной и деятельностной основы организации образовательной деятельности.</w:t>
      </w:r>
    </w:p>
    <w:p w:rsidR="00CE2239" w:rsidRPr="001A456E" w:rsidRDefault="00CE2239" w:rsidP="003772B6">
      <w:pPr>
        <w:suppressAutoHyphens w:val="0"/>
        <w:spacing w:after="0" w:line="240" w:lineRule="auto"/>
        <w:ind w:firstLine="709"/>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Координирующую роль в организации внеурочной деятельности выполняет, как правило, классный руководитель, который взаимодействует с педагогическими работниками, организует систему отношений через разнообразные формы воспитательной деятельности коллектива, в том числе через органы самоуправления, обеспечивает внеурочную деятельность обучающихся в соответствии с их выбором.</w:t>
      </w:r>
    </w:p>
    <w:p w:rsidR="00CE2239" w:rsidRPr="001A456E" w:rsidRDefault="00CE2239" w:rsidP="003772B6">
      <w:pPr>
        <w:pBdr>
          <w:top w:val="nil"/>
          <w:left w:val="nil"/>
          <w:bottom w:val="nil"/>
          <w:right w:val="nil"/>
          <w:between w:val="nil"/>
        </w:pBdr>
        <w:spacing w:after="0" w:line="240" w:lineRule="auto"/>
        <w:ind w:right="110"/>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 xml:space="preserve">          Внеурочная</w:t>
      </w:r>
      <w:r w:rsidRPr="001A456E">
        <w:rPr>
          <w:rFonts w:ascii="Times New Roman" w:eastAsia="Times New Roman" w:hAnsi="Times New Roman" w:cs="Times New Roman"/>
          <w:spacing w:val="-7"/>
          <w:sz w:val="28"/>
          <w:szCs w:val="28"/>
          <w:lang w:eastAsia="ar-SA"/>
        </w:rPr>
        <w:t xml:space="preserve"> </w:t>
      </w:r>
      <w:r w:rsidRPr="001A456E">
        <w:rPr>
          <w:rFonts w:ascii="Times New Roman" w:eastAsia="Times New Roman" w:hAnsi="Times New Roman" w:cs="Times New Roman"/>
          <w:sz w:val="28"/>
          <w:szCs w:val="28"/>
          <w:lang w:eastAsia="ar-SA"/>
        </w:rPr>
        <w:t>деятельность</w:t>
      </w:r>
      <w:r w:rsidRPr="001A456E">
        <w:rPr>
          <w:rFonts w:ascii="Times New Roman" w:eastAsia="Times New Roman" w:hAnsi="Times New Roman" w:cs="Times New Roman"/>
          <w:spacing w:val="-5"/>
          <w:sz w:val="28"/>
          <w:szCs w:val="28"/>
          <w:lang w:eastAsia="ar-SA"/>
        </w:rPr>
        <w:t xml:space="preserve"> </w:t>
      </w:r>
      <w:r w:rsidRPr="001A456E">
        <w:rPr>
          <w:rFonts w:ascii="Times New Roman" w:eastAsia="Times New Roman" w:hAnsi="Times New Roman" w:cs="Times New Roman"/>
          <w:sz w:val="28"/>
          <w:szCs w:val="28"/>
          <w:lang w:eastAsia="ar-SA"/>
        </w:rPr>
        <w:t>в</w:t>
      </w:r>
      <w:r w:rsidRPr="001A456E">
        <w:rPr>
          <w:rFonts w:ascii="Times New Roman" w:eastAsia="Times New Roman" w:hAnsi="Times New Roman" w:cs="Times New Roman"/>
          <w:spacing w:val="-30"/>
          <w:sz w:val="28"/>
          <w:szCs w:val="28"/>
          <w:lang w:eastAsia="ar-SA"/>
        </w:rPr>
        <w:t xml:space="preserve"> </w:t>
      </w:r>
      <w:r w:rsidRPr="001A456E">
        <w:rPr>
          <w:rFonts w:ascii="Times New Roman" w:eastAsia="Times New Roman" w:hAnsi="Times New Roman" w:cs="Times New Roman"/>
          <w:sz w:val="28"/>
          <w:szCs w:val="28"/>
          <w:lang w:eastAsia="ar-SA"/>
        </w:rPr>
        <w:t>MAOУ</w:t>
      </w:r>
      <w:r w:rsidRPr="001A456E">
        <w:rPr>
          <w:rFonts w:ascii="Times New Roman" w:eastAsia="Times New Roman" w:hAnsi="Times New Roman" w:cs="Times New Roman"/>
          <w:spacing w:val="-17"/>
          <w:sz w:val="28"/>
          <w:szCs w:val="28"/>
          <w:lang w:eastAsia="ar-SA"/>
        </w:rPr>
        <w:t xml:space="preserve"> «Лицей № 42 </w:t>
      </w:r>
      <w:r w:rsidRPr="001A456E">
        <w:rPr>
          <w:rFonts w:ascii="Times New Roman" w:eastAsia="Times New Roman" w:hAnsi="Times New Roman" w:cs="Times New Roman"/>
          <w:sz w:val="28"/>
          <w:szCs w:val="28"/>
          <w:lang w:eastAsia="ar-SA"/>
        </w:rPr>
        <w:t>имени Р.А. Каримова</w:t>
      </w:r>
      <w:r w:rsidRPr="001A456E">
        <w:rPr>
          <w:rFonts w:ascii="Times New Roman" w:eastAsia="Times New Roman" w:hAnsi="Times New Roman" w:cs="Times New Roman"/>
          <w:spacing w:val="-17"/>
          <w:sz w:val="28"/>
          <w:szCs w:val="28"/>
          <w:lang w:eastAsia="ar-SA"/>
        </w:rPr>
        <w:t xml:space="preserve">» </w:t>
      </w:r>
      <w:r w:rsidRPr="001A456E">
        <w:rPr>
          <w:rFonts w:ascii="Times New Roman" w:eastAsia="Times New Roman" w:hAnsi="Times New Roman" w:cs="Times New Roman"/>
          <w:sz w:val="28"/>
          <w:szCs w:val="28"/>
          <w:lang w:eastAsia="ar-SA"/>
        </w:rPr>
        <w:t>осуществляется</w:t>
      </w:r>
      <w:r w:rsidRPr="001A456E">
        <w:rPr>
          <w:rFonts w:ascii="Times New Roman" w:eastAsia="Times New Roman" w:hAnsi="Times New Roman" w:cs="Times New Roman"/>
          <w:spacing w:val="-9"/>
          <w:sz w:val="28"/>
          <w:szCs w:val="28"/>
          <w:lang w:eastAsia="ar-SA"/>
        </w:rPr>
        <w:t xml:space="preserve"> </w:t>
      </w:r>
      <w:r w:rsidRPr="001A456E">
        <w:rPr>
          <w:rFonts w:ascii="Times New Roman" w:eastAsia="Times New Roman" w:hAnsi="Times New Roman" w:cs="Times New Roman"/>
          <w:bCs/>
          <w:sz w:val="28"/>
          <w:szCs w:val="28"/>
          <w:lang w:eastAsia="ar-SA"/>
        </w:rPr>
        <w:t>через:</w:t>
      </w:r>
    </w:p>
    <w:p w:rsidR="00CE2239" w:rsidRPr="001A456E" w:rsidRDefault="00CE2239" w:rsidP="003772B6">
      <w:pPr>
        <w:widowControl w:val="0"/>
        <w:tabs>
          <w:tab w:val="left" w:pos="500"/>
        </w:tabs>
        <w:suppressAutoHyphens w:val="0"/>
        <w:spacing w:after="0" w:line="240" w:lineRule="auto"/>
        <w:ind w:left="132" w:right="-283"/>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классное руководство (экскурсии, диспуты, круглые столы, соревнования, обще</w:t>
      </w:r>
      <w:r w:rsidRPr="001A456E">
        <w:rPr>
          <w:rFonts w:ascii="Times New Roman" w:eastAsia="Times New Roman" w:hAnsi="Times New Roman" w:cs="Times New Roman"/>
          <w:sz w:val="28"/>
          <w:szCs w:val="28"/>
          <w:lang w:eastAsia="ru-RU"/>
        </w:rPr>
        <w:lastRenderedPageBreak/>
        <w:t>ственно полезные практики, участие в акциях, классные часы, беседы по ПДД, ОБЖ, организация и проведение праздников, культурно-массовых мероприятий);</w:t>
      </w:r>
    </w:p>
    <w:p w:rsidR="00CE2239" w:rsidRPr="001A456E" w:rsidRDefault="00CE2239" w:rsidP="003772B6">
      <w:pPr>
        <w:widowControl w:val="0"/>
        <w:tabs>
          <w:tab w:val="left" w:pos="492"/>
        </w:tabs>
        <w:suppressAutoHyphens w:val="0"/>
        <w:spacing w:after="0" w:line="240" w:lineRule="auto"/>
        <w:ind w:left="132" w:right="-283"/>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деятельность педагогических работников лицея (педагога-организатора, социального педагога,</w:t>
      </w:r>
      <w:r w:rsidRPr="001A456E">
        <w:rPr>
          <w:rFonts w:ascii="Times New Roman" w:eastAsia="Times New Roman" w:hAnsi="Times New Roman" w:cs="Times New Roman"/>
          <w:spacing w:val="5"/>
          <w:sz w:val="28"/>
          <w:szCs w:val="28"/>
          <w:lang w:eastAsia="ru-RU"/>
        </w:rPr>
        <w:t xml:space="preserve"> </w:t>
      </w:r>
      <w:r w:rsidRPr="001A456E">
        <w:rPr>
          <w:rFonts w:ascii="Times New Roman" w:eastAsia="Times New Roman" w:hAnsi="Times New Roman" w:cs="Times New Roman"/>
          <w:sz w:val="28"/>
          <w:szCs w:val="28"/>
          <w:lang w:eastAsia="ru-RU"/>
        </w:rPr>
        <w:t>педагога-психолога, учителя-логопеда, старшего</w:t>
      </w:r>
      <w:r w:rsidRPr="001A456E">
        <w:rPr>
          <w:rFonts w:ascii="Times New Roman" w:eastAsia="Times New Roman" w:hAnsi="Times New Roman" w:cs="Times New Roman"/>
          <w:spacing w:val="-23"/>
          <w:sz w:val="28"/>
          <w:szCs w:val="28"/>
          <w:lang w:eastAsia="ru-RU"/>
        </w:rPr>
        <w:t xml:space="preserve"> </w:t>
      </w:r>
      <w:r w:rsidRPr="001A456E">
        <w:rPr>
          <w:rFonts w:ascii="Times New Roman" w:eastAsia="Times New Roman" w:hAnsi="Times New Roman" w:cs="Times New Roman"/>
          <w:sz w:val="28"/>
          <w:szCs w:val="28"/>
          <w:lang w:eastAsia="ru-RU"/>
        </w:rPr>
        <w:t>вожатого).</w:t>
      </w:r>
    </w:p>
    <w:p w:rsidR="00CE2239" w:rsidRPr="001A456E" w:rsidRDefault="00CE2239" w:rsidP="003772B6">
      <w:pPr>
        <w:widowControl w:val="0"/>
        <w:suppressAutoHyphens w:val="0"/>
        <w:autoSpaceDE w:val="0"/>
        <w:autoSpaceDN w:val="0"/>
        <w:spacing w:before="67" w:after="0" w:line="240" w:lineRule="auto"/>
        <w:ind w:left="107"/>
        <w:outlineLvl w:val="0"/>
        <w:rPr>
          <w:rFonts w:ascii="Times New Roman" w:eastAsia="Times New Roman" w:hAnsi="Times New Roman" w:cs="Times New Roman"/>
          <w:b/>
          <w:bCs/>
          <w:sz w:val="28"/>
          <w:szCs w:val="28"/>
          <w:lang w:eastAsia="ru-RU"/>
        </w:rPr>
      </w:pPr>
      <w:r w:rsidRPr="001A456E">
        <w:rPr>
          <w:rFonts w:ascii="Times New Roman" w:eastAsia="Times New Roman" w:hAnsi="Times New Roman" w:cs="Times New Roman"/>
          <w:b/>
          <w:bCs/>
          <w:sz w:val="28"/>
          <w:szCs w:val="28"/>
          <w:lang w:eastAsia="ru-RU"/>
        </w:rPr>
        <w:t xml:space="preserve">Финансово-экономические условия организации </w:t>
      </w:r>
      <w:r w:rsidR="00424A79" w:rsidRPr="001A456E">
        <w:rPr>
          <w:rFonts w:ascii="Times New Roman" w:eastAsia="Times New Roman" w:hAnsi="Times New Roman" w:cs="Times New Roman"/>
          <w:b/>
          <w:bCs/>
          <w:sz w:val="28"/>
          <w:szCs w:val="28"/>
          <w:lang w:eastAsia="ru-RU"/>
        </w:rPr>
        <w:t xml:space="preserve"> </w:t>
      </w:r>
      <w:r w:rsidRPr="001A456E">
        <w:rPr>
          <w:rFonts w:ascii="Times New Roman" w:eastAsia="Times New Roman" w:hAnsi="Times New Roman" w:cs="Times New Roman"/>
          <w:b/>
          <w:bCs/>
          <w:sz w:val="28"/>
          <w:szCs w:val="28"/>
          <w:lang w:eastAsia="ru-RU"/>
        </w:rPr>
        <w:t>внеурочной деятельности</w:t>
      </w:r>
    </w:p>
    <w:p w:rsidR="00CE2239" w:rsidRPr="001A456E" w:rsidRDefault="00CE2239" w:rsidP="003772B6">
      <w:pPr>
        <w:pBdr>
          <w:top w:val="nil"/>
          <w:left w:val="nil"/>
          <w:bottom w:val="nil"/>
          <w:right w:val="nil"/>
          <w:between w:val="nil"/>
        </w:pBdr>
        <w:spacing w:after="0" w:line="240" w:lineRule="auto"/>
        <w:ind w:right="108" w:firstLine="709"/>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Финансово-экономические условия реализации основной образовательной программы в соответствии с ФОП ФГОС начального общего образования обеспечивают реализацию образовательной программы, в том числе в части внеурочной деятельности.</w:t>
      </w:r>
    </w:p>
    <w:p w:rsidR="00CE2239" w:rsidRPr="001A456E" w:rsidRDefault="00CE2239" w:rsidP="003772B6">
      <w:pPr>
        <w:pBdr>
          <w:top w:val="nil"/>
          <w:left w:val="nil"/>
          <w:bottom w:val="nil"/>
          <w:right w:val="nil"/>
          <w:between w:val="nil"/>
        </w:pBdr>
        <w:spacing w:after="0" w:line="240" w:lineRule="auto"/>
        <w:ind w:right="109" w:firstLine="709"/>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 xml:space="preserve">Внеурочная деятельность организуется согласно Положению </w:t>
      </w:r>
      <w:r w:rsidRPr="001A456E">
        <w:rPr>
          <w:rFonts w:ascii="Times New Roman" w:eastAsia="Times New Roman" w:hAnsi="Times New Roman" w:cs="Times New Roman"/>
          <w:spacing w:val="-4"/>
          <w:sz w:val="28"/>
          <w:szCs w:val="28"/>
          <w:lang w:eastAsia="ar-SA"/>
        </w:rPr>
        <w:t xml:space="preserve">«О </w:t>
      </w:r>
      <w:r w:rsidRPr="001A456E">
        <w:rPr>
          <w:rFonts w:ascii="Times New Roman" w:eastAsia="Times New Roman" w:hAnsi="Times New Roman" w:cs="Times New Roman"/>
          <w:sz w:val="28"/>
          <w:szCs w:val="28"/>
          <w:lang w:eastAsia="ar-SA"/>
        </w:rPr>
        <w:t xml:space="preserve">внеурочной деятельности» и оплате педагогическим работникам за внеурочную деятельность. При расчете нормативов финансового обеспечения реализации государственных услуг МАОУ «Лицей № 42 имени Р.А. Каримова» в соответствии с ФГОС при определении учебной нагрузки педагогических работников учитывается вся учебная нагрузка, предусмотренная образовательной программой образовательной организации. Нагрузка педагогических работников, ведущих занятия в рамках внеурочной деятельности, при тарификации педагогических работников устанавливается как педагогическая нагрузка по основной должности. </w:t>
      </w:r>
    </w:p>
    <w:p w:rsidR="00CE2239" w:rsidRPr="001A456E" w:rsidRDefault="00CE2239" w:rsidP="003772B6">
      <w:pPr>
        <w:widowControl w:val="0"/>
        <w:suppressAutoHyphens w:val="0"/>
        <w:autoSpaceDE w:val="0"/>
        <w:autoSpaceDN w:val="0"/>
        <w:spacing w:after="0" w:line="240" w:lineRule="auto"/>
        <w:outlineLvl w:val="0"/>
        <w:rPr>
          <w:rFonts w:ascii="Times New Roman" w:eastAsia="Times New Roman" w:hAnsi="Times New Roman" w:cs="Times New Roman"/>
          <w:b/>
          <w:bCs/>
          <w:sz w:val="28"/>
          <w:szCs w:val="28"/>
          <w:lang w:eastAsia="ru-RU"/>
        </w:rPr>
      </w:pPr>
    </w:p>
    <w:p w:rsidR="00CE2239" w:rsidRPr="001A456E" w:rsidRDefault="00CE2239" w:rsidP="003772B6">
      <w:pPr>
        <w:widowControl w:val="0"/>
        <w:suppressAutoHyphens w:val="0"/>
        <w:autoSpaceDE w:val="0"/>
        <w:autoSpaceDN w:val="0"/>
        <w:spacing w:after="0" w:line="240" w:lineRule="auto"/>
        <w:ind w:left="107"/>
        <w:outlineLvl w:val="0"/>
        <w:rPr>
          <w:rFonts w:ascii="Times New Roman" w:eastAsia="Times New Roman" w:hAnsi="Times New Roman" w:cs="Times New Roman"/>
          <w:b/>
          <w:bCs/>
          <w:sz w:val="28"/>
          <w:szCs w:val="28"/>
          <w:lang w:eastAsia="ru-RU"/>
        </w:rPr>
      </w:pPr>
      <w:r w:rsidRPr="001A456E">
        <w:rPr>
          <w:rFonts w:ascii="Times New Roman" w:eastAsia="Times New Roman" w:hAnsi="Times New Roman" w:cs="Times New Roman"/>
          <w:b/>
          <w:bCs/>
          <w:sz w:val="28"/>
          <w:szCs w:val="28"/>
          <w:lang w:eastAsia="ru-RU"/>
        </w:rPr>
        <w:t>Методическое обеспечение внеурочной деятельности (согласно ФОП ООП).</w:t>
      </w:r>
    </w:p>
    <w:p w:rsidR="00CE2239" w:rsidRPr="001A456E" w:rsidRDefault="00CE2239" w:rsidP="00EF687D">
      <w:pPr>
        <w:widowControl w:val="0"/>
        <w:numPr>
          <w:ilvl w:val="1"/>
          <w:numId w:val="50"/>
        </w:numPr>
        <w:tabs>
          <w:tab w:val="left" w:pos="829"/>
        </w:tabs>
        <w:suppressAutoHyphens w:val="0"/>
        <w:autoSpaceDE w:val="0"/>
        <w:autoSpaceDN w:val="0"/>
        <w:spacing w:after="0" w:line="240" w:lineRule="auto"/>
        <w:ind w:left="828"/>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методические пособия,</w:t>
      </w:r>
    </w:p>
    <w:p w:rsidR="00CE2239" w:rsidRPr="001A456E" w:rsidRDefault="00CE2239" w:rsidP="00EF687D">
      <w:pPr>
        <w:widowControl w:val="0"/>
        <w:numPr>
          <w:ilvl w:val="1"/>
          <w:numId w:val="50"/>
        </w:numPr>
        <w:tabs>
          <w:tab w:val="left" w:pos="829"/>
        </w:tabs>
        <w:suppressAutoHyphens w:val="0"/>
        <w:autoSpaceDE w:val="0"/>
        <w:autoSpaceDN w:val="0"/>
        <w:spacing w:before="28" w:after="0" w:line="240" w:lineRule="auto"/>
        <w:ind w:left="828"/>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интернет-ресурсы,</w:t>
      </w:r>
    </w:p>
    <w:p w:rsidR="00CE2239" w:rsidRPr="001A456E" w:rsidRDefault="00CE2239" w:rsidP="00EF687D">
      <w:pPr>
        <w:widowControl w:val="0"/>
        <w:numPr>
          <w:ilvl w:val="1"/>
          <w:numId w:val="50"/>
        </w:numPr>
        <w:tabs>
          <w:tab w:val="left" w:pos="889"/>
        </w:tabs>
        <w:suppressAutoHyphens w:val="0"/>
        <w:autoSpaceDE w:val="0"/>
        <w:autoSpaceDN w:val="0"/>
        <w:spacing w:before="25" w:after="0" w:line="240" w:lineRule="auto"/>
        <w:ind w:hanging="420"/>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мультимедийный блок.</w:t>
      </w:r>
    </w:p>
    <w:p w:rsidR="00CE2239" w:rsidRPr="001A456E" w:rsidRDefault="00CE2239" w:rsidP="003772B6">
      <w:pPr>
        <w:tabs>
          <w:tab w:val="left" w:pos="889"/>
        </w:tabs>
        <w:suppressAutoHyphens w:val="0"/>
        <w:spacing w:before="25" w:after="0" w:line="240" w:lineRule="auto"/>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rPr>
        <w:t xml:space="preserve">      Промежуточная аттестация в рамках внеурочной деятельности </w:t>
      </w:r>
      <w:r w:rsidRPr="001A456E">
        <w:rPr>
          <w:rFonts w:ascii="Times New Roman" w:eastAsia="Times New Roman" w:hAnsi="Times New Roman" w:cs="Times New Roman"/>
          <w:spacing w:val="-4"/>
          <w:sz w:val="28"/>
          <w:szCs w:val="28"/>
        </w:rPr>
        <w:t xml:space="preserve">включает в себя оценивание результатов обучающихся по </w:t>
      </w:r>
      <w:r w:rsidRPr="001A456E">
        <w:rPr>
          <w:rFonts w:ascii="Times New Roman" w:eastAsia="Times New Roman" w:hAnsi="Times New Roman" w:cs="Times New Roman"/>
          <w:sz w:val="28"/>
          <w:szCs w:val="28"/>
          <w:lang w:eastAsia="ru-RU"/>
        </w:rPr>
        <w:t>каждому курсу и направлению учебного плана внеурочной деятельности по итогам учебного года.  Промежуточная аттестация проводится на основе результатов обучающихся по итогам учебного года в форме зачета и проекта.</w:t>
      </w:r>
    </w:p>
    <w:p w:rsidR="00CE2239" w:rsidRPr="001A456E" w:rsidRDefault="00CE2239" w:rsidP="003772B6">
      <w:pPr>
        <w:tabs>
          <w:tab w:val="left" w:pos="889"/>
        </w:tabs>
        <w:suppressAutoHyphens w:val="0"/>
        <w:spacing w:before="25" w:after="0" w:line="240" w:lineRule="auto"/>
        <w:jc w:val="both"/>
        <w:rPr>
          <w:rFonts w:ascii="Times New Roman" w:eastAsia="Times New Roman" w:hAnsi="Times New Roman" w:cs="Times New Roman"/>
          <w:sz w:val="28"/>
          <w:szCs w:val="28"/>
          <w:lang w:eastAsia="ru-RU"/>
        </w:rPr>
      </w:pPr>
    </w:p>
    <w:p w:rsidR="00CE2239" w:rsidRPr="001A456E" w:rsidRDefault="00CE2239" w:rsidP="003772B6">
      <w:pPr>
        <w:widowControl w:val="0"/>
        <w:suppressAutoHyphens w:val="0"/>
        <w:spacing w:after="0" w:line="240" w:lineRule="auto"/>
        <w:jc w:val="center"/>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b/>
          <w:sz w:val="28"/>
          <w:szCs w:val="28"/>
          <w:lang w:eastAsia="ar-SA"/>
        </w:rPr>
        <w:t>Формы проведения промежуточной аттестации внеурочной деятельности обучающихся 1-4 классов</w:t>
      </w:r>
    </w:p>
    <w:p w:rsidR="00CE2239" w:rsidRPr="001A456E" w:rsidRDefault="00CE2239" w:rsidP="003772B6">
      <w:pPr>
        <w:widowControl w:val="0"/>
        <w:suppressAutoHyphens w:val="0"/>
        <w:spacing w:after="0" w:line="240" w:lineRule="auto"/>
        <w:jc w:val="center"/>
        <w:rPr>
          <w:rFonts w:ascii="Times New Roman" w:eastAsia="Times New Roman" w:hAnsi="Times New Roman" w:cs="Times New Roman"/>
          <w:b/>
          <w:sz w:val="28"/>
          <w:szCs w:val="28"/>
          <w:lang w:eastAsia="ar-SA"/>
        </w:rPr>
      </w:pPr>
    </w:p>
    <w:tbl>
      <w:tblPr>
        <w:tblStyle w:val="41"/>
        <w:tblW w:w="0" w:type="auto"/>
        <w:tblLook w:val="04A0" w:firstRow="1" w:lastRow="0" w:firstColumn="1" w:lastColumn="0" w:noHBand="0" w:noVBand="1"/>
      </w:tblPr>
      <w:tblGrid>
        <w:gridCol w:w="1914"/>
        <w:gridCol w:w="4148"/>
        <w:gridCol w:w="2126"/>
      </w:tblGrid>
      <w:tr w:rsidR="001A456E" w:rsidRPr="001A456E" w:rsidTr="003F0867">
        <w:tc>
          <w:tcPr>
            <w:tcW w:w="1914" w:type="dxa"/>
          </w:tcPr>
          <w:p w:rsidR="00CE2239" w:rsidRPr="001A456E" w:rsidRDefault="00CE2239" w:rsidP="003772B6">
            <w:pPr>
              <w:widowControl w:val="0"/>
              <w:spacing w:after="0" w:line="240" w:lineRule="auto"/>
              <w:jc w:val="center"/>
              <w:rPr>
                <w:rFonts w:ascii="Times New Roman" w:eastAsia="Times New Roman" w:hAnsi="Times New Roman"/>
                <w:b/>
                <w:sz w:val="28"/>
                <w:szCs w:val="28"/>
                <w:lang w:eastAsia="ar-SA"/>
              </w:rPr>
            </w:pPr>
            <w:r w:rsidRPr="001A456E">
              <w:rPr>
                <w:rFonts w:ascii="Times New Roman" w:eastAsia="Times New Roman" w:hAnsi="Times New Roman"/>
                <w:b/>
                <w:sz w:val="28"/>
                <w:szCs w:val="28"/>
                <w:lang w:eastAsia="ar-SA"/>
              </w:rPr>
              <w:t>класс</w:t>
            </w:r>
          </w:p>
        </w:tc>
        <w:tc>
          <w:tcPr>
            <w:tcW w:w="4148" w:type="dxa"/>
          </w:tcPr>
          <w:p w:rsidR="00CE2239" w:rsidRPr="001A456E" w:rsidRDefault="00CE2239" w:rsidP="003772B6">
            <w:pPr>
              <w:widowControl w:val="0"/>
              <w:spacing w:after="0" w:line="240" w:lineRule="auto"/>
              <w:jc w:val="center"/>
              <w:rPr>
                <w:rFonts w:ascii="Times New Roman" w:eastAsia="Times New Roman" w:hAnsi="Times New Roman"/>
                <w:b/>
                <w:sz w:val="28"/>
                <w:szCs w:val="28"/>
                <w:lang w:eastAsia="ar-SA"/>
              </w:rPr>
            </w:pPr>
            <w:r w:rsidRPr="001A456E">
              <w:rPr>
                <w:rFonts w:ascii="Times New Roman" w:eastAsia="Times New Roman" w:hAnsi="Times New Roman"/>
                <w:b/>
                <w:sz w:val="28"/>
                <w:szCs w:val="28"/>
                <w:lang w:eastAsia="ar-SA"/>
              </w:rPr>
              <w:t>кружок</w:t>
            </w:r>
          </w:p>
        </w:tc>
        <w:tc>
          <w:tcPr>
            <w:tcW w:w="2126" w:type="dxa"/>
          </w:tcPr>
          <w:p w:rsidR="00CE2239" w:rsidRPr="001A456E" w:rsidRDefault="00CE2239" w:rsidP="003772B6">
            <w:pPr>
              <w:widowControl w:val="0"/>
              <w:spacing w:after="0" w:line="240" w:lineRule="auto"/>
              <w:jc w:val="center"/>
              <w:rPr>
                <w:rFonts w:ascii="Times New Roman" w:eastAsia="Times New Roman" w:hAnsi="Times New Roman"/>
                <w:b/>
                <w:sz w:val="28"/>
                <w:szCs w:val="28"/>
                <w:lang w:eastAsia="ar-SA"/>
              </w:rPr>
            </w:pPr>
            <w:r w:rsidRPr="001A456E">
              <w:rPr>
                <w:rFonts w:ascii="Times New Roman" w:eastAsia="Times New Roman" w:hAnsi="Times New Roman"/>
                <w:b/>
                <w:sz w:val="28"/>
                <w:szCs w:val="28"/>
                <w:lang w:eastAsia="ar-SA"/>
              </w:rPr>
              <w:t>форма проведения</w:t>
            </w:r>
          </w:p>
        </w:tc>
      </w:tr>
      <w:tr w:rsidR="001A456E" w:rsidRPr="001A456E" w:rsidTr="003F0867">
        <w:tc>
          <w:tcPr>
            <w:tcW w:w="1914"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 xml:space="preserve">1-4 </w:t>
            </w:r>
          </w:p>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p>
        </w:tc>
        <w:tc>
          <w:tcPr>
            <w:tcW w:w="4148" w:type="dxa"/>
          </w:tcPr>
          <w:p w:rsidR="00CE2239" w:rsidRPr="001A456E" w:rsidRDefault="00CE2239" w:rsidP="003772B6">
            <w:pPr>
              <w:widowControl w:val="0"/>
              <w:autoSpaceDE w:val="0"/>
              <w:autoSpaceDN w:val="0"/>
              <w:adjustRightInd w:val="0"/>
              <w:spacing w:after="0" w:line="240" w:lineRule="auto"/>
              <w:jc w:val="both"/>
              <w:rPr>
                <w:rFonts w:ascii="Times New Roman" w:eastAsia="MS Mincho" w:hAnsi="Times New Roman"/>
                <w:sz w:val="28"/>
                <w:szCs w:val="28"/>
                <w:lang w:eastAsia="ar-SA"/>
              </w:rPr>
            </w:pPr>
            <w:r w:rsidRPr="001A456E">
              <w:rPr>
                <w:rFonts w:ascii="Times New Roman" w:eastAsia="Times New Roman" w:hAnsi="Times New Roman"/>
                <w:sz w:val="28"/>
                <w:szCs w:val="28"/>
                <w:lang w:eastAsia="ar-SA"/>
              </w:rPr>
              <w:t>«</w:t>
            </w:r>
            <w:r w:rsidRPr="001A456E">
              <w:rPr>
                <w:rFonts w:ascii="Times New Roman" w:eastAsia="Times New Roman" w:hAnsi="Times New Roman"/>
                <w:sz w:val="28"/>
                <w:szCs w:val="28"/>
                <w:lang w:eastAsia="ru-RU"/>
              </w:rPr>
              <w:t>Подвижные игры</w:t>
            </w:r>
            <w:r w:rsidRPr="001A456E">
              <w:rPr>
                <w:rFonts w:ascii="Times New Roman" w:eastAsia="Times New Roman" w:hAnsi="Times New Roman"/>
                <w:sz w:val="28"/>
                <w:szCs w:val="28"/>
                <w:lang w:eastAsia="ar-SA"/>
              </w:rPr>
              <w:t>»</w:t>
            </w:r>
          </w:p>
        </w:tc>
        <w:tc>
          <w:tcPr>
            <w:tcW w:w="2126"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зачет</w:t>
            </w:r>
          </w:p>
        </w:tc>
      </w:tr>
      <w:tr w:rsidR="001A456E" w:rsidRPr="001A456E" w:rsidTr="003F0867">
        <w:tc>
          <w:tcPr>
            <w:tcW w:w="1914"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1-4</w:t>
            </w:r>
          </w:p>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p>
        </w:tc>
        <w:tc>
          <w:tcPr>
            <w:tcW w:w="4148" w:type="dxa"/>
          </w:tcPr>
          <w:p w:rsidR="00CE2239" w:rsidRPr="001A456E" w:rsidRDefault="00CE2239" w:rsidP="003772B6">
            <w:pPr>
              <w:widowControl w:val="0"/>
              <w:autoSpaceDE w:val="0"/>
              <w:autoSpaceDN w:val="0"/>
              <w:adjustRightInd w:val="0"/>
              <w:spacing w:after="0" w:line="240" w:lineRule="auto"/>
              <w:jc w:val="both"/>
              <w:rPr>
                <w:rFonts w:ascii="Times New Roman" w:eastAsia="MS Mincho" w:hAnsi="Times New Roman"/>
                <w:sz w:val="28"/>
                <w:szCs w:val="28"/>
                <w:lang w:eastAsia="ar-SA"/>
              </w:rPr>
            </w:pPr>
            <w:r w:rsidRPr="001A456E">
              <w:rPr>
                <w:rFonts w:ascii="Times New Roman" w:eastAsia="Times New Roman" w:hAnsi="Times New Roman"/>
                <w:sz w:val="28"/>
                <w:szCs w:val="28"/>
                <w:lang w:eastAsia="ar-SA"/>
              </w:rPr>
              <w:t>«</w:t>
            </w:r>
            <w:r w:rsidRPr="001A456E">
              <w:rPr>
                <w:rFonts w:ascii="Times New Roman" w:eastAsia="Times New Roman" w:hAnsi="Times New Roman"/>
                <w:sz w:val="28"/>
                <w:szCs w:val="28"/>
                <w:lang w:eastAsia="ru-RU"/>
              </w:rPr>
              <w:t>Веселые нотки</w:t>
            </w:r>
            <w:r w:rsidRPr="001A456E">
              <w:rPr>
                <w:rFonts w:ascii="Times New Roman" w:eastAsia="Times New Roman" w:hAnsi="Times New Roman"/>
                <w:sz w:val="28"/>
                <w:szCs w:val="28"/>
                <w:lang w:eastAsia="ar-SA"/>
              </w:rPr>
              <w:t>»</w:t>
            </w:r>
          </w:p>
        </w:tc>
        <w:tc>
          <w:tcPr>
            <w:tcW w:w="2126"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зачет</w:t>
            </w:r>
          </w:p>
        </w:tc>
      </w:tr>
      <w:tr w:rsidR="001A456E" w:rsidRPr="001A456E" w:rsidTr="003F0867">
        <w:trPr>
          <w:trHeight w:val="429"/>
        </w:trPr>
        <w:tc>
          <w:tcPr>
            <w:tcW w:w="1914"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1-4</w:t>
            </w:r>
          </w:p>
        </w:tc>
        <w:tc>
          <w:tcPr>
            <w:tcW w:w="4148" w:type="dxa"/>
          </w:tcPr>
          <w:p w:rsidR="00CE2239" w:rsidRPr="001A456E" w:rsidRDefault="00CE2239" w:rsidP="003772B6">
            <w:pPr>
              <w:widowControl w:val="0"/>
              <w:autoSpaceDE w:val="0"/>
              <w:autoSpaceDN w:val="0"/>
              <w:adjustRightInd w:val="0"/>
              <w:spacing w:after="0" w:line="240" w:lineRule="auto"/>
              <w:jc w:val="both"/>
              <w:rPr>
                <w:rFonts w:ascii="Times New Roman" w:eastAsia="MS Mincho" w:hAnsi="Times New Roman"/>
                <w:sz w:val="28"/>
                <w:szCs w:val="28"/>
                <w:lang w:eastAsia="ar-SA"/>
              </w:rPr>
            </w:pPr>
            <w:r w:rsidRPr="001A456E">
              <w:rPr>
                <w:rFonts w:ascii="Times New Roman" w:eastAsia="Times New Roman" w:hAnsi="Times New Roman"/>
                <w:sz w:val="28"/>
                <w:szCs w:val="28"/>
                <w:lang w:eastAsia="ru-RU"/>
              </w:rPr>
              <w:t>«Волшебная акварель»</w:t>
            </w:r>
          </w:p>
        </w:tc>
        <w:tc>
          <w:tcPr>
            <w:tcW w:w="2126"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зачет</w:t>
            </w:r>
          </w:p>
        </w:tc>
      </w:tr>
      <w:tr w:rsidR="001A456E" w:rsidRPr="001A456E" w:rsidTr="003F0867">
        <w:tc>
          <w:tcPr>
            <w:tcW w:w="1914"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1-4</w:t>
            </w:r>
          </w:p>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p>
        </w:tc>
        <w:tc>
          <w:tcPr>
            <w:tcW w:w="4148" w:type="dxa"/>
          </w:tcPr>
          <w:p w:rsidR="00CE2239" w:rsidRPr="001A456E" w:rsidRDefault="00CE2239" w:rsidP="003772B6">
            <w:pPr>
              <w:widowControl w:val="0"/>
              <w:autoSpaceDE w:val="0"/>
              <w:autoSpaceDN w:val="0"/>
              <w:adjustRightInd w:val="0"/>
              <w:spacing w:after="0" w:line="240" w:lineRule="auto"/>
              <w:jc w:val="both"/>
              <w:rPr>
                <w:rFonts w:ascii="Times New Roman" w:eastAsia="MS Mincho" w:hAnsi="Times New Roman"/>
                <w:sz w:val="28"/>
                <w:szCs w:val="28"/>
                <w:lang w:eastAsia="ar-SA"/>
              </w:rPr>
            </w:pPr>
            <w:r w:rsidRPr="001A456E">
              <w:rPr>
                <w:rFonts w:ascii="Times New Roman" w:eastAsia="Times New Roman" w:hAnsi="Times New Roman"/>
                <w:sz w:val="28"/>
                <w:szCs w:val="28"/>
                <w:lang w:eastAsia="ar-SA"/>
              </w:rPr>
              <w:t>«Разговоры о важном»</w:t>
            </w:r>
          </w:p>
        </w:tc>
        <w:tc>
          <w:tcPr>
            <w:tcW w:w="2126"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проект</w:t>
            </w:r>
          </w:p>
        </w:tc>
      </w:tr>
      <w:tr w:rsidR="001A456E" w:rsidRPr="001A456E" w:rsidTr="003F0867">
        <w:tc>
          <w:tcPr>
            <w:tcW w:w="1914"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2-4</w:t>
            </w:r>
          </w:p>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p>
        </w:tc>
        <w:tc>
          <w:tcPr>
            <w:tcW w:w="4148" w:type="dxa"/>
          </w:tcPr>
          <w:p w:rsidR="00CE2239" w:rsidRPr="001A456E" w:rsidRDefault="00CE2239" w:rsidP="003772B6">
            <w:pPr>
              <w:widowControl w:val="0"/>
              <w:autoSpaceDE w:val="0"/>
              <w:autoSpaceDN w:val="0"/>
              <w:adjustRightInd w:val="0"/>
              <w:spacing w:after="0" w:line="240" w:lineRule="auto"/>
              <w:jc w:val="both"/>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«Обществознание и естествознание (окружающий мир).</w:t>
            </w:r>
          </w:p>
          <w:p w:rsidR="00CE2239" w:rsidRPr="001A456E" w:rsidRDefault="00CE2239" w:rsidP="003772B6">
            <w:pPr>
              <w:widowControl w:val="0"/>
              <w:autoSpaceDE w:val="0"/>
              <w:autoSpaceDN w:val="0"/>
              <w:adjustRightInd w:val="0"/>
              <w:spacing w:after="0" w:line="240" w:lineRule="auto"/>
              <w:jc w:val="both"/>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Финансовая грамотность »</w:t>
            </w:r>
          </w:p>
        </w:tc>
        <w:tc>
          <w:tcPr>
            <w:tcW w:w="2126"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проект</w:t>
            </w:r>
          </w:p>
        </w:tc>
      </w:tr>
      <w:tr w:rsidR="001A456E" w:rsidRPr="001A456E" w:rsidTr="003F0867">
        <w:tc>
          <w:tcPr>
            <w:tcW w:w="1914"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lastRenderedPageBreak/>
              <w:t>2-4</w:t>
            </w:r>
          </w:p>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p>
        </w:tc>
        <w:tc>
          <w:tcPr>
            <w:tcW w:w="4148" w:type="dxa"/>
          </w:tcPr>
          <w:p w:rsidR="00CE2239" w:rsidRPr="001A456E" w:rsidRDefault="00CE2239" w:rsidP="003772B6">
            <w:pPr>
              <w:widowControl w:val="0"/>
              <w:autoSpaceDE w:val="0"/>
              <w:autoSpaceDN w:val="0"/>
              <w:adjustRightInd w:val="0"/>
              <w:spacing w:after="0" w:line="240" w:lineRule="auto"/>
              <w:jc w:val="both"/>
              <w:rPr>
                <w:rFonts w:ascii="Times New Roman" w:eastAsia="MS Mincho" w:hAnsi="Times New Roman"/>
                <w:sz w:val="28"/>
                <w:szCs w:val="28"/>
                <w:lang w:eastAsia="ar-SA"/>
              </w:rPr>
            </w:pPr>
            <w:r w:rsidRPr="001A456E">
              <w:rPr>
                <w:rFonts w:ascii="Times New Roman" w:eastAsia="Times New Roman" w:hAnsi="Times New Roman"/>
                <w:sz w:val="28"/>
                <w:szCs w:val="28"/>
                <w:lang w:eastAsia="ar-SA"/>
              </w:rPr>
              <w:t>«Край родной»</w:t>
            </w:r>
          </w:p>
        </w:tc>
        <w:tc>
          <w:tcPr>
            <w:tcW w:w="2126"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проект</w:t>
            </w:r>
          </w:p>
        </w:tc>
      </w:tr>
      <w:tr w:rsidR="001A456E" w:rsidRPr="001A456E" w:rsidTr="003F0867">
        <w:tc>
          <w:tcPr>
            <w:tcW w:w="1914"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1-4</w:t>
            </w:r>
          </w:p>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p>
        </w:tc>
        <w:tc>
          <w:tcPr>
            <w:tcW w:w="4148" w:type="dxa"/>
          </w:tcPr>
          <w:p w:rsidR="00CE2239" w:rsidRPr="001A456E" w:rsidRDefault="00CE2239" w:rsidP="003772B6">
            <w:pPr>
              <w:widowControl w:val="0"/>
              <w:autoSpaceDE w:val="0"/>
              <w:autoSpaceDN w:val="0"/>
              <w:adjustRightInd w:val="0"/>
              <w:spacing w:after="0" w:line="240" w:lineRule="auto"/>
              <w:jc w:val="both"/>
              <w:rPr>
                <w:rFonts w:ascii="Times New Roman" w:eastAsia="MS Mincho" w:hAnsi="Times New Roman"/>
                <w:sz w:val="28"/>
                <w:szCs w:val="28"/>
                <w:lang w:eastAsia="ar-SA"/>
              </w:rPr>
            </w:pPr>
            <w:r w:rsidRPr="001A456E">
              <w:rPr>
                <w:rFonts w:ascii="Times New Roman" w:eastAsia="Times New Roman" w:hAnsi="Times New Roman"/>
                <w:sz w:val="28"/>
                <w:szCs w:val="28"/>
                <w:lang w:eastAsia="ru-RU"/>
              </w:rPr>
              <w:t>«Орлята России»</w:t>
            </w:r>
          </w:p>
        </w:tc>
        <w:tc>
          <w:tcPr>
            <w:tcW w:w="2126" w:type="dxa"/>
          </w:tcPr>
          <w:p w:rsidR="00CE2239" w:rsidRPr="001A456E" w:rsidRDefault="00CE2239" w:rsidP="003772B6">
            <w:pPr>
              <w:widowControl w:val="0"/>
              <w:spacing w:after="0" w:line="240" w:lineRule="auto"/>
              <w:jc w:val="center"/>
              <w:rPr>
                <w:rFonts w:ascii="Times New Roman" w:eastAsia="Times New Roman" w:hAnsi="Times New Roman"/>
                <w:sz w:val="28"/>
                <w:szCs w:val="28"/>
                <w:lang w:eastAsia="ar-SA"/>
              </w:rPr>
            </w:pPr>
            <w:r w:rsidRPr="001A456E">
              <w:rPr>
                <w:rFonts w:ascii="Times New Roman" w:eastAsia="Times New Roman" w:hAnsi="Times New Roman"/>
                <w:sz w:val="28"/>
                <w:szCs w:val="28"/>
                <w:lang w:eastAsia="ar-SA"/>
              </w:rPr>
              <w:t>зачет</w:t>
            </w:r>
          </w:p>
        </w:tc>
      </w:tr>
    </w:tbl>
    <w:p w:rsidR="00CE2239" w:rsidRPr="001A456E" w:rsidRDefault="00CE2239" w:rsidP="003772B6">
      <w:pPr>
        <w:pBdr>
          <w:top w:val="nil"/>
          <w:left w:val="nil"/>
          <w:bottom w:val="nil"/>
          <w:right w:val="nil"/>
          <w:between w:val="nil"/>
        </w:pBdr>
        <w:spacing w:after="120" w:line="240" w:lineRule="auto"/>
        <w:ind w:right="113"/>
        <w:jc w:val="both"/>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b/>
          <w:sz w:val="28"/>
          <w:szCs w:val="28"/>
          <w:lang w:eastAsia="ar-SA"/>
        </w:rPr>
        <w:t xml:space="preserve">         </w:t>
      </w:r>
    </w:p>
    <w:p w:rsidR="00CE2239" w:rsidRPr="001A456E" w:rsidRDefault="00CE2239" w:rsidP="003772B6">
      <w:pPr>
        <w:pBdr>
          <w:top w:val="nil"/>
          <w:left w:val="nil"/>
          <w:bottom w:val="nil"/>
          <w:right w:val="nil"/>
          <w:between w:val="nil"/>
        </w:pBdr>
        <w:spacing w:after="120" w:line="240" w:lineRule="auto"/>
        <w:ind w:right="113"/>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b/>
          <w:sz w:val="28"/>
          <w:szCs w:val="28"/>
          <w:lang w:eastAsia="ar-SA"/>
        </w:rPr>
        <w:t xml:space="preserve">    </w:t>
      </w:r>
      <w:r w:rsidRPr="001A456E">
        <w:rPr>
          <w:rFonts w:ascii="Times New Roman" w:eastAsia="Times New Roman" w:hAnsi="Times New Roman" w:cs="Times New Roman"/>
          <w:sz w:val="28"/>
          <w:szCs w:val="28"/>
          <w:lang w:eastAsia="ar-SA"/>
        </w:rPr>
        <w:t xml:space="preserve">Рабочие программы по внеурочной деятельности разработаны в соответствии с методическим конструктором и локальными актами лицея. </w:t>
      </w:r>
    </w:p>
    <w:p w:rsidR="00CE2239" w:rsidRPr="001A456E" w:rsidRDefault="00CE2239" w:rsidP="003772B6">
      <w:pPr>
        <w:pBdr>
          <w:top w:val="nil"/>
          <w:left w:val="nil"/>
          <w:bottom w:val="nil"/>
          <w:right w:val="nil"/>
          <w:between w:val="nil"/>
        </w:pBdr>
        <w:spacing w:after="120" w:line="240" w:lineRule="auto"/>
        <w:ind w:right="113"/>
        <w:jc w:val="both"/>
        <w:rPr>
          <w:rFonts w:ascii="Times New Roman" w:eastAsia="Times New Roman" w:hAnsi="Times New Roman" w:cs="Times New Roman"/>
          <w:sz w:val="28"/>
          <w:szCs w:val="28"/>
          <w:lang w:eastAsia="ar-SA"/>
        </w:rPr>
      </w:pPr>
    </w:p>
    <w:p w:rsidR="00CE2239" w:rsidRPr="001A456E" w:rsidRDefault="00CE2239" w:rsidP="003772B6">
      <w:pPr>
        <w:widowControl w:val="0"/>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ar-SA"/>
        </w:rPr>
        <w:t>Распределение учебного времени, отводимого на освоение содержания внеурочной деятельности по классам и направлениям развития личности обучающихся</w:t>
      </w:r>
    </w:p>
    <w:p w:rsidR="00CE2239" w:rsidRPr="001A456E" w:rsidRDefault="00CE2239" w:rsidP="003772B6">
      <w:pPr>
        <w:widowControl w:val="0"/>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НАЧАЛЬНОГО ОБЩЕГО ОБРАЗОВАНИЯ</w:t>
      </w:r>
    </w:p>
    <w:p w:rsidR="00CE2239" w:rsidRPr="001A456E" w:rsidRDefault="00CE2239" w:rsidP="003772B6">
      <w:pPr>
        <w:widowControl w:val="0"/>
        <w:suppressAutoHyphens w:val="0"/>
        <w:spacing w:after="0" w:line="240" w:lineRule="auto"/>
        <w:jc w:val="center"/>
        <w:rPr>
          <w:rFonts w:ascii="Times New Roman" w:eastAsia="Times New Roman" w:hAnsi="Times New Roman" w:cs="Times New Roman"/>
          <w:b/>
          <w:sz w:val="28"/>
          <w:szCs w:val="28"/>
        </w:rPr>
      </w:pPr>
      <w:r w:rsidRPr="001A456E">
        <w:rPr>
          <w:rFonts w:ascii="Times New Roman" w:eastAsia="Times New Roman" w:hAnsi="Times New Roman" w:cs="Times New Roman"/>
          <w:b/>
          <w:sz w:val="28"/>
          <w:szCs w:val="28"/>
          <w:lang w:eastAsia="ar-SA"/>
        </w:rPr>
        <w:t xml:space="preserve"> МАОУ «Лицей № 42 </w:t>
      </w:r>
      <w:r w:rsidRPr="001A456E">
        <w:rPr>
          <w:rFonts w:ascii="Times New Roman" w:eastAsia="Times New Roman" w:hAnsi="Times New Roman" w:cs="Times New Roman"/>
          <w:b/>
          <w:sz w:val="28"/>
          <w:szCs w:val="28"/>
          <w:lang w:eastAsia="ru-RU"/>
        </w:rPr>
        <w:t>имени Р.А. Каримова</w:t>
      </w:r>
      <w:r w:rsidRPr="001A456E">
        <w:rPr>
          <w:rFonts w:ascii="Times New Roman" w:eastAsia="Times New Roman" w:hAnsi="Times New Roman" w:cs="Times New Roman"/>
          <w:b/>
          <w:sz w:val="28"/>
          <w:szCs w:val="28"/>
          <w:lang w:eastAsia="ar-SA"/>
        </w:rPr>
        <w:t>» городского округа г. Уфа РБ</w:t>
      </w:r>
    </w:p>
    <w:p w:rsidR="00CE2239" w:rsidRPr="001A456E" w:rsidRDefault="00CE2239" w:rsidP="003772B6">
      <w:pPr>
        <w:tabs>
          <w:tab w:val="center" w:pos="7285"/>
          <w:tab w:val="left" w:pos="10650"/>
        </w:tabs>
        <w:suppressAutoHyphens w:val="0"/>
        <w:spacing w:after="0" w:line="240" w:lineRule="auto"/>
        <w:jc w:val="center"/>
        <w:rPr>
          <w:rFonts w:ascii="Times New Roman" w:eastAsia="Times New Roman" w:hAnsi="Times New Roman" w:cs="Times New Roman"/>
          <w:b/>
          <w:caps/>
          <w:sz w:val="28"/>
          <w:szCs w:val="28"/>
          <w:lang w:eastAsia="ru-RU"/>
        </w:rPr>
      </w:pPr>
      <w:r w:rsidRPr="001A456E">
        <w:rPr>
          <w:rFonts w:ascii="Times New Roman" w:eastAsia="Times New Roman" w:hAnsi="Times New Roman" w:cs="Times New Roman"/>
          <w:b/>
          <w:caps/>
          <w:sz w:val="28"/>
          <w:szCs w:val="28"/>
          <w:lang w:eastAsia="ru-RU"/>
        </w:rPr>
        <w:t>(пятидневная учебная неделя)</w:t>
      </w:r>
    </w:p>
    <w:p w:rsidR="00CE2239" w:rsidRPr="001A456E" w:rsidRDefault="00CE2239" w:rsidP="003772B6">
      <w:pPr>
        <w:widowControl w:val="0"/>
        <w:suppressAutoHyphens w:val="0"/>
        <w:spacing w:after="0" w:line="240" w:lineRule="auto"/>
        <w:rPr>
          <w:rFonts w:ascii="Times New Roman" w:eastAsia="Times New Roman" w:hAnsi="Times New Roman" w:cs="Times New Roman"/>
          <w:b/>
          <w:sz w:val="28"/>
          <w:szCs w:val="28"/>
          <w:lang w:eastAsia="ar-SA"/>
        </w:rPr>
      </w:pPr>
    </w:p>
    <w:tbl>
      <w:tblPr>
        <w:tblpPr w:leftFromText="180" w:rightFromText="180" w:bottomFromText="200" w:vertAnchor="text" w:horzAnchor="page" w:tblpX="535" w:tblpY="-75"/>
        <w:tblW w:w="11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1580"/>
        <w:gridCol w:w="1134"/>
        <w:gridCol w:w="546"/>
        <w:gridCol w:w="567"/>
        <w:gridCol w:w="709"/>
        <w:gridCol w:w="567"/>
        <w:gridCol w:w="567"/>
        <w:gridCol w:w="567"/>
        <w:gridCol w:w="709"/>
        <w:gridCol w:w="567"/>
        <w:gridCol w:w="705"/>
        <w:gridCol w:w="866"/>
      </w:tblGrid>
      <w:tr w:rsidR="001A456E" w:rsidRPr="001A456E" w:rsidTr="003F0867">
        <w:trPr>
          <w:trHeight w:val="557"/>
        </w:trPr>
        <w:tc>
          <w:tcPr>
            <w:tcW w:w="2093" w:type="dxa"/>
            <w:vMerge w:val="restart"/>
            <w:tcBorders>
              <w:top w:val="single" w:sz="4" w:space="0" w:color="auto"/>
              <w:left w:val="single" w:sz="4" w:space="0" w:color="auto"/>
              <w:bottom w:val="single" w:sz="4" w:space="0" w:color="auto"/>
              <w:right w:val="single" w:sz="4" w:space="0" w:color="auto"/>
            </w:tcBorders>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lastRenderedPageBreak/>
              <w:t>Направление развития личности</w:t>
            </w:r>
          </w:p>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p>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p>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p>
        </w:tc>
        <w:tc>
          <w:tcPr>
            <w:tcW w:w="1580" w:type="dxa"/>
            <w:vMerge w:val="restart"/>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ind w:right="-108"/>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 xml:space="preserve">Курсы </w:t>
            </w:r>
          </w:p>
          <w:p w:rsidR="00CE2239" w:rsidRPr="001A456E" w:rsidRDefault="00CE2239" w:rsidP="003772B6">
            <w:pPr>
              <w:suppressAutoHyphens w:val="0"/>
              <w:spacing w:after="0" w:line="240" w:lineRule="auto"/>
              <w:ind w:right="-108"/>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 xml:space="preserve">внеурочной деятельности  </w:t>
            </w:r>
          </w:p>
        </w:tc>
        <w:tc>
          <w:tcPr>
            <w:tcW w:w="1134" w:type="dxa"/>
            <w:vMerge w:val="restart"/>
            <w:tcBorders>
              <w:top w:val="single" w:sz="4" w:space="0" w:color="auto"/>
              <w:left w:val="single" w:sz="4" w:space="0" w:color="auto"/>
              <w:bottom w:val="single" w:sz="4" w:space="0" w:color="auto"/>
              <w:right w:val="single" w:sz="4" w:space="0" w:color="auto"/>
            </w:tcBorders>
          </w:tcPr>
          <w:p w:rsidR="00CE2239" w:rsidRPr="001A456E" w:rsidRDefault="00CE2239" w:rsidP="003772B6">
            <w:pPr>
              <w:suppressAutoHyphens w:val="0"/>
              <w:spacing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 xml:space="preserve">Формы  внеурочной деятельности  </w:t>
            </w:r>
          </w:p>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p>
        </w:tc>
        <w:tc>
          <w:tcPr>
            <w:tcW w:w="1113" w:type="dxa"/>
            <w:gridSpan w:val="2"/>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1</w:t>
            </w:r>
          </w:p>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 xml:space="preserve">          </w:t>
            </w:r>
          </w:p>
        </w:tc>
        <w:tc>
          <w:tcPr>
            <w:tcW w:w="1276" w:type="dxa"/>
            <w:gridSpan w:val="2"/>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 xml:space="preserve">            2</w:t>
            </w:r>
          </w:p>
        </w:tc>
        <w:tc>
          <w:tcPr>
            <w:tcW w:w="1134" w:type="dxa"/>
            <w:gridSpan w:val="2"/>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3</w:t>
            </w:r>
          </w:p>
        </w:tc>
        <w:tc>
          <w:tcPr>
            <w:tcW w:w="1276" w:type="dxa"/>
            <w:gridSpan w:val="2"/>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4</w:t>
            </w:r>
          </w:p>
        </w:tc>
        <w:tc>
          <w:tcPr>
            <w:tcW w:w="1571" w:type="dxa"/>
            <w:gridSpan w:val="2"/>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sz w:val="28"/>
                <w:szCs w:val="28"/>
                <w:lang w:eastAsia="ru-RU"/>
              </w:rPr>
              <w:t>Всего часов 1-4 классы</w:t>
            </w:r>
          </w:p>
        </w:tc>
      </w:tr>
      <w:tr w:rsidR="001A456E" w:rsidRPr="001A456E" w:rsidTr="003F0867">
        <w:trPr>
          <w:trHeight w:val="855"/>
        </w:trPr>
        <w:tc>
          <w:tcPr>
            <w:tcW w:w="2093" w:type="dxa"/>
            <w:vMerge/>
            <w:tcBorders>
              <w:top w:val="single" w:sz="4" w:space="0" w:color="auto"/>
              <w:left w:val="single" w:sz="4" w:space="0" w:color="auto"/>
              <w:bottom w:val="single" w:sz="4" w:space="0" w:color="auto"/>
              <w:right w:val="single" w:sz="4" w:space="0" w:color="auto"/>
            </w:tcBorders>
            <w:vAlign w:val="center"/>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p>
        </w:tc>
        <w:tc>
          <w:tcPr>
            <w:tcW w:w="54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Неде-ля</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ind w:left="-108" w:right="-108"/>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Год</w:t>
            </w: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Не-деля</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ind w:left="-108" w:right="-108"/>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 xml:space="preserve"> Год</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Неде-ля</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ind w:left="-108" w:right="-108"/>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Год</w:t>
            </w: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Не</w:t>
            </w:r>
          </w:p>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деля</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ind w:left="-108" w:right="-108"/>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Год</w:t>
            </w:r>
          </w:p>
        </w:tc>
        <w:tc>
          <w:tcPr>
            <w:tcW w:w="705"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Не-де-ля</w:t>
            </w:r>
          </w:p>
        </w:tc>
        <w:tc>
          <w:tcPr>
            <w:tcW w:w="866" w:type="dxa"/>
            <w:tcBorders>
              <w:top w:val="single" w:sz="4" w:space="0" w:color="auto"/>
              <w:left w:val="single" w:sz="4" w:space="0" w:color="auto"/>
              <w:bottom w:val="nil"/>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Год</w:t>
            </w:r>
          </w:p>
        </w:tc>
      </w:tr>
      <w:tr w:rsidR="001A456E" w:rsidRPr="001A456E" w:rsidTr="003F0867">
        <w:tc>
          <w:tcPr>
            <w:tcW w:w="2093"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b/>
                <w:sz w:val="28"/>
                <w:szCs w:val="28"/>
                <w:lang w:eastAsia="ar-SA"/>
              </w:rPr>
              <w:t>1.Спортивно-оздоровительное</w:t>
            </w:r>
          </w:p>
        </w:tc>
        <w:tc>
          <w:tcPr>
            <w:tcW w:w="1580"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w:t>
            </w:r>
            <w:r w:rsidRPr="001A456E">
              <w:rPr>
                <w:rFonts w:ascii="Times New Roman" w:eastAsia="Times New Roman" w:hAnsi="Times New Roman" w:cs="Times New Roman"/>
                <w:sz w:val="28"/>
                <w:szCs w:val="28"/>
                <w:lang w:eastAsia="ru-RU"/>
              </w:rPr>
              <w:t>Подвижные игры</w:t>
            </w:r>
            <w:r w:rsidRPr="001A456E">
              <w:rPr>
                <w:rFonts w:ascii="Times New Roman" w:eastAsia="Times New Roman" w:hAnsi="Times New Roman" w:cs="Times New Roman"/>
                <w:sz w:val="28"/>
                <w:szCs w:val="28"/>
                <w:lang w:eastAsia="ar-SA"/>
              </w:rPr>
              <w:t>»**</w:t>
            </w:r>
          </w:p>
        </w:tc>
        <w:tc>
          <w:tcPr>
            <w:tcW w:w="1134"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sz w:val="28"/>
                <w:szCs w:val="28"/>
                <w:lang w:eastAsia="ru-RU"/>
              </w:rPr>
              <w:t>спортивная студия</w:t>
            </w:r>
          </w:p>
        </w:tc>
        <w:tc>
          <w:tcPr>
            <w:tcW w:w="54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2</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66</w:t>
            </w: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34</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1</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34</w:t>
            </w: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2</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68</w:t>
            </w:r>
          </w:p>
        </w:tc>
        <w:tc>
          <w:tcPr>
            <w:tcW w:w="705"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6</w:t>
            </w:r>
          </w:p>
        </w:tc>
        <w:tc>
          <w:tcPr>
            <w:tcW w:w="86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202</w:t>
            </w:r>
          </w:p>
        </w:tc>
      </w:tr>
      <w:tr w:rsidR="001A456E" w:rsidRPr="001A456E" w:rsidTr="003F0867">
        <w:tc>
          <w:tcPr>
            <w:tcW w:w="2093" w:type="dxa"/>
            <w:vMerge w:val="restart"/>
            <w:tcBorders>
              <w:top w:val="single" w:sz="4" w:space="0" w:color="auto"/>
              <w:left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b/>
                <w:sz w:val="28"/>
                <w:szCs w:val="28"/>
                <w:lang w:eastAsia="ar-SA"/>
              </w:rPr>
              <w:t>2.Общекультур-ное</w:t>
            </w:r>
          </w:p>
        </w:tc>
        <w:tc>
          <w:tcPr>
            <w:tcW w:w="1580"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w:t>
            </w:r>
            <w:r w:rsidRPr="001A456E">
              <w:rPr>
                <w:rFonts w:ascii="Times New Roman" w:eastAsia="Times New Roman" w:hAnsi="Times New Roman" w:cs="Times New Roman"/>
                <w:sz w:val="28"/>
                <w:szCs w:val="28"/>
                <w:lang w:eastAsia="ru-RU"/>
              </w:rPr>
              <w:t>Веселые нотки</w:t>
            </w:r>
            <w:r w:rsidRPr="001A456E">
              <w:rPr>
                <w:rFonts w:ascii="Times New Roman" w:eastAsia="Times New Roman" w:hAnsi="Times New Roman" w:cs="Times New Roman"/>
                <w:sz w:val="28"/>
                <w:szCs w:val="28"/>
                <w:lang w:eastAsia="ar-SA"/>
              </w:rPr>
              <w:t xml:space="preserve">»* </w:t>
            </w:r>
          </w:p>
        </w:tc>
        <w:tc>
          <w:tcPr>
            <w:tcW w:w="1134" w:type="dxa"/>
            <w:vMerge w:val="restart"/>
            <w:tcBorders>
              <w:top w:val="single" w:sz="4" w:space="0" w:color="auto"/>
              <w:left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практические занятия в кружке</w:t>
            </w:r>
          </w:p>
        </w:tc>
        <w:tc>
          <w:tcPr>
            <w:tcW w:w="54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16,5</w:t>
            </w:r>
          </w:p>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sz w:val="28"/>
                <w:szCs w:val="28"/>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17</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17</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17</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2</w:t>
            </w:r>
          </w:p>
        </w:tc>
        <w:tc>
          <w:tcPr>
            <w:tcW w:w="86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67,5</w:t>
            </w:r>
          </w:p>
        </w:tc>
      </w:tr>
      <w:tr w:rsidR="001A456E" w:rsidRPr="001A456E" w:rsidTr="003F0867">
        <w:tc>
          <w:tcPr>
            <w:tcW w:w="2093" w:type="dxa"/>
            <w:vMerge/>
            <w:tcBorders>
              <w:left w:val="single" w:sz="4" w:space="0" w:color="auto"/>
              <w:right w:val="single" w:sz="4" w:space="0" w:color="auto"/>
            </w:tcBorders>
            <w:vAlign w:val="center"/>
            <w:hideMark/>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ar-SA"/>
              </w:rPr>
            </w:pPr>
          </w:p>
        </w:tc>
        <w:tc>
          <w:tcPr>
            <w:tcW w:w="1580"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ru-RU"/>
              </w:rPr>
              <w:t>«Волшебная акварель»*</w:t>
            </w:r>
          </w:p>
        </w:tc>
        <w:tc>
          <w:tcPr>
            <w:tcW w:w="1134" w:type="dxa"/>
            <w:vMerge/>
            <w:tcBorders>
              <w:left w:val="single" w:sz="4" w:space="0" w:color="auto"/>
              <w:right w:val="single" w:sz="4" w:space="0" w:color="auto"/>
            </w:tcBorders>
            <w:vAlign w:val="center"/>
            <w:hideMark/>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p>
        </w:tc>
        <w:tc>
          <w:tcPr>
            <w:tcW w:w="54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16,5</w:t>
            </w:r>
          </w:p>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sz w:val="28"/>
                <w:szCs w:val="28"/>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17</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17</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17</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2</w:t>
            </w:r>
          </w:p>
        </w:tc>
        <w:tc>
          <w:tcPr>
            <w:tcW w:w="86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67,5</w:t>
            </w:r>
          </w:p>
        </w:tc>
      </w:tr>
      <w:tr w:rsidR="001A456E" w:rsidRPr="001A456E" w:rsidTr="003F0867">
        <w:trPr>
          <w:trHeight w:val="1060"/>
        </w:trPr>
        <w:tc>
          <w:tcPr>
            <w:tcW w:w="2093"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b/>
                <w:sz w:val="28"/>
                <w:szCs w:val="28"/>
                <w:lang w:eastAsia="ar-SA"/>
              </w:rPr>
              <w:t>3.Социальное, духовно-нравственное</w:t>
            </w:r>
            <w:r w:rsidRPr="001A456E">
              <w:rPr>
                <w:rFonts w:ascii="Times New Roman" w:eastAsia="Times New Roman" w:hAnsi="Times New Roman" w:cs="Times New Roman"/>
                <w:sz w:val="28"/>
                <w:szCs w:val="28"/>
                <w:lang w:eastAsia="ar-SA"/>
              </w:rPr>
              <w:t xml:space="preserve">                           </w:t>
            </w:r>
          </w:p>
        </w:tc>
        <w:tc>
          <w:tcPr>
            <w:tcW w:w="1580"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«Разговоры о важном»*</w:t>
            </w:r>
          </w:p>
        </w:tc>
        <w:tc>
          <w:tcPr>
            <w:tcW w:w="1134"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кружок</w:t>
            </w:r>
          </w:p>
        </w:tc>
        <w:tc>
          <w:tcPr>
            <w:tcW w:w="54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33</w:t>
            </w: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34</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1</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34</w:t>
            </w: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1</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34</w:t>
            </w:r>
          </w:p>
        </w:tc>
        <w:tc>
          <w:tcPr>
            <w:tcW w:w="705"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4</w:t>
            </w:r>
          </w:p>
        </w:tc>
        <w:tc>
          <w:tcPr>
            <w:tcW w:w="86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135</w:t>
            </w:r>
          </w:p>
        </w:tc>
      </w:tr>
      <w:tr w:rsidR="001A456E" w:rsidRPr="001A456E" w:rsidTr="003F0867">
        <w:tc>
          <w:tcPr>
            <w:tcW w:w="2093"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b/>
                <w:sz w:val="28"/>
                <w:szCs w:val="28"/>
                <w:lang w:eastAsia="ar-SA"/>
              </w:rPr>
              <w:t>4.Социальное</w:t>
            </w:r>
          </w:p>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sz w:val="28"/>
                <w:szCs w:val="28"/>
                <w:lang w:eastAsia="ar-SA"/>
              </w:rPr>
              <w:t xml:space="preserve">                                           </w:t>
            </w:r>
          </w:p>
        </w:tc>
        <w:tc>
          <w:tcPr>
            <w:tcW w:w="1580"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«Общество-знание и естествозна-ние (окружаю-щий мир).</w:t>
            </w:r>
          </w:p>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Финансовая грамотность »*</w:t>
            </w:r>
          </w:p>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ru-RU"/>
              </w:rPr>
              <w:t>система практических занятий с использованием компьютеров и др.индивидуальных электронных средств</w:t>
            </w:r>
          </w:p>
        </w:tc>
        <w:tc>
          <w:tcPr>
            <w:tcW w:w="54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w:t>
            </w: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34</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1</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34</w:t>
            </w: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0,5</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17</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2,5</w:t>
            </w:r>
          </w:p>
        </w:tc>
        <w:tc>
          <w:tcPr>
            <w:tcW w:w="86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85</w:t>
            </w:r>
          </w:p>
        </w:tc>
      </w:tr>
      <w:tr w:rsidR="001A456E" w:rsidRPr="001A456E" w:rsidTr="003F0867">
        <w:tc>
          <w:tcPr>
            <w:tcW w:w="2093"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b/>
                <w:sz w:val="28"/>
                <w:szCs w:val="28"/>
                <w:lang w:eastAsia="ar-SA"/>
              </w:rPr>
              <w:t>5.Общеинтеллек-туальное</w:t>
            </w:r>
          </w:p>
        </w:tc>
        <w:tc>
          <w:tcPr>
            <w:tcW w:w="1580"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«Край родной»*</w:t>
            </w:r>
          </w:p>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p>
        </w:tc>
        <w:tc>
          <w:tcPr>
            <w:tcW w:w="1134"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кружок</w:t>
            </w:r>
          </w:p>
        </w:tc>
        <w:tc>
          <w:tcPr>
            <w:tcW w:w="546"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w:t>
            </w:r>
          </w:p>
        </w:tc>
        <w:tc>
          <w:tcPr>
            <w:tcW w:w="709"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17</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17</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0,25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8,5</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1,25</w:t>
            </w:r>
          </w:p>
        </w:tc>
        <w:tc>
          <w:tcPr>
            <w:tcW w:w="86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42,5</w:t>
            </w:r>
          </w:p>
        </w:tc>
      </w:tr>
      <w:tr w:rsidR="001A456E" w:rsidRPr="001A456E" w:rsidTr="003F0867">
        <w:tc>
          <w:tcPr>
            <w:tcW w:w="2093"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b/>
                <w:sz w:val="28"/>
                <w:szCs w:val="28"/>
                <w:lang w:eastAsia="ar-SA"/>
              </w:rPr>
              <w:t>6.Общеинтелл</w:t>
            </w:r>
            <w:r w:rsidRPr="001A456E">
              <w:rPr>
                <w:rFonts w:ascii="Times New Roman" w:eastAsia="Times New Roman" w:hAnsi="Times New Roman" w:cs="Times New Roman"/>
                <w:b/>
                <w:sz w:val="28"/>
                <w:szCs w:val="28"/>
                <w:lang w:eastAsia="ar-SA"/>
              </w:rPr>
              <w:lastRenderedPageBreak/>
              <w:t xml:space="preserve">ек-туальное </w:t>
            </w:r>
          </w:p>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b/>
                <w:sz w:val="28"/>
                <w:szCs w:val="28"/>
                <w:lang w:eastAsia="ar-SA"/>
              </w:rPr>
            </w:pPr>
          </w:p>
        </w:tc>
        <w:tc>
          <w:tcPr>
            <w:tcW w:w="1580"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ru-RU"/>
              </w:rPr>
              <w:lastRenderedPageBreak/>
              <w:t xml:space="preserve">«Орлята  </w:t>
            </w:r>
            <w:r w:rsidRPr="001A456E">
              <w:rPr>
                <w:rFonts w:ascii="Times New Roman" w:eastAsia="Times New Roman" w:hAnsi="Times New Roman" w:cs="Times New Roman"/>
                <w:sz w:val="28"/>
                <w:szCs w:val="28"/>
                <w:lang w:eastAsia="ru-RU"/>
              </w:rPr>
              <w:lastRenderedPageBreak/>
              <w:t>России»*</w:t>
            </w:r>
          </w:p>
        </w:tc>
        <w:tc>
          <w:tcPr>
            <w:tcW w:w="1134"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кружок</w:t>
            </w:r>
          </w:p>
        </w:tc>
        <w:tc>
          <w:tcPr>
            <w:tcW w:w="54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33</w:t>
            </w:r>
          </w:p>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sz w:val="28"/>
                <w:szCs w:val="28"/>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lastRenderedPageBreak/>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17</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lastRenderedPageBreak/>
              <w:t>0,5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17</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lastRenderedPageBreak/>
              <w:t>0,25</w:t>
            </w:r>
          </w:p>
        </w:tc>
        <w:tc>
          <w:tcPr>
            <w:tcW w:w="567" w:type="dxa"/>
            <w:tcBorders>
              <w:top w:val="single" w:sz="4" w:space="0" w:color="auto"/>
              <w:left w:val="single" w:sz="4" w:space="0" w:color="auto"/>
              <w:bottom w:val="single" w:sz="4" w:space="0" w:color="auto"/>
              <w:right w:val="single" w:sz="4" w:space="0" w:color="auto"/>
            </w:tcBorders>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8,5</w:t>
            </w:r>
          </w:p>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sz w:val="28"/>
                <w:szCs w:val="28"/>
                <w:lang w:eastAsia="ar-SA"/>
              </w:rPr>
            </w:pPr>
          </w:p>
        </w:tc>
        <w:tc>
          <w:tcPr>
            <w:tcW w:w="705"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2,2</w:t>
            </w:r>
            <w:r w:rsidRPr="001A456E">
              <w:rPr>
                <w:rFonts w:ascii="Times New Roman" w:eastAsia="Times New Roman" w:hAnsi="Times New Roman" w:cs="Times New Roman"/>
                <w:sz w:val="28"/>
                <w:szCs w:val="28"/>
                <w:lang w:eastAsia="ru-RU"/>
              </w:rPr>
              <w:lastRenderedPageBreak/>
              <w:t>5</w:t>
            </w:r>
          </w:p>
        </w:tc>
        <w:tc>
          <w:tcPr>
            <w:tcW w:w="86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75,5</w:t>
            </w:r>
          </w:p>
        </w:tc>
      </w:tr>
      <w:tr w:rsidR="001A456E" w:rsidRPr="001A456E" w:rsidTr="003F0867">
        <w:tc>
          <w:tcPr>
            <w:tcW w:w="4807" w:type="dxa"/>
            <w:gridSpan w:val="3"/>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b/>
                <w:sz w:val="28"/>
                <w:szCs w:val="28"/>
                <w:lang w:eastAsia="ar-SA"/>
              </w:rPr>
              <w:lastRenderedPageBreak/>
              <w:t>ИТОГО</w:t>
            </w:r>
          </w:p>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ar-SA"/>
              </w:rPr>
            </w:pPr>
          </w:p>
        </w:tc>
        <w:tc>
          <w:tcPr>
            <w:tcW w:w="546"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b/>
                <w:sz w:val="28"/>
                <w:szCs w:val="28"/>
                <w:lang w:eastAsia="ar-SA"/>
              </w:rPr>
              <w:t>5</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b/>
                <w:sz w:val="28"/>
                <w:szCs w:val="28"/>
                <w:lang w:eastAsia="ar-SA"/>
              </w:rPr>
              <w:t>165</w:t>
            </w: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jc w:val="center"/>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b/>
                <w:sz w:val="28"/>
                <w:szCs w:val="28"/>
                <w:lang w:eastAsia="ar-SA"/>
              </w:rPr>
              <w:t>5</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widowControl w:val="0"/>
              <w:suppressAutoHyphens w:val="0"/>
              <w:autoSpaceDE w:val="0"/>
              <w:autoSpaceDN w:val="0"/>
              <w:adjustRightInd w:val="0"/>
              <w:spacing w:after="0" w:line="240" w:lineRule="auto"/>
              <w:ind w:left="-108" w:right="-108"/>
              <w:jc w:val="center"/>
              <w:rPr>
                <w:rFonts w:ascii="Times New Roman" w:eastAsia="Times New Roman" w:hAnsi="Times New Roman" w:cs="Times New Roman"/>
                <w:b/>
                <w:sz w:val="28"/>
                <w:szCs w:val="28"/>
                <w:lang w:eastAsia="ar-SA"/>
              </w:rPr>
            </w:pPr>
            <w:r w:rsidRPr="001A456E">
              <w:rPr>
                <w:rFonts w:ascii="Times New Roman" w:eastAsia="Times New Roman" w:hAnsi="Times New Roman" w:cs="Times New Roman"/>
                <w:b/>
                <w:sz w:val="28"/>
                <w:szCs w:val="28"/>
                <w:lang w:eastAsia="ar-SA"/>
              </w:rPr>
              <w:t>170</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5</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ind w:left="-108" w:right="-108"/>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ar-SA"/>
              </w:rPr>
              <w:t>170</w:t>
            </w:r>
          </w:p>
        </w:tc>
        <w:tc>
          <w:tcPr>
            <w:tcW w:w="709"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5</w:t>
            </w:r>
          </w:p>
        </w:tc>
        <w:tc>
          <w:tcPr>
            <w:tcW w:w="567"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ind w:left="-108" w:right="-108"/>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ar-SA"/>
              </w:rPr>
              <w:t>170</w:t>
            </w:r>
          </w:p>
        </w:tc>
        <w:tc>
          <w:tcPr>
            <w:tcW w:w="705" w:type="dxa"/>
            <w:tcBorders>
              <w:top w:val="single" w:sz="4" w:space="0" w:color="auto"/>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jc w:val="center"/>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20</w:t>
            </w:r>
          </w:p>
        </w:tc>
        <w:tc>
          <w:tcPr>
            <w:tcW w:w="866" w:type="dxa"/>
            <w:tcBorders>
              <w:top w:val="nil"/>
              <w:left w:val="single" w:sz="4" w:space="0" w:color="auto"/>
              <w:bottom w:val="single" w:sz="4" w:space="0" w:color="auto"/>
              <w:right w:val="single" w:sz="4" w:space="0" w:color="auto"/>
            </w:tcBorders>
            <w:hideMark/>
          </w:tcPr>
          <w:p w:rsidR="00CE2239" w:rsidRPr="001A456E" w:rsidRDefault="00CE2239" w:rsidP="003772B6">
            <w:pPr>
              <w:suppressAutoHyphens w:val="0"/>
              <w:spacing w:after="0"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675</w:t>
            </w:r>
          </w:p>
        </w:tc>
      </w:tr>
    </w:tbl>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p>
    <w:p w:rsidR="00CE2239" w:rsidRPr="001A456E" w:rsidRDefault="00CE2239" w:rsidP="003772B6">
      <w:pPr>
        <w:suppressAutoHyphens w:val="0"/>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Выбирается на основании заявлений родителей (законных представителей).</w:t>
      </w:r>
    </w:p>
    <w:p w:rsidR="00CE2239" w:rsidRPr="001A456E" w:rsidRDefault="00CE2239" w:rsidP="003772B6">
      <w:pPr>
        <w:tabs>
          <w:tab w:val="left" w:pos="2565"/>
        </w:tabs>
        <w:suppressAutoHyphens w:val="0"/>
        <w:spacing w:after="0" w:line="240" w:lineRule="auto"/>
        <w:jc w:val="center"/>
        <w:rPr>
          <w:rFonts w:ascii="Times New Roman" w:eastAsia="Times New Roman" w:hAnsi="Times New Roman" w:cs="Times New Roman"/>
          <w:b/>
          <w:bCs/>
          <w:sz w:val="28"/>
          <w:szCs w:val="28"/>
          <w:lang w:eastAsia="ru-RU"/>
        </w:rPr>
      </w:pPr>
    </w:p>
    <w:p w:rsidR="00CE2239" w:rsidRPr="001A456E" w:rsidRDefault="00CE2239" w:rsidP="003772B6">
      <w:pPr>
        <w:tabs>
          <w:tab w:val="left" w:pos="2565"/>
        </w:tabs>
        <w:suppressAutoHyphens w:val="0"/>
        <w:spacing w:after="0" w:line="240" w:lineRule="auto"/>
        <w:rPr>
          <w:rFonts w:ascii="Times New Roman" w:eastAsia="Times New Roman" w:hAnsi="Times New Roman" w:cs="Times New Roman"/>
          <w:bCs/>
          <w:sz w:val="28"/>
          <w:szCs w:val="28"/>
          <w:lang w:eastAsia="ru-RU"/>
        </w:rPr>
        <w:sectPr w:rsidR="00CE2239" w:rsidRPr="001A456E" w:rsidSect="00CE2239">
          <w:type w:val="continuous"/>
          <w:pgSz w:w="11906" w:h="16838"/>
          <w:pgMar w:top="1134" w:right="851" w:bottom="567" w:left="1276" w:header="709" w:footer="709" w:gutter="0"/>
          <w:cols w:space="708"/>
          <w:docGrid w:linePitch="360"/>
        </w:sectPr>
      </w:pPr>
      <w:r w:rsidRPr="001A456E">
        <w:rPr>
          <w:rFonts w:ascii="Times New Roman" w:eastAsia="Times New Roman" w:hAnsi="Times New Roman" w:cs="Times New Roman"/>
          <w:bCs/>
          <w:sz w:val="28"/>
          <w:szCs w:val="28"/>
          <w:lang w:eastAsia="ru-RU"/>
        </w:rPr>
        <w:t>**-Третий час занятий физической культуро</w:t>
      </w:r>
      <w:r w:rsidR="00424A79" w:rsidRPr="001A456E">
        <w:rPr>
          <w:rFonts w:ascii="Times New Roman" w:eastAsia="Times New Roman" w:hAnsi="Times New Roman" w:cs="Times New Roman"/>
          <w:bCs/>
          <w:sz w:val="28"/>
          <w:szCs w:val="28"/>
          <w:lang w:eastAsia="ru-RU"/>
        </w:rPr>
        <w:t>й</w:t>
      </w:r>
    </w:p>
    <w:p w:rsidR="002E47B9" w:rsidRPr="001A456E" w:rsidRDefault="002E47B9" w:rsidP="003772B6">
      <w:pPr>
        <w:spacing w:after="0" w:line="240" w:lineRule="auto"/>
        <w:rPr>
          <w:rFonts w:ascii="Times New Roman" w:eastAsia="Times New Roman" w:hAnsi="Times New Roman" w:cs="Times New Roman"/>
          <w:sz w:val="28"/>
          <w:szCs w:val="28"/>
          <w:lang w:eastAsia="ru-RU"/>
        </w:rPr>
      </w:pPr>
    </w:p>
    <w:p w:rsidR="002E47B9" w:rsidRPr="001A456E" w:rsidRDefault="002E47B9" w:rsidP="003772B6">
      <w:pPr>
        <w:widowControl w:val="0"/>
        <w:spacing w:after="0" w:line="240" w:lineRule="auto"/>
        <w:rPr>
          <w:rFonts w:ascii="Times New Roman" w:eastAsia="Times New Roman" w:hAnsi="Times New Roman" w:cs="Times New Roman"/>
          <w:b/>
          <w:sz w:val="28"/>
          <w:szCs w:val="28"/>
          <w:lang w:eastAsia="ar-SA"/>
        </w:rPr>
      </w:pPr>
    </w:p>
    <w:p w:rsidR="002E47B9" w:rsidRPr="001A456E" w:rsidRDefault="00BD5B97" w:rsidP="003772B6">
      <w:pPr>
        <w:spacing w:after="0" w:line="240" w:lineRule="auto"/>
        <w:ind w:left="-284" w:right="-143" w:firstLine="709"/>
        <w:contextualSpacing/>
        <w:jc w:val="both"/>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 xml:space="preserve">               Пояснительная записка к курсу «Подвижные игры»</w:t>
      </w:r>
    </w:p>
    <w:p w:rsidR="002E47B9" w:rsidRPr="001A456E" w:rsidRDefault="002E47B9" w:rsidP="003772B6">
      <w:pPr>
        <w:spacing w:after="0" w:line="240" w:lineRule="auto"/>
        <w:ind w:left="66" w:right="-143"/>
        <w:contextualSpacing/>
        <w:jc w:val="both"/>
        <w:rPr>
          <w:rFonts w:ascii="Times New Roman" w:eastAsia="Times New Roman" w:hAnsi="Times New Roman" w:cs="Times New Roman"/>
          <w:sz w:val="28"/>
          <w:szCs w:val="28"/>
          <w:lang w:eastAsia="ru-RU"/>
        </w:rPr>
      </w:pPr>
    </w:p>
    <w:p w:rsidR="002E47B9" w:rsidRPr="001A456E" w:rsidRDefault="00BD5B97" w:rsidP="003772B6">
      <w:pPr>
        <w:spacing w:after="0" w:line="240" w:lineRule="auto"/>
        <w:ind w:firstLine="709"/>
        <w:contextualSpacing/>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sz w:val="28"/>
          <w:szCs w:val="28"/>
          <w:lang w:eastAsia="ar-SA"/>
        </w:rPr>
        <w:t xml:space="preserve">Программа курса внеурочной деятельности по спортивно-оздоровительному направлению «Подвижные игры» может рассматриваться как одна из ступеней к формированию здорового образа жизни и неотъемлемой частью всего воспитательно-образовательного процесса в школе. Данная программа направлена на формирование, сохранение и укрепления здоровья младших школьников. </w:t>
      </w:r>
    </w:p>
    <w:p w:rsidR="002E47B9" w:rsidRPr="001A456E" w:rsidRDefault="00BD5B97" w:rsidP="003772B6">
      <w:pPr>
        <w:spacing w:after="0" w:line="240" w:lineRule="auto"/>
        <w:ind w:firstLine="709"/>
        <w:contextualSpacing/>
        <w:jc w:val="both"/>
        <w:rPr>
          <w:rFonts w:ascii="Times New Roman" w:eastAsia="Times New Roman" w:hAnsi="Times New Roman" w:cs="Times New Roman"/>
          <w:sz w:val="28"/>
          <w:szCs w:val="28"/>
          <w:shd w:val="clear" w:color="auto" w:fill="FFFFFF"/>
          <w:lang w:eastAsia="ar-SA"/>
        </w:rPr>
      </w:pPr>
      <w:r w:rsidRPr="001A456E">
        <w:rPr>
          <w:rFonts w:ascii="Times New Roman" w:eastAsia="Times New Roman" w:hAnsi="Times New Roman" w:cs="Times New Roman"/>
          <w:sz w:val="28"/>
          <w:szCs w:val="28"/>
          <w:shd w:val="clear" w:color="auto" w:fill="FFFFFF"/>
          <w:lang w:eastAsia="ar-SA"/>
        </w:rPr>
        <w:t>Подвижная игра - осмысленная деятельность, направленная на достижение конкретных двигательных задач в быстроменяющихся условиях. Подвижная игра — одно из важных средств всестороннего воспитания детей. Характерная ее особенность — комплексность воздействия на организм и на все стороны личности ребенка: в игре одновременно осуществляется физическое, умственное, нравственное, эстетическое и трудовое воспитание.</w:t>
      </w:r>
    </w:p>
    <w:p w:rsidR="002E47B9" w:rsidRPr="001A456E" w:rsidRDefault="00BD5B97" w:rsidP="003772B6">
      <w:pPr>
        <w:spacing w:after="0" w:line="240" w:lineRule="auto"/>
        <w:ind w:firstLine="709"/>
        <w:contextualSpacing/>
        <w:jc w:val="both"/>
        <w:rPr>
          <w:rFonts w:ascii="Times New Roman" w:eastAsia="Times New Roman" w:hAnsi="Times New Roman" w:cs="Times New Roman"/>
          <w:sz w:val="28"/>
          <w:szCs w:val="28"/>
          <w:shd w:val="clear" w:color="auto" w:fill="FFFFFF"/>
          <w:lang w:eastAsia="ar-SA"/>
        </w:rPr>
      </w:pPr>
      <w:r w:rsidRPr="001A456E">
        <w:rPr>
          <w:rFonts w:ascii="Times New Roman" w:eastAsia="Times New Roman" w:hAnsi="Times New Roman" w:cs="Times New Roman"/>
          <w:sz w:val="28"/>
          <w:szCs w:val="28"/>
          <w:shd w:val="clear" w:color="auto" w:fill="FFFFFF"/>
          <w:lang w:eastAsia="ar-SA"/>
        </w:rPr>
        <w:t xml:space="preserve">Активная двигательная деятельность игрового характера и вызываемые ею положительные эмоции усиливают все физиологические процессы в организме, улучшают работу всех органов и систем. Возникающие в игре неожиданные ситуации приучают детей целесообразно использовать приобретенные двигательные навыки. В подвижных играх создаются наиболее благоприятные условия для развития физических качеств. Увлеченные сюжетом игры, дети могут выполнять с интересом и притом много раз одни и те же движения, не замечая усталости. </w:t>
      </w:r>
    </w:p>
    <w:p w:rsidR="002E47B9" w:rsidRPr="001A456E" w:rsidRDefault="00BD5B97" w:rsidP="003772B6">
      <w:pPr>
        <w:spacing w:after="0" w:line="240" w:lineRule="auto"/>
        <w:contextualSpacing/>
        <w:jc w:val="both"/>
        <w:rPr>
          <w:rFonts w:ascii="Times New Roman" w:eastAsia="Times New Roman" w:hAnsi="Times New Roman" w:cs="Times New Roman"/>
          <w:sz w:val="28"/>
          <w:szCs w:val="28"/>
          <w:shd w:val="clear" w:color="auto" w:fill="FFFFFF"/>
          <w:lang w:eastAsia="ar-SA"/>
        </w:rPr>
      </w:pPr>
      <w:r w:rsidRPr="001A456E">
        <w:rPr>
          <w:rFonts w:ascii="Times New Roman" w:eastAsia="Times New Roman" w:hAnsi="Times New Roman" w:cs="Times New Roman"/>
          <w:sz w:val="28"/>
          <w:szCs w:val="28"/>
          <w:shd w:val="clear" w:color="auto" w:fill="FFFFFF"/>
          <w:lang w:eastAsia="ar-SA"/>
        </w:rPr>
        <w:t xml:space="preserve">          Игры помогают ребенку расширять и углублять свои представления об окружающей действительности. Выполняя различные роли, изображая разнообразные действия, дети практически используют свои знания о повадках животных, птиц, насекомых, о явлениях природы, о средствах передвижения, о современной технике. В процессе игр создаются возможности для развития речи, упражнения в счете и т.д. </w:t>
      </w:r>
      <w:r w:rsidRPr="001A456E">
        <w:rPr>
          <w:rFonts w:ascii="Times New Roman" w:eastAsia="Times New Roman" w:hAnsi="Times New Roman" w:cs="Times New Roman"/>
          <w:sz w:val="28"/>
          <w:szCs w:val="28"/>
          <w:lang w:eastAsia="ar-SA"/>
        </w:rPr>
        <w:t>Народные подвижные игры являются традиционным средством педагогики. Испокон веков в них ярко отражался образ жизни людей, их быт, труд, национальные устои, представления о чести, смелости, мужестве; желание обладать силой, ловкостью, выносливостью, быстротой и красотой движений; проявлять смекалку, выдержку, творческую выдумку, находчивость, волю и стремление к победе.   Особенность подвижных игр – их соревновательный, творческий, коллективный характер. В народных играх много юмора, шуток, задора; движения точны и образны; часто сопровождаются неожиданными веселыми моментами заманчивыми и любимыми младшими школьниками считалками, жеребьёвками, потешками. Они сохраняют свою художественную прелесть, эстетическое значение и составляют ценнейший неповторимый игровой фольклор.</w:t>
      </w:r>
    </w:p>
    <w:p w:rsidR="002E47B9" w:rsidRPr="001A456E" w:rsidRDefault="00BD5B97" w:rsidP="003772B6">
      <w:pPr>
        <w:spacing w:after="0" w:line="240" w:lineRule="auto"/>
        <w:ind w:firstLine="709"/>
        <w:contextualSpacing/>
        <w:jc w:val="both"/>
        <w:rPr>
          <w:rFonts w:ascii="Times New Roman" w:eastAsia="Times New Roman" w:hAnsi="Times New Roman" w:cs="Times New Roman"/>
          <w:sz w:val="28"/>
          <w:szCs w:val="28"/>
          <w:lang w:eastAsia="ar-SA"/>
        </w:rPr>
      </w:pPr>
      <w:r w:rsidRPr="001A456E">
        <w:rPr>
          <w:rFonts w:ascii="Times New Roman" w:eastAsia="Times New Roman" w:hAnsi="Times New Roman" w:cs="Times New Roman"/>
          <w:b/>
          <w:sz w:val="28"/>
          <w:szCs w:val="28"/>
          <w:lang w:eastAsia="ar-SA"/>
        </w:rPr>
        <w:t>Цель программы</w:t>
      </w:r>
      <w:r w:rsidRPr="001A456E">
        <w:rPr>
          <w:rFonts w:ascii="Times New Roman" w:hAnsi="Times New Roman" w:cs="Times New Roman"/>
          <w:sz w:val="28"/>
          <w:szCs w:val="28"/>
          <w:lang w:eastAsia="ar-SA"/>
        </w:rPr>
        <w:t xml:space="preserve">: Создание наиболее благоприятных условий для формирования у младших школьников отношения к здоровому образу жизни как к одному из главных путей в достижении успеха. </w:t>
      </w:r>
    </w:p>
    <w:p w:rsidR="002E47B9" w:rsidRPr="001A456E" w:rsidRDefault="00BD5B97" w:rsidP="003772B6">
      <w:pPr>
        <w:spacing w:after="0" w:line="240" w:lineRule="auto"/>
        <w:ind w:hanging="1418"/>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              Цели и задачи программы внеурочной деятельности по спортивно-оздоровительному направлению «Подвижные игры» соответствуют целям и задачам основной образовательной программы, реализуемой в МАОУ «Лицей № 42 имени Р.А. Каримова».</w:t>
      </w:r>
    </w:p>
    <w:p w:rsidR="002E47B9" w:rsidRPr="001A456E" w:rsidRDefault="00BD5B97" w:rsidP="003772B6">
      <w:pPr>
        <w:shd w:val="clear" w:color="auto" w:fill="FFFFFF"/>
        <w:tabs>
          <w:tab w:val="left" w:pos="274"/>
        </w:tabs>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b/>
          <w:spacing w:val="-8"/>
          <w:sz w:val="28"/>
          <w:szCs w:val="28"/>
          <w:lang w:eastAsia="ar-SA"/>
        </w:rPr>
        <w:lastRenderedPageBreak/>
        <w:t>Целью реализации</w:t>
      </w:r>
      <w:r w:rsidRPr="001A456E">
        <w:rPr>
          <w:rFonts w:ascii="Times New Roman" w:hAnsi="Times New Roman" w:cs="Times New Roman"/>
          <w:spacing w:val="-8"/>
          <w:sz w:val="28"/>
          <w:szCs w:val="28"/>
          <w:lang w:eastAsia="ar-SA"/>
        </w:rPr>
        <w:t xml:space="preserve"> основной образовательной программы начального </w:t>
      </w:r>
      <w:r w:rsidRPr="001A456E">
        <w:rPr>
          <w:rFonts w:ascii="Times New Roman" w:hAnsi="Times New Roman" w:cs="Times New Roman"/>
          <w:spacing w:val="-6"/>
          <w:sz w:val="28"/>
          <w:szCs w:val="28"/>
          <w:lang w:eastAsia="ar-SA"/>
        </w:rPr>
        <w:t xml:space="preserve">общего образования является обеспечение планируемых результатов по </w:t>
      </w:r>
      <w:r w:rsidRPr="001A456E">
        <w:rPr>
          <w:rFonts w:ascii="Times New Roman" w:hAnsi="Times New Roman" w:cs="Times New Roman"/>
          <w:spacing w:val="-10"/>
          <w:sz w:val="28"/>
          <w:szCs w:val="28"/>
          <w:lang w:eastAsia="ar-SA"/>
        </w:rPr>
        <w:t xml:space="preserve">достижению выпускником начальной общеобразовательной школы целевых </w:t>
      </w:r>
      <w:r w:rsidRPr="001A456E">
        <w:rPr>
          <w:rFonts w:ascii="Times New Roman" w:hAnsi="Times New Roman" w:cs="Times New Roman"/>
          <w:sz w:val="28"/>
          <w:szCs w:val="28"/>
          <w:lang w:eastAsia="ar-SA"/>
        </w:rPr>
        <w:t xml:space="preserve">установок, знаний, умений, навыков и компетенций, определяемых </w:t>
      </w:r>
      <w:r w:rsidRPr="001A456E">
        <w:rPr>
          <w:rFonts w:ascii="Times New Roman" w:hAnsi="Times New Roman" w:cs="Times New Roman"/>
          <w:spacing w:val="-9"/>
          <w:sz w:val="28"/>
          <w:szCs w:val="28"/>
          <w:lang w:eastAsia="ar-SA"/>
        </w:rPr>
        <w:t xml:space="preserve">личностными, семейными, общественными, государственными потребностями </w:t>
      </w:r>
      <w:r w:rsidRPr="001A456E">
        <w:rPr>
          <w:rFonts w:ascii="Times New Roman" w:hAnsi="Times New Roman" w:cs="Times New Roman"/>
          <w:spacing w:val="-10"/>
          <w:sz w:val="28"/>
          <w:szCs w:val="28"/>
          <w:lang w:eastAsia="ar-SA"/>
        </w:rPr>
        <w:t xml:space="preserve">и возможностями ребёнка младшего школьного возраста, индивидуальными </w:t>
      </w:r>
      <w:r w:rsidRPr="001A456E">
        <w:rPr>
          <w:rFonts w:ascii="Times New Roman" w:hAnsi="Times New Roman" w:cs="Times New Roman"/>
          <w:sz w:val="28"/>
          <w:szCs w:val="28"/>
          <w:lang w:eastAsia="ar-SA"/>
        </w:rPr>
        <w:t>особенностями его развития и состояния здоровья.</w:t>
      </w:r>
    </w:p>
    <w:p w:rsidR="002E47B9" w:rsidRPr="001A456E" w:rsidRDefault="00BD5B97" w:rsidP="003772B6">
      <w:p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 xml:space="preserve">В соответствии с ФГОС на ступени начального общего образования решаются следующие </w:t>
      </w:r>
      <w:r w:rsidRPr="001A456E">
        <w:rPr>
          <w:rFonts w:ascii="Times New Roman" w:hAnsi="Times New Roman" w:cs="Times New Roman"/>
          <w:b/>
          <w:sz w:val="28"/>
          <w:szCs w:val="28"/>
          <w:lang w:eastAsia="ar-SA"/>
        </w:rPr>
        <w:t>задачи</w:t>
      </w:r>
      <w:r w:rsidRPr="001A456E">
        <w:rPr>
          <w:rFonts w:ascii="Times New Roman" w:hAnsi="Times New Roman" w:cs="Times New Roman"/>
          <w:sz w:val="28"/>
          <w:szCs w:val="28"/>
          <w:lang w:eastAsia="ar-SA"/>
        </w:rPr>
        <w:t>:</w:t>
      </w:r>
    </w:p>
    <w:p w:rsidR="002E47B9" w:rsidRPr="001A456E" w:rsidRDefault="00BD5B97" w:rsidP="003772B6">
      <w:pPr>
        <w:spacing w:after="0" w:line="240" w:lineRule="auto"/>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-становление основ гражданской идентичности и мировоззрения обучающихся;</w:t>
      </w:r>
    </w:p>
    <w:p w:rsidR="002E47B9" w:rsidRPr="001A456E" w:rsidRDefault="00BD5B97" w:rsidP="003772B6">
      <w:pPr>
        <w:spacing w:after="0" w:line="240" w:lineRule="auto"/>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-формирование основ умения учиться и способности к организации своей деятельности: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учебном процессе;</w:t>
      </w:r>
    </w:p>
    <w:p w:rsidR="002E47B9" w:rsidRPr="001A456E" w:rsidRDefault="00BD5B97" w:rsidP="003772B6">
      <w:pPr>
        <w:spacing w:after="0" w:line="240" w:lineRule="auto"/>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-духовно-нравственное развитие и воспитание обучающихся, предусматривающее принятие ими моральных норм, нравственных установок, национальных ценностей;</w:t>
      </w:r>
    </w:p>
    <w:p w:rsidR="002E47B9" w:rsidRPr="001A456E" w:rsidRDefault="00BD5B97" w:rsidP="003772B6">
      <w:pPr>
        <w:spacing w:after="0" w:line="240" w:lineRule="auto"/>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-укрепление физического и духовного здоровья обучающихся.</w:t>
      </w:r>
    </w:p>
    <w:p w:rsidR="002E47B9" w:rsidRPr="001A456E" w:rsidRDefault="00BD5B97" w:rsidP="003772B6">
      <w:p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Программа курса внеурочной деятельности по спортивно-оздоровительному направлению «Подвижные игры» составлена в соответствии с возрастными особенностями обучающихс</w:t>
      </w:r>
      <w:r w:rsidR="00014F27" w:rsidRPr="001A456E">
        <w:rPr>
          <w:rFonts w:ascii="Times New Roman" w:hAnsi="Times New Roman" w:cs="Times New Roman"/>
          <w:sz w:val="28"/>
          <w:szCs w:val="28"/>
          <w:lang w:eastAsia="ar-SA"/>
        </w:rPr>
        <w:t>я и рассчитана на проведение 2 часа</w:t>
      </w:r>
      <w:r w:rsidRPr="001A456E">
        <w:rPr>
          <w:rFonts w:ascii="Times New Roman" w:hAnsi="Times New Roman" w:cs="Times New Roman"/>
          <w:sz w:val="28"/>
          <w:szCs w:val="28"/>
          <w:lang w:eastAsia="ar-SA"/>
        </w:rPr>
        <w:t xml:space="preserve"> в 1 классах, 1 часа в неделю-2-3 </w:t>
      </w:r>
      <w:r w:rsidR="00707014" w:rsidRPr="001A456E">
        <w:rPr>
          <w:rFonts w:ascii="Times New Roman" w:hAnsi="Times New Roman" w:cs="Times New Roman"/>
          <w:sz w:val="28"/>
          <w:szCs w:val="28"/>
          <w:lang w:eastAsia="ar-SA"/>
        </w:rPr>
        <w:t>классы, 2 ч в неделю – 4 классы</w:t>
      </w:r>
      <w:r w:rsidR="00014F27" w:rsidRPr="001A456E">
        <w:rPr>
          <w:rFonts w:ascii="Times New Roman" w:hAnsi="Times New Roman" w:cs="Times New Roman"/>
          <w:sz w:val="28"/>
          <w:szCs w:val="28"/>
          <w:lang w:eastAsia="ar-SA"/>
        </w:rPr>
        <w:t>: 1класс — 66</w:t>
      </w:r>
      <w:r w:rsidRPr="001A456E">
        <w:rPr>
          <w:rFonts w:ascii="Times New Roman" w:hAnsi="Times New Roman" w:cs="Times New Roman"/>
          <w:sz w:val="28"/>
          <w:szCs w:val="28"/>
          <w:lang w:eastAsia="ar-SA"/>
        </w:rPr>
        <w:t xml:space="preserve"> часов в год, 2-3 классы – по 34 часа в год, 4 класс – 68 часов в год. </w:t>
      </w:r>
    </w:p>
    <w:p w:rsidR="002E47B9" w:rsidRPr="001A456E" w:rsidRDefault="00BD5B97" w:rsidP="003772B6">
      <w:pPr>
        <w:spacing w:after="0" w:line="240" w:lineRule="auto"/>
        <w:contextualSpacing/>
        <w:jc w:val="both"/>
        <w:rPr>
          <w:rFonts w:ascii="Times New Roman" w:hAnsi="Times New Roman" w:cs="Times New Roman"/>
          <w:b/>
          <w:sz w:val="28"/>
          <w:szCs w:val="28"/>
          <w:lang w:eastAsia="ar-SA"/>
        </w:rPr>
      </w:pPr>
      <w:r w:rsidRPr="001A456E">
        <w:rPr>
          <w:rFonts w:ascii="Times New Roman" w:hAnsi="Times New Roman" w:cs="Times New Roman"/>
          <w:sz w:val="28"/>
          <w:szCs w:val="28"/>
          <w:lang w:eastAsia="ar-SA"/>
        </w:rPr>
        <w:t xml:space="preserve">                                 </w:t>
      </w:r>
      <w:r w:rsidRPr="001A456E">
        <w:rPr>
          <w:rFonts w:ascii="Times New Roman" w:hAnsi="Times New Roman" w:cs="Times New Roman"/>
          <w:b/>
          <w:sz w:val="28"/>
          <w:szCs w:val="28"/>
          <w:lang w:eastAsia="ar-SA"/>
        </w:rPr>
        <w:t xml:space="preserve">Содержание курса внеурочной деятельности </w:t>
      </w:r>
    </w:p>
    <w:p w:rsidR="002E47B9" w:rsidRPr="001A456E" w:rsidRDefault="00BD5B97" w:rsidP="003772B6">
      <w:pPr>
        <w:spacing w:after="0" w:line="240" w:lineRule="auto"/>
        <w:contextualSpacing/>
        <w:jc w:val="both"/>
        <w:rPr>
          <w:rFonts w:ascii="Times New Roman" w:hAnsi="Times New Roman" w:cs="Times New Roman"/>
          <w:i/>
          <w:sz w:val="28"/>
          <w:szCs w:val="28"/>
          <w:lang w:eastAsia="ar-SA"/>
        </w:rPr>
      </w:pPr>
      <w:r w:rsidRPr="001A456E">
        <w:rPr>
          <w:rFonts w:ascii="Times New Roman" w:hAnsi="Times New Roman" w:cs="Times New Roman"/>
          <w:sz w:val="28"/>
          <w:szCs w:val="28"/>
          <w:lang w:eastAsia="ar-SA"/>
        </w:rPr>
        <w:t xml:space="preserve">              Формы учета знаний и умений, система контролирующих материалов для оценки планируемых результатов освоения программы внеурочной деятельности. Контроль и оценка результатов освоения программы внеурочной деятельности зависит от тематики и содержания изучаемого раздела. Продуктивным будет контроль в процессе организации следующих форм деятельности: </w:t>
      </w:r>
      <w:r w:rsidRPr="001A456E">
        <w:rPr>
          <w:rFonts w:ascii="Times New Roman" w:hAnsi="Times New Roman" w:cs="Times New Roman"/>
          <w:i/>
          <w:sz w:val="28"/>
          <w:szCs w:val="28"/>
          <w:lang w:eastAsia="ar-SA"/>
        </w:rPr>
        <w:t xml:space="preserve">викторины, конкурсы, ролевые игры, </w:t>
      </w:r>
      <w:r w:rsidRPr="001A456E">
        <w:rPr>
          <w:rFonts w:ascii="Times New Roman" w:eastAsia="Times New Roman" w:hAnsi="Times New Roman" w:cs="Times New Roman"/>
          <w:i/>
          <w:sz w:val="28"/>
          <w:szCs w:val="28"/>
          <w:lang w:eastAsia="ru-RU"/>
        </w:rPr>
        <w:t xml:space="preserve">выполнение заданий соревновательного характера, </w:t>
      </w:r>
      <w:r w:rsidRPr="001A456E">
        <w:rPr>
          <w:rFonts w:ascii="Times New Roman" w:hAnsi="Times New Roman" w:cs="Times New Roman"/>
          <w:i/>
          <w:sz w:val="28"/>
          <w:szCs w:val="28"/>
          <w:lang w:eastAsia="ar-SA"/>
        </w:rPr>
        <w:t>оценка уровня результатов деятельности (знание, представление, деятельность по распространению ЗОЖ), результативность участия в конкурсных программах и др.</w:t>
      </w:r>
    </w:p>
    <w:p w:rsidR="002E47B9" w:rsidRPr="001A456E" w:rsidRDefault="00BD5B97" w:rsidP="003772B6">
      <w:pPr>
        <w:spacing w:after="0" w:line="240" w:lineRule="auto"/>
        <w:contextualSpacing/>
        <w:jc w:val="center"/>
        <w:rPr>
          <w:rFonts w:ascii="Times New Roman" w:hAnsi="Times New Roman" w:cs="Times New Roman"/>
          <w:i/>
          <w:sz w:val="28"/>
          <w:szCs w:val="28"/>
          <w:lang w:eastAsia="ar-SA"/>
        </w:rPr>
      </w:pPr>
      <w:r w:rsidRPr="001A456E">
        <w:rPr>
          <w:rFonts w:ascii="Times New Roman" w:hAnsi="Times New Roman" w:cs="Times New Roman"/>
          <w:b/>
          <w:bCs/>
          <w:i/>
          <w:sz w:val="28"/>
          <w:szCs w:val="28"/>
          <w:lang w:eastAsia="ar-SA"/>
        </w:rPr>
        <w:t>«Подвижные игры»</w:t>
      </w:r>
    </w:p>
    <w:p w:rsidR="002E47B9" w:rsidRPr="001A456E" w:rsidRDefault="00BD5B97" w:rsidP="003772B6">
      <w:pPr>
        <w:spacing w:after="0" w:line="240" w:lineRule="auto"/>
        <w:contextualSpacing/>
        <w:jc w:val="center"/>
        <w:rPr>
          <w:rFonts w:ascii="Times New Roman" w:hAnsi="Times New Roman" w:cs="Times New Roman"/>
          <w:i/>
          <w:sz w:val="28"/>
          <w:szCs w:val="28"/>
          <w:lang w:eastAsia="ar-SA"/>
        </w:rPr>
      </w:pPr>
      <w:r w:rsidRPr="001A456E">
        <w:rPr>
          <w:rFonts w:ascii="Times New Roman" w:hAnsi="Times New Roman" w:cs="Times New Roman"/>
          <w:b/>
          <w:sz w:val="28"/>
          <w:szCs w:val="28"/>
          <w:lang w:eastAsia="ar-SA"/>
        </w:rPr>
        <w:t xml:space="preserve">  </w:t>
      </w:r>
      <w:r w:rsidR="00014F27" w:rsidRPr="001A456E">
        <w:rPr>
          <w:rFonts w:ascii="Times New Roman" w:eastAsia="Times New Roman" w:hAnsi="Times New Roman" w:cs="Times New Roman"/>
          <w:b/>
          <w:sz w:val="28"/>
          <w:szCs w:val="28"/>
          <w:lang w:eastAsia="ru-RU"/>
        </w:rPr>
        <w:t>1 класс (66 часов</w:t>
      </w:r>
      <w:r w:rsidRPr="001A456E">
        <w:rPr>
          <w:rFonts w:ascii="Times New Roman" w:eastAsia="Times New Roman" w:hAnsi="Times New Roman" w:cs="Times New Roman"/>
          <w:b/>
          <w:sz w:val="28"/>
          <w:szCs w:val="28"/>
          <w:lang w:eastAsia="ru-RU"/>
        </w:rPr>
        <w:t>)</w:t>
      </w:r>
    </w:p>
    <w:p w:rsidR="002E47B9" w:rsidRPr="001A456E" w:rsidRDefault="00BD5B97" w:rsidP="003772B6">
      <w:pPr>
        <w:spacing w:after="0" w:line="240" w:lineRule="auto"/>
        <w:contextualSpacing/>
        <w:rPr>
          <w:rFonts w:ascii="Times New Roman" w:hAnsi="Times New Roman" w:cs="Times New Roman"/>
          <w:i/>
          <w:sz w:val="28"/>
          <w:szCs w:val="28"/>
          <w:lang w:eastAsia="ar-SA"/>
        </w:rPr>
      </w:pPr>
      <w:r w:rsidRPr="001A456E">
        <w:rPr>
          <w:rFonts w:ascii="Times New Roman" w:eastAsia="Times New Roman" w:hAnsi="Times New Roman" w:cs="Times New Roman"/>
          <w:b/>
          <w:bCs/>
          <w:sz w:val="28"/>
          <w:szCs w:val="28"/>
          <w:lang w:eastAsia="ru-RU"/>
        </w:rPr>
        <w:t xml:space="preserve">Игры с </w:t>
      </w:r>
      <w:r w:rsidR="00014F27" w:rsidRPr="001A456E">
        <w:rPr>
          <w:rFonts w:ascii="Times New Roman" w:eastAsia="Times New Roman" w:hAnsi="Times New Roman" w:cs="Times New Roman"/>
          <w:b/>
          <w:bCs/>
          <w:sz w:val="28"/>
          <w:szCs w:val="28"/>
          <w:lang w:eastAsia="ru-RU"/>
        </w:rPr>
        <w:t>бегом. (10</w:t>
      </w:r>
      <w:r w:rsidRPr="001A456E">
        <w:rPr>
          <w:rFonts w:ascii="Times New Roman" w:eastAsia="Times New Roman" w:hAnsi="Times New Roman" w:cs="Times New Roman"/>
          <w:b/>
          <w:bCs/>
          <w:sz w:val="28"/>
          <w:szCs w:val="28"/>
          <w:lang w:eastAsia="ru-RU"/>
        </w:rPr>
        <w:t>ч)</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безопасного поведения в местах проведения подвижных игр. Значение подвижных игр для здорового образа жизни.</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11"/>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на месте. Комплекс ОРУ с рифмованными строчками. Игра «Фигуры». Игра «Волки, зайцы, лисы».</w:t>
      </w:r>
    </w:p>
    <w:p w:rsidR="002E47B9" w:rsidRPr="001A456E" w:rsidRDefault="00BD5B97" w:rsidP="003772B6">
      <w:pPr>
        <w:numPr>
          <w:ilvl w:val="0"/>
          <w:numId w:val="11"/>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в движении «Мишка на прогулке». Игра «Медведи и пчёлы». Игра «У медведя во бору».</w:t>
      </w:r>
    </w:p>
    <w:p w:rsidR="002E47B9" w:rsidRPr="001A456E" w:rsidRDefault="00BD5B97" w:rsidP="003772B6">
      <w:pPr>
        <w:numPr>
          <w:ilvl w:val="0"/>
          <w:numId w:val="11"/>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в колонне по одному в движении. Игра «Второй лишний». Игра «Краски».</w:t>
      </w:r>
    </w:p>
    <w:p w:rsidR="002E47B9" w:rsidRPr="001A456E" w:rsidRDefault="00BD5B97" w:rsidP="003772B6">
      <w:pPr>
        <w:numPr>
          <w:ilvl w:val="0"/>
          <w:numId w:val="11"/>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Упражнения с предметами. Игра «Отгадай, чей голос?». Игра «Гуси – лебеди».</w:t>
      </w:r>
    </w:p>
    <w:p w:rsidR="002E47B9" w:rsidRPr="001A456E" w:rsidRDefault="00BD5B97" w:rsidP="003772B6">
      <w:pPr>
        <w:numPr>
          <w:ilvl w:val="0"/>
          <w:numId w:val="11"/>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Комплекс ОРУ в движении. Игра ««Фигуры». Игра «Волки, зайцы, лисы».</w:t>
      </w:r>
    </w:p>
    <w:p w:rsidR="002E47B9" w:rsidRPr="001A456E" w:rsidRDefault="00BD5B97" w:rsidP="003772B6">
      <w:pPr>
        <w:numPr>
          <w:ilvl w:val="0"/>
          <w:numId w:val="11"/>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предметами. Игра» «Третий лишний». Игра «Шишки, жёлуди, орехи».</w:t>
      </w:r>
    </w:p>
    <w:p w:rsidR="002E47B9" w:rsidRPr="001A456E" w:rsidRDefault="00014F2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с мячом. (10</w:t>
      </w:r>
      <w:r w:rsidR="00BD5B97" w:rsidRPr="001A456E">
        <w:rPr>
          <w:rFonts w:ascii="Times New Roman" w:eastAsia="Times New Roman" w:hAnsi="Times New Roman" w:cs="Times New Roman"/>
          <w:b/>
          <w:bCs/>
          <w:sz w:val="28"/>
          <w:szCs w:val="28"/>
          <w:lang w:eastAsia="ru-RU"/>
        </w:rPr>
        <w:t xml:space="preserve">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История возникновения игр с мячом.</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12"/>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Совершенствование координации движений. Перекаты мяча. Комплекс ОРУ с мячом «Мячик». Игра «Мяч по полу».</w:t>
      </w:r>
    </w:p>
    <w:p w:rsidR="002E47B9" w:rsidRPr="001A456E" w:rsidRDefault="00BD5B97" w:rsidP="003772B6">
      <w:pPr>
        <w:numPr>
          <w:ilvl w:val="0"/>
          <w:numId w:val="12"/>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Развитие глазомера и чувства расстояния. Передача мяча. Метание мяча «Кто меткий?» Игра «Метко в цель». Игра «Бегуны и метатели».</w:t>
      </w:r>
    </w:p>
    <w:p w:rsidR="002E47B9" w:rsidRPr="001A456E" w:rsidRDefault="00BD5B97" w:rsidP="003772B6">
      <w:pPr>
        <w:numPr>
          <w:ilvl w:val="0"/>
          <w:numId w:val="12"/>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Укрепление основных мышечных групп; мышц рук и плечевого пояса. Игра «Передача мяча в колоннах». Игра «Гонка мячей».</w:t>
      </w:r>
    </w:p>
    <w:p w:rsidR="002E47B9" w:rsidRPr="001A456E" w:rsidRDefault="00BD5B97" w:rsidP="003772B6">
      <w:pPr>
        <w:numPr>
          <w:ilvl w:val="0"/>
          <w:numId w:val="12"/>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Броски и ловля мяча. Игра «Мяч соседу». Игра «Подвижная цель».</w:t>
      </w:r>
    </w:p>
    <w:p w:rsidR="002E47B9" w:rsidRPr="001A456E" w:rsidRDefault="00014F2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Игра с прыжками. (8</w:t>
      </w:r>
      <w:r w:rsidR="00BD5B97" w:rsidRPr="001A456E">
        <w:rPr>
          <w:rFonts w:ascii="Times New Roman" w:eastAsia="Times New Roman" w:hAnsi="Times New Roman" w:cs="Times New Roman"/>
          <w:b/>
          <w:bCs/>
          <w:sz w:val="28"/>
          <w:szCs w:val="28"/>
          <w:lang w:eastAsia="ru-RU"/>
        </w:rPr>
        <w:t xml:space="preserve"> часа)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Профилактика детского травматизма. Знакомство с правилами дыхания во время прыжков. Последовательность обучения прыжкам.</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13"/>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«Скакалочка». Игра «Прыгающие воробышки».</w:t>
      </w:r>
    </w:p>
    <w:p w:rsidR="002E47B9" w:rsidRPr="001A456E" w:rsidRDefault="00BD5B97" w:rsidP="003772B6">
      <w:pPr>
        <w:numPr>
          <w:ilvl w:val="0"/>
          <w:numId w:val="13"/>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упражнений с длинной скакалкой «Верёвочка». Игра «Удочка». Игра «Лягушата и цапля».</w:t>
      </w:r>
    </w:p>
    <w:p w:rsidR="002E47B9" w:rsidRPr="001A456E" w:rsidRDefault="00BD5B97" w:rsidP="003772B6">
      <w:pPr>
        <w:numPr>
          <w:ilvl w:val="0"/>
          <w:numId w:val="13"/>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короткими скакалками «Солнышко». Игра «Зеркало».</w:t>
      </w:r>
    </w:p>
    <w:p w:rsidR="002E47B9" w:rsidRPr="001A456E" w:rsidRDefault="00BD5B97" w:rsidP="003772B6">
      <w:pPr>
        <w:numPr>
          <w:ilvl w:val="0"/>
          <w:numId w:val="13"/>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со скакалкой «Лучики». Игра «Выше ножки от земли».</w:t>
      </w:r>
    </w:p>
    <w:p w:rsidR="002E47B9" w:rsidRPr="001A456E" w:rsidRDefault="00014F2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малой подвижности. (9</w:t>
      </w:r>
      <w:r w:rsidR="00BD5B97" w:rsidRPr="001A456E">
        <w:rPr>
          <w:rFonts w:ascii="Times New Roman" w:eastAsia="Times New Roman" w:hAnsi="Times New Roman" w:cs="Times New Roman"/>
          <w:b/>
          <w:bCs/>
          <w:sz w:val="28"/>
          <w:szCs w:val="28"/>
          <w:lang w:eastAsia="ru-RU"/>
        </w:rPr>
        <w:t xml:space="preserve">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Правильная осанка и её значение для здоровья и хорошей учёбы.</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Упражнения для формирования правильной осанки, укрепления мышечного корсета.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14"/>
        </w:num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специальных упражнений «Ровная спина». Игра «Красный, зелёный». Игра «Альпинисты».</w:t>
      </w:r>
    </w:p>
    <w:p w:rsidR="002E47B9" w:rsidRPr="001A456E" w:rsidRDefault="00BD5B97" w:rsidP="003772B6">
      <w:pPr>
        <w:numPr>
          <w:ilvl w:val="0"/>
          <w:numId w:val="15"/>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упражнений с мешочками. Игра «Разведчики». Игра «Поезд».</w:t>
      </w:r>
    </w:p>
    <w:p w:rsidR="002E47B9" w:rsidRPr="001A456E" w:rsidRDefault="00BD5B97" w:rsidP="003772B6">
      <w:pPr>
        <w:numPr>
          <w:ilvl w:val="0"/>
          <w:numId w:val="15"/>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Упражнения для исправления нарушений осанки и плоскостопия. Игра «Летает – не летает». Игра «Копна – тропинка – кочки».</w:t>
      </w:r>
    </w:p>
    <w:p w:rsidR="002E47B9" w:rsidRPr="001A456E" w:rsidRDefault="00BD5B97" w:rsidP="003772B6">
      <w:pPr>
        <w:numPr>
          <w:ilvl w:val="0"/>
          <w:numId w:val="15"/>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Гимнастические построения, размыкания, фигурная маршировка.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Игра «Построение в шеренгу». Игра «Кто быстрее встанет в круг».</w:t>
      </w:r>
    </w:p>
    <w:p w:rsidR="002E47B9" w:rsidRPr="001A456E" w:rsidRDefault="000D5E5C"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Зим</w:t>
      </w:r>
      <w:r w:rsidR="00014F27" w:rsidRPr="001A456E">
        <w:rPr>
          <w:rFonts w:ascii="Times New Roman" w:eastAsia="Times New Roman" w:hAnsi="Times New Roman" w:cs="Times New Roman"/>
          <w:b/>
          <w:bCs/>
          <w:sz w:val="28"/>
          <w:szCs w:val="28"/>
          <w:lang w:eastAsia="ru-RU"/>
        </w:rPr>
        <w:t>ние забавы. (7</w:t>
      </w:r>
      <w:r w:rsidR="00BD5B97" w:rsidRPr="001A456E">
        <w:rPr>
          <w:rFonts w:ascii="Times New Roman" w:eastAsia="Times New Roman" w:hAnsi="Times New Roman" w:cs="Times New Roman"/>
          <w:b/>
          <w:bCs/>
          <w:sz w:val="28"/>
          <w:szCs w:val="28"/>
          <w:lang w:eastAsia="ru-RU"/>
        </w:rPr>
        <w:t xml:space="preserve"> часа)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Закаливание и его влияние на организм. Первая помощь при обморожении.</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16"/>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«Скатывание шаров».</w:t>
      </w:r>
    </w:p>
    <w:p w:rsidR="002E47B9" w:rsidRPr="001A456E" w:rsidRDefault="00BD5B97" w:rsidP="003772B6">
      <w:pPr>
        <w:numPr>
          <w:ilvl w:val="0"/>
          <w:numId w:val="16"/>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«Гонки снежных комов».</w:t>
      </w:r>
    </w:p>
    <w:p w:rsidR="002E47B9" w:rsidRPr="001A456E" w:rsidRDefault="00BD5B97" w:rsidP="003772B6">
      <w:pPr>
        <w:numPr>
          <w:ilvl w:val="0"/>
          <w:numId w:val="16"/>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«Клуб ледяных инженеров».</w:t>
      </w:r>
    </w:p>
    <w:p w:rsidR="002E47B9" w:rsidRPr="001A456E" w:rsidRDefault="00BD5B97" w:rsidP="003772B6">
      <w:pPr>
        <w:numPr>
          <w:ilvl w:val="0"/>
          <w:numId w:val="16"/>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«Мяч из круга».</w:t>
      </w:r>
    </w:p>
    <w:p w:rsidR="002E47B9" w:rsidRPr="001A456E" w:rsidRDefault="00BD5B97" w:rsidP="003772B6">
      <w:pPr>
        <w:numPr>
          <w:ilvl w:val="0"/>
          <w:numId w:val="16"/>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«Гонка с шайбами».</w:t>
      </w:r>
    </w:p>
    <w:p w:rsidR="002E47B9" w:rsidRPr="001A456E" w:rsidRDefault="00BD5B97" w:rsidP="003772B6">
      <w:pPr>
        <w:numPr>
          <w:ilvl w:val="0"/>
          <w:numId w:val="16"/>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«Черепахи».</w:t>
      </w:r>
    </w:p>
    <w:p w:rsidR="002E47B9" w:rsidRPr="001A456E" w:rsidRDefault="00014F27" w:rsidP="003772B6">
      <w:pPr>
        <w:shd w:val="clear" w:color="auto" w:fill="FFFFFF"/>
        <w:tabs>
          <w:tab w:val="left" w:pos="1650"/>
        </w:tabs>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Эстафеты.</w:t>
      </w:r>
      <w:r w:rsidRPr="001A456E">
        <w:rPr>
          <w:rFonts w:ascii="Times New Roman" w:eastAsia="Times New Roman" w:hAnsi="Times New Roman" w:cs="Times New Roman"/>
          <w:b/>
          <w:bCs/>
          <w:sz w:val="28"/>
          <w:szCs w:val="28"/>
          <w:lang w:eastAsia="ru-RU"/>
        </w:rPr>
        <w:tab/>
        <w:t xml:space="preserve"> (8</w:t>
      </w:r>
      <w:r w:rsidR="00BD5B97" w:rsidRPr="001A456E">
        <w:rPr>
          <w:rFonts w:ascii="Times New Roman" w:eastAsia="Times New Roman" w:hAnsi="Times New Roman" w:cs="Times New Roman"/>
          <w:b/>
          <w:bCs/>
          <w:sz w:val="28"/>
          <w:szCs w:val="28"/>
          <w:lang w:eastAsia="ru-RU"/>
        </w:rPr>
        <w:t xml:space="preserve"> часа)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Знакомство с правилами проведения эстафет. Профилактика детского травматизма.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17"/>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Беговая эстафеты.</w:t>
      </w:r>
    </w:p>
    <w:p w:rsidR="002E47B9" w:rsidRPr="001A456E" w:rsidRDefault="00BD5B97" w:rsidP="003772B6">
      <w:pPr>
        <w:numPr>
          <w:ilvl w:val="0"/>
          <w:numId w:val="17"/>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Эстафета с предметами (мячами, обручами, скакалками)</w:t>
      </w:r>
    </w:p>
    <w:p w:rsidR="002E47B9" w:rsidRPr="001A456E" w:rsidRDefault="00BD5B97" w:rsidP="003772B6">
      <w:pPr>
        <w:numPr>
          <w:ilvl w:val="0"/>
          <w:numId w:val="17"/>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Эстафеты на развитие статистического и динамического равновесия.</w:t>
      </w:r>
    </w:p>
    <w:p w:rsidR="002E47B9" w:rsidRPr="001A456E" w:rsidRDefault="00014F2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Народные игры. (14</w:t>
      </w:r>
      <w:r w:rsidR="00BD5B97" w:rsidRPr="001A456E">
        <w:rPr>
          <w:rFonts w:ascii="Times New Roman" w:eastAsia="Times New Roman" w:hAnsi="Times New Roman" w:cs="Times New Roman"/>
          <w:b/>
          <w:bCs/>
          <w:sz w:val="28"/>
          <w:szCs w:val="28"/>
          <w:lang w:eastAsia="ru-RU"/>
        </w:rPr>
        <w:t xml:space="preserve">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Народные игры – основа игровой культуры. Роль и место игры в жизни людей.</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18"/>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«Калин – бан -ба»</w:t>
      </w:r>
    </w:p>
    <w:p w:rsidR="002E47B9" w:rsidRPr="001A456E" w:rsidRDefault="00BD5B97" w:rsidP="003772B6">
      <w:pPr>
        <w:numPr>
          <w:ilvl w:val="0"/>
          <w:numId w:val="18"/>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«Чижик»</w:t>
      </w:r>
    </w:p>
    <w:p w:rsidR="002E47B9" w:rsidRPr="001A456E" w:rsidRDefault="00BD5B97" w:rsidP="003772B6">
      <w:pPr>
        <w:numPr>
          <w:ilvl w:val="0"/>
          <w:numId w:val="18"/>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«Золотые ворота»</w:t>
      </w:r>
    </w:p>
    <w:p w:rsidR="002E47B9" w:rsidRPr="001A456E" w:rsidRDefault="00BD5B97" w:rsidP="003772B6">
      <w:pPr>
        <w:numPr>
          <w:ilvl w:val="0"/>
          <w:numId w:val="18"/>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w:t>
      </w:r>
      <w:r w:rsidRPr="001A456E">
        <w:rPr>
          <w:rFonts w:ascii="Times New Roman" w:eastAsia="Times New Roman" w:hAnsi="Times New Roman" w:cs="Times New Roman"/>
          <w:bCs/>
          <w:sz w:val="28"/>
          <w:szCs w:val="28"/>
          <w:lang w:eastAsia="ru-RU"/>
        </w:rPr>
        <w:t>"Чехарда".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 xml:space="preserve"> 2 класс (34 часа)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 xml:space="preserve">Игры с бегом (6 часов) </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безопасного поведения при проведении</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 с бегом. Техника бега с ускорением, техника равномерного бега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19"/>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Комплекс ОРУ на месте. Комплекс ОРУ с рифмованными строчками. Игра «Совушка». Игра «Вороны и воробьи»</w:t>
      </w:r>
    </w:p>
    <w:p w:rsidR="002E47B9" w:rsidRPr="001A456E" w:rsidRDefault="00BD5B97" w:rsidP="003772B6">
      <w:pPr>
        <w:numPr>
          <w:ilvl w:val="0"/>
          <w:numId w:val="19"/>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в движении. Игра «К своим флажкам». Игра «День и ночь».</w:t>
      </w:r>
    </w:p>
    <w:p w:rsidR="002E47B9" w:rsidRPr="001A456E" w:rsidRDefault="00BD5B97" w:rsidP="003772B6">
      <w:pPr>
        <w:numPr>
          <w:ilvl w:val="0"/>
          <w:numId w:val="19"/>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в колонне по одному в движении. Игра «Вызов номеров»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«Пустое место».</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Упражнения с предметами. Ирга «Невод». Игра «Колесо»</w:t>
      </w:r>
    </w:p>
    <w:p w:rsidR="002E47B9" w:rsidRPr="001A456E" w:rsidRDefault="00BD5B97" w:rsidP="003772B6">
      <w:pPr>
        <w:numPr>
          <w:ilvl w:val="0"/>
          <w:numId w:val="20"/>
        </w:num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на месте. Игра «Два мороза». Игра «Воробьи-попрыгунчики».</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с прыжками (4часа)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по технике безопасности при проведении игр с прыжками.</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Профилактика детского травматизма. Развитие координации движений в прыжках со скакалкой</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21"/>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Игра «Салки на одной ноге». Игра «Воробушки».</w:t>
      </w:r>
    </w:p>
    <w:p w:rsidR="002E47B9" w:rsidRPr="001A456E" w:rsidRDefault="00BD5B97" w:rsidP="003772B6">
      <w:pPr>
        <w:numPr>
          <w:ilvl w:val="0"/>
          <w:numId w:val="21"/>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упражнений с длинной скакалкой. Игра «Удочка». Игра «Кто выше»</w:t>
      </w:r>
    </w:p>
    <w:p w:rsidR="002E47B9" w:rsidRPr="001A456E" w:rsidRDefault="00BD5B97" w:rsidP="003772B6">
      <w:pPr>
        <w:numPr>
          <w:ilvl w:val="0"/>
          <w:numId w:val="21"/>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мячами. Игра «Прыжки в приседе». Игра «Пингвины с мячом».</w:t>
      </w:r>
    </w:p>
    <w:p w:rsidR="002E47B9" w:rsidRPr="001A456E" w:rsidRDefault="00BD5B97" w:rsidP="003772B6">
      <w:pPr>
        <w:numPr>
          <w:ilvl w:val="0"/>
          <w:numId w:val="21"/>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короткой скакалкой. Игра «Поймай лягушку». Игра «Прыжки с поворотом»</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с мячом (6часов)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безопасного поведения при играх с мячом.</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22"/>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Совершенствование координации движений. Игра «Передал – садись». Игра «Свечи».</w:t>
      </w:r>
    </w:p>
    <w:p w:rsidR="002E47B9" w:rsidRPr="001A456E" w:rsidRDefault="00BD5B97" w:rsidP="003772B6">
      <w:pPr>
        <w:numPr>
          <w:ilvl w:val="0"/>
          <w:numId w:val="22"/>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Развитие глазомера и чувства расстояния. Передача мяча. Метание мяча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«Охотники и утки». Игра «Сбей мяч»</w:t>
      </w:r>
    </w:p>
    <w:p w:rsidR="002E47B9" w:rsidRPr="001A456E" w:rsidRDefault="00BD5B97" w:rsidP="003772B6">
      <w:pPr>
        <w:numPr>
          <w:ilvl w:val="0"/>
          <w:numId w:val="23"/>
        </w:num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Укрепление основных мышечных групп; мышц рук и плечевого пояса. Игра «Рак пятится назад». Игра «Скорый поезд».</w:t>
      </w:r>
    </w:p>
    <w:p w:rsidR="002E47B9" w:rsidRPr="001A456E" w:rsidRDefault="00BD5B97" w:rsidP="003772B6">
      <w:pPr>
        <w:numPr>
          <w:ilvl w:val="0"/>
          <w:numId w:val="24"/>
        </w:num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Обучение бросанию, метанию и ловле мяча в игре.</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Броски и ловля мяча. Игра «Кто самый меткий». Игра «Не упусти мяч».</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малой подвижности (4 часа)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по технике безопасности при проведении игры малой</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подвижности.</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25"/>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специальных упражнений «Ровная спина». Игра «Змейка». Игра «Карлики и великаны».</w:t>
      </w:r>
    </w:p>
    <w:p w:rsidR="002E47B9" w:rsidRPr="001A456E" w:rsidRDefault="00BD5B97" w:rsidP="003772B6">
      <w:pPr>
        <w:numPr>
          <w:ilvl w:val="0"/>
          <w:numId w:val="25"/>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упражнений с мешочками. Игра «Кошка и мышка». Игра «Ручеек».</w:t>
      </w:r>
    </w:p>
    <w:p w:rsidR="002E47B9" w:rsidRPr="001A456E" w:rsidRDefault="00BD5B97" w:rsidP="003772B6">
      <w:pPr>
        <w:numPr>
          <w:ilvl w:val="0"/>
          <w:numId w:val="25"/>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Упражнения для исправления нарушений осанки и плоскостопия. Игра «Стрекозы». Игра «Чемпионы скакалки».</w:t>
      </w:r>
    </w:p>
    <w:p w:rsidR="002E47B9" w:rsidRPr="001A456E" w:rsidRDefault="00BD5B97" w:rsidP="003772B6">
      <w:pPr>
        <w:numPr>
          <w:ilvl w:val="0"/>
          <w:numId w:val="25"/>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Гимнастические построения, размыкания, фигурная маршировка.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«Построение в шеренгу». Игра «На новое место». Игра «</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Лабиринт». Игра «Что изменилось?»</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Зимние забавы (4 часа)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Закаливание и его влияние на организм. Правила безопасного поведения при катании на лыжах, санках. Инструктаж по технике безопасности.</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26"/>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«Лепим снежную бабу».</w:t>
      </w:r>
    </w:p>
    <w:p w:rsidR="002E47B9" w:rsidRPr="001A456E" w:rsidRDefault="00BD5B97" w:rsidP="003772B6">
      <w:pPr>
        <w:numPr>
          <w:ilvl w:val="0"/>
          <w:numId w:val="26"/>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«Лепим сказочных героев».</w:t>
      </w:r>
    </w:p>
    <w:p w:rsidR="002E47B9" w:rsidRPr="001A456E" w:rsidRDefault="00BD5B97" w:rsidP="003772B6">
      <w:pPr>
        <w:numPr>
          <w:ilvl w:val="0"/>
          <w:numId w:val="26"/>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«Санные поезда».</w:t>
      </w:r>
    </w:p>
    <w:p w:rsidR="002E47B9" w:rsidRPr="001A456E" w:rsidRDefault="00BD5B97" w:rsidP="003772B6">
      <w:pPr>
        <w:numPr>
          <w:ilvl w:val="0"/>
          <w:numId w:val="26"/>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«На одной лыже».</w:t>
      </w:r>
    </w:p>
    <w:p w:rsidR="002E47B9" w:rsidRPr="001A456E" w:rsidRDefault="00BD5B97" w:rsidP="003772B6">
      <w:pPr>
        <w:numPr>
          <w:ilvl w:val="0"/>
          <w:numId w:val="26"/>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«Езда на перекладных»</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Эстафеты (5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безопасного поведения при проведении эстафет</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Способы деления на команды. Считалки</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27"/>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Веселые старты</w:t>
      </w:r>
    </w:p>
    <w:p w:rsidR="002E47B9" w:rsidRPr="001A456E" w:rsidRDefault="00BD5B97" w:rsidP="003772B6">
      <w:pPr>
        <w:numPr>
          <w:ilvl w:val="0"/>
          <w:numId w:val="27"/>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Эстафеты «Бег по кочкам», «Бег сороконожек».</w:t>
      </w:r>
    </w:p>
    <w:p w:rsidR="002E47B9" w:rsidRPr="001A456E" w:rsidRDefault="00BD5B97" w:rsidP="003772B6">
      <w:pPr>
        <w:numPr>
          <w:ilvl w:val="0"/>
          <w:numId w:val="27"/>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Эстафеты «Рак пятится назад», «Скорый поезд».</w:t>
      </w:r>
    </w:p>
    <w:p w:rsidR="002E47B9" w:rsidRPr="001A456E" w:rsidRDefault="00BD5B97" w:rsidP="003772B6">
      <w:pPr>
        <w:numPr>
          <w:ilvl w:val="0"/>
          <w:numId w:val="27"/>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Эстафеты «Чемпионы скакалки», «Вьюны».</w:t>
      </w:r>
    </w:p>
    <w:p w:rsidR="002E47B9" w:rsidRPr="001A456E" w:rsidRDefault="00BD5B97" w:rsidP="003772B6">
      <w:pPr>
        <w:numPr>
          <w:ilvl w:val="0"/>
          <w:numId w:val="27"/>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Эстафеты «Стрекозы», «На новое место».</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Народные игры (5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История изучения и организации игр. Знаменитые собиратели и организаторы игр. Игровая терминология.</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28"/>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Разучивание народных игр. Игра «Бегунок»</w:t>
      </w:r>
    </w:p>
    <w:p w:rsidR="002E47B9" w:rsidRPr="001A456E" w:rsidRDefault="00BD5B97" w:rsidP="003772B6">
      <w:pPr>
        <w:numPr>
          <w:ilvl w:val="0"/>
          <w:numId w:val="28"/>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«Верёвочка»</w:t>
      </w:r>
    </w:p>
    <w:p w:rsidR="002E47B9" w:rsidRPr="001A456E" w:rsidRDefault="00BD5B97" w:rsidP="003772B6">
      <w:pPr>
        <w:numPr>
          <w:ilvl w:val="0"/>
          <w:numId w:val="28"/>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«Котел»</w:t>
      </w:r>
    </w:p>
    <w:p w:rsidR="002E47B9" w:rsidRPr="001A456E" w:rsidRDefault="00BD5B97" w:rsidP="003772B6">
      <w:pPr>
        <w:numPr>
          <w:ilvl w:val="0"/>
          <w:numId w:val="28"/>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w:t>
      </w:r>
      <w:r w:rsidRPr="001A456E">
        <w:rPr>
          <w:rFonts w:ascii="Times New Roman" w:eastAsia="Times New Roman" w:hAnsi="Times New Roman" w:cs="Times New Roman"/>
          <w:bCs/>
          <w:sz w:val="28"/>
          <w:szCs w:val="28"/>
          <w:lang w:eastAsia="ru-RU"/>
        </w:rPr>
        <w:t>"Дедушка - сапожник".</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sz w:val="28"/>
          <w:szCs w:val="28"/>
          <w:lang w:eastAsia="ru-RU"/>
        </w:rPr>
        <w:t xml:space="preserve"> </w:t>
      </w:r>
      <w:r w:rsidRPr="001A456E">
        <w:rPr>
          <w:rFonts w:ascii="Times New Roman" w:eastAsia="Times New Roman" w:hAnsi="Times New Roman" w:cs="Times New Roman"/>
          <w:b/>
          <w:sz w:val="28"/>
          <w:szCs w:val="28"/>
          <w:lang w:eastAsia="ru-RU"/>
        </w:rPr>
        <w:t>3 класс (34 часа)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с бегом (5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техники безопасности. Значение бега в жизни человека и животных. Лучшие легкоатлеты страны, области, школы.</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29"/>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для укрепления мышц ног. Игра «Змейка». Игра «Челнок».</w:t>
      </w:r>
    </w:p>
    <w:p w:rsidR="002E47B9" w:rsidRPr="001A456E" w:rsidRDefault="00BD5B97" w:rsidP="003772B6">
      <w:pPr>
        <w:numPr>
          <w:ilvl w:val="0"/>
          <w:numId w:val="29"/>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на месте. Игра «Пустое место». Игра «Филин и пташки»</w:t>
      </w:r>
    </w:p>
    <w:p w:rsidR="002E47B9" w:rsidRPr="001A456E" w:rsidRDefault="00BD5B97" w:rsidP="003772B6">
      <w:pPr>
        <w:numPr>
          <w:ilvl w:val="0"/>
          <w:numId w:val="29"/>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ОУР в движении. Игра «Пятнашки с домом». Игра «Прерванные пятнашки». Игра «Круговые пятнашки»</w:t>
      </w:r>
    </w:p>
    <w:p w:rsidR="002E47B9" w:rsidRPr="001A456E" w:rsidRDefault="00BD5B97" w:rsidP="003772B6">
      <w:pPr>
        <w:numPr>
          <w:ilvl w:val="0"/>
          <w:numId w:val="29"/>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в колонне по одному в движении. Игра «Круговые пятнашки». Игра «Ловушки в кругу». Игра «Много троих, хватит двоих»</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с мячом (5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техники безопасности при игре с мячом. Разучивание считалок.</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30"/>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малыми мячами. Игра «Мячик кверху». Игра «Свечи ставить»</w:t>
      </w:r>
    </w:p>
    <w:p w:rsidR="002E47B9" w:rsidRPr="001A456E" w:rsidRDefault="00BD5B97" w:rsidP="003772B6">
      <w:pPr>
        <w:numPr>
          <w:ilvl w:val="0"/>
          <w:numId w:val="30"/>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большими мячами. Игра «Перебрасывание мяча»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«Зевака». Игра «Летучий мяч».</w:t>
      </w:r>
    </w:p>
    <w:p w:rsidR="002E47B9" w:rsidRPr="001A456E" w:rsidRDefault="00BD5B97" w:rsidP="003772B6">
      <w:pPr>
        <w:numPr>
          <w:ilvl w:val="0"/>
          <w:numId w:val="31"/>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набивными мячами. Игра «Выбей мяч из круга». Игра «Защищай город».</w:t>
      </w:r>
    </w:p>
    <w:p w:rsidR="002E47B9" w:rsidRPr="001A456E" w:rsidRDefault="00BD5B97" w:rsidP="003772B6">
      <w:pPr>
        <w:numPr>
          <w:ilvl w:val="0"/>
          <w:numId w:val="31"/>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мячами. Игра «Гонка мячей». Игра «Попади в цель». Игра «Русская лапта»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с прыжками (5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техники безопасности при игре с прыжками.</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Для чего человеку важно уметь прыгать.</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Виды прыжков. Разучивание считалок.</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32"/>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Комплекс ОРУ. Игра «Воробушки и кот». Игра «Дедушка – рожок».</w:t>
      </w:r>
    </w:p>
    <w:p w:rsidR="002E47B9" w:rsidRPr="001A456E" w:rsidRDefault="00BD5B97" w:rsidP="003772B6">
      <w:pPr>
        <w:numPr>
          <w:ilvl w:val="0"/>
          <w:numId w:val="32"/>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Игра «Переселение лягушек». Игра «Лошадки».</w:t>
      </w:r>
    </w:p>
    <w:p w:rsidR="002E47B9" w:rsidRPr="001A456E" w:rsidRDefault="00BD5B97" w:rsidP="003772B6">
      <w:pPr>
        <w:numPr>
          <w:ilvl w:val="0"/>
          <w:numId w:val="32"/>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Игра «Петушиный бой». Игра «Борьба за прыжки».</w:t>
      </w:r>
    </w:p>
    <w:p w:rsidR="002E47B9" w:rsidRPr="001A456E" w:rsidRDefault="00BD5B97" w:rsidP="003772B6">
      <w:pPr>
        <w:numPr>
          <w:ilvl w:val="0"/>
          <w:numId w:val="32"/>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Игра «Солка на одной ноге». Игра «Кто первый?».</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малой подвижности (6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техники безопасности. Знакомство с играми на внимательность.</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33"/>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Игры на внимательность. Игра «Летит - не летит». Игра «Запрещенное движение». Игра «Перемена мест».</w:t>
      </w:r>
    </w:p>
    <w:p w:rsidR="002E47B9" w:rsidRPr="001A456E" w:rsidRDefault="00BD5B97" w:rsidP="003772B6">
      <w:pPr>
        <w:numPr>
          <w:ilvl w:val="0"/>
          <w:numId w:val="33"/>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для правильной осанки, разучивание считалок.</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Игры «Колечко». Игра «Море волнуется». Игра «Кривой петух»</w:t>
      </w:r>
    </w:p>
    <w:p w:rsidR="002E47B9" w:rsidRPr="001A456E" w:rsidRDefault="00BD5B97" w:rsidP="003772B6">
      <w:pPr>
        <w:numPr>
          <w:ilvl w:val="0"/>
          <w:numId w:val="34"/>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Игра «Молчанка». Игра «Колечко».</w:t>
      </w:r>
    </w:p>
    <w:p w:rsidR="002E47B9" w:rsidRPr="001A456E" w:rsidRDefault="00BD5B97" w:rsidP="003772B6">
      <w:pPr>
        <w:numPr>
          <w:ilvl w:val="0"/>
          <w:numId w:val="34"/>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Игра «Краски». Игра «Перемена мест»</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Зимние забавы (3 часа)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техники безопасности зимой. Осторожно лед.</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Загадки и пословицы о зиме. Беседа о закаливании.</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35"/>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«Строим крепость».</w:t>
      </w:r>
    </w:p>
    <w:p w:rsidR="002E47B9" w:rsidRPr="001A456E" w:rsidRDefault="00BD5B97" w:rsidP="003772B6">
      <w:pPr>
        <w:numPr>
          <w:ilvl w:val="0"/>
          <w:numId w:val="35"/>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«Взятие снежного городка».</w:t>
      </w:r>
    </w:p>
    <w:p w:rsidR="002E47B9" w:rsidRPr="001A456E" w:rsidRDefault="00BD5B97" w:rsidP="003772B6">
      <w:pPr>
        <w:numPr>
          <w:ilvl w:val="0"/>
          <w:numId w:val="35"/>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«Лепим снеговика».</w:t>
      </w:r>
    </w:p>
    <w:p w:rsidR="002E47B9" w:rsidRPr="001A456E" w:rsidRDefault="00BD5B97" w:rsidP="003772B6">
      <w:pPr>
        <w:numPr>
          <w:ilvl w:val="0"/>
          <w:numId w:val="35"/>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«Меткой стрелок».</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Эстафеты (6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Значение слова эстафета. Разбивание разными способами команд на группы.</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36"/>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Эстафеты «Передал – садись», «Мяч среднему», «Парашютисты», «Скакалка под ногами», «Тачка».</w:t>
      </w:r>
    </w:p>
    <w:p w:rsidR="002E47B9" w:rsidRPr="001A456E" w:rsidRDefault="00BD5B97" w:rsidP="003772B6">
      <w:pPr>
        <w:numPr>
          <w:ilvl w:val="0"/>
          <w:numId w:val="36"/>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Эстафета «Челночный бег», «По цепочке», «Вызов номеров», «Дорожки», «Шарик в ложке».</w:t>
      </w:r>
    </w:p>
    <w:p w:rsidR="002E47B9" w:rsidRPr="001A456E" w:rsidRDefault="00BD5B97" w:rsidP="003772B6">
      <w:pPr>
        <w:numPr>
          <w:ilvl w:val="0"/>
          <w:numId w:val="36"/>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Эстафета «Ведерко с водой», «Кати большой мяч впереди себя», «Нитки наматывать», «Передача мяча в колонне», «Поезд».</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Народные игры (4 часа)</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lastRenderedPageBreak/>
        <w:t>Теория.</w:t>
      </w:r>
      <w:r w:rsidRPr="001A456E">
        <w:rPr>
          <w:rFonts w:ascii="Times New Roman" w:eastAsia="Times New Roman" w:hAnsi="Times New Roman" w:cs="Times New Roman"/>
          <w:sz w:val="28"/>
          <w:szCs w:val="28"/>
          <w:lang w:eastAsia="ru-RU"/>
        </w:rPr>
        <w:t> Материальная и духовная игровая культура. Организация и проведение игр на праздниках.</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37"/>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w:t>
      </w:r>
      <w:r w:rsidRPr="001A456E">
        <w:rPr>
          <w:rFonts w:ascii="Times New Roman" w:eastAsia="Times New Roman" w:hAnsi="Times New Roman" w:cs="Times New Roman"/>
          <w:b/>
          <w:bCs/>
          <w:sz w:val="28"/>
          <w:szCs w:val="28"/>
          <w:lang w:eastAsia="ru-RU"/>
        </w:rPr>
        <w:t>"</w:t>
      </w:r>
      <w:r w:rsidRPr="001A456E">
        <w:rPr>
          <w:rFonts w:ascii="Times New Roman" w:eastAsia="Times New Roman" w:hAnsi="Times New Roman" w:cs="Times New Roman"/>
          <w:bCs/>
          <w:sz w:val="28"/>
          <w:szCs w:val="28"/>
          <w:lang w:eastAsia="ru-RU"/>
        </w:rPr>
        <w:t>Горелки".</w:t>
      </w:r>
    </w:p>
    <w:p w:rsidR="002E47B9" w:rsidRPr="001A456E" w:rsidRDefault="00BD5B97" w:rsidP="003772B6">
      <w:pPr>
        <w:numPr>
          <w:ilvl w:val="0"/>
          <w:numId w:val="37"/>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«Гуси - лебеди»</w:t>
      </w:r>
    </w:p>
    <w:p w:rsidR="002E47B9" w:rsidRPr="001A456E" w:rsidRDefault="00BD5B97" w:rsidP="003772B6">
      <w:pPr>
        <w:numPr>
          <w:ilvl w:val="0"/>
          <w:numId w:val="37"/>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«Мотальщицы»</w:t>
      </w:r>
    </w:p>
    <w:p w:rsidR="002E47B9" w:rsidRPr="001A456E" w:rsidRDefault="00BD5B97" w:rsidP="003772B6">
      <w:pPr>
        <w:numPr>
          <w:ilvl w:val="0"/>
          <w:numId w:val="37"/>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w:t>
      </w:r>
      <w:r w:rsidRPr="001A456E">
        <w:rPr>
          <w:rFonts w:ascii="Times New Roman" w:eastAsia="Times New Roman" w:hAnsi="Times New Roman" w:cs="Times New Roman"/>
          <w:bCs/>
          <w:sz w:val="28"/>
          <w:szCs w:val="28"/>
          <w:lang w:eastAsia="ru-RU"/>
        </w:rPr>
        <w:t>"Мишени".</w:t>
      </w:r>
    </w:p>
    <w:p w:rsidR="002E47B9" w:rsidRPr="001A456E" w:rsidRDefault="000D5E5C" w:rsidP="003772B6">
      <w:pPr>
        <w:shd w:val="clear" w:color="auto" w:fill="FFFFFF"/>
        <w:spacing w:beforeAutospacing="1" w:afterAutospacing="1" w:line="240" w:lineRule="auto"/>
        <w:rPr>
          <w:rFonts w:ascii="Times New Roman" w:eastAsia="Times New Roman" w:hAnsi="Times New Roman" w:cs="Times New Roman"/>
          <w:b/>
          <w:sz w:val="28"/>
          <w:szCs w:val="28"/>
          <w:lang w:eastAsia="ru-RU"/>
        </w:rPr>
      </w:pPr>
      <w:r w:rsidRPr="001A456E">
        <w:rPr>
          <w:rFonts w:ascii="Times New Roman" w:eastAsia="Times New Roman" w:hAnsi="Times New Roman" w:cs="Times New Roman"/>
          <w:b/>
          <w:sz w:val="28"/>
          <w:szCs w:val="28"/>
          <w:lang w:eastAsia="ru-RU"/>
        </w:rPr>
        <w:t>4 класс (68</w:t>
      </w:r>
      <w:r w:rsidR="00BD5B97" w:rsidRPr="001A456E">
        <w:rPr>
          <w:rFonts w:ascii="Times New Roman" w:eastAsia="Times New Roman" w:hAnsi="Times New Roman" w:cs="Times New Roman"/>
          <w:b/>
          <w:sz w:val="28"/>
          <w:szCs w:val="28"/>
          <w:lang w:eastAsia="ru-RU"/>
        </w:rPr>
        <w:t xml:space="preserve"> час)</w:t>
      </w:r>
    </w:p>
    <w:p w:rsidR="002E47B9" w:rsidRPr="001A456E" w:rsidRDefault="000D5E5C"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с бегом (10</w:t>
      </w:r>
      <w:r w:rsidR="00BD5B97" w:rsidRPr="001A456E">
        <w:rPr>
          <w:rFonts w:ascii="Times New Roman" w:eastAsia="Times New Roman" w:hAnsi="Times New Roman" w:cs="Times New Roman"/>
          <w:b/>
          <w:bCs/>
          <w:sz w:val="28"/>
          <w:szCs w:val="28"/>
          <w:lang w:eastAsia="ru-RU"/>
        </w:rPr>
        <w:t xml:space="preserve">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ТБ при проведении подвижных игр. Способы деления на команды. Повторение считалок.</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38"/>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в движении. Игра «Бег командами». Игра «Мешочек».</w:t>
      </w:r>
    </w:p>
    <w:p w:rsidR="002E47B9" w:rsidRPr="001A456E" w:rsidRDefault="00BD5B97" w:rsidP="003772B6">
      <w:pPr>
        <w:numPr>
          <w:ilvl w:val="0"/>
          <w:numId w:val="38"/>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предметами. Игра «Городок». Игра «Русская лапта</w:t>
      </w:r>
    </w:p>
    <w:p w:rsidR="002E47B9" w:rsidRPr="001A456E" w:rsidRDefault="00BD5B97" w:rsidP="003772B6">
      <w:pPr>
        <w:numPr>
          <w:ilvl w:val="0"/>
          <w:numId w:val="38"/>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на месте. Игра «Лиса в курятнике». Игра «Ловкие ребята».</w:t>
      </w:r>
    </w:p>
    <w:p w:rsidR="002E47B9" w:rsidRPr="001A456E" w:rsidRDefault="00BD5B97" w:rsidP="003772B6">
      <w:pPr>
        <w:numPr>
          <w:ilvl w:val="0"/>
          <w:numId w:val="38"/>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предметами. Игра «Пятнашки в кругу». Игра «Караси и щуки».</w:t>
      </w:r>
    </w:p>
    <w:p w:rsidR="002E47B9" w:rsidRPr="001A456E" w:rsidRDefault="000D5E5C"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с мячом (10</w:t>
      </w:r>
      <w:r w:rsidR="00BD5B97" w:rsidRPr="001A456E">
        <w:rPr>
          <w:rFonts w:ascii="Times New Roman" w:eastAsia="Times New Roman" w:hAnsi="Times New Roman" w:cs="Times New Roman"/>
          <w:b/>
          <w:bCs/>
          <w:sz w:val="28"/>
          <w:szCs w:val="28"/>
          <w:lang w:eastAsia="ru-RU"/>
        </w:rPr>
        <w:t xml:space="preserve">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безопасного поведения с мячом в местах проведения подвижных игр. Инструктаж по ТБ. Способы передачи мяча; переброска мячей друг другу в шеренгах.</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39"/>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малыми мячами. Игра «Мяч в центре». Игра «Мяч среднему».</w:t>
      </w:r>
    </w:p>
    <w:p w:rsidR="002E47B9" w:rsidRPr="001A456E" w:rsidRDefault="00BD5B97" w:rsidP="003772B6">
      <w:pPr>
        <w:numPr>
          <w:ilvl w:val="0"/>
          <w:numId w:val="39"/>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большими мячами. Игра «Мяч – соседу». Игра «Охотники».</w:t>
      </w:r>
    </w:p>
    <w:p w:rsidR="002E47B9" w:rsidRPr="001A456E" w:rsidRDefault="00BD5B97" w:rsidP="003772B6">
      <w:pPr>
        <w:numPr>
          <w:ilvl w:val="0"/>
          <w:numId w:val="39"/>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набивными мячами. Игра «Отгадай, кто бросил»</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«Защищай ворота».</w:t>
      </w:r>
    </w:p>
    <w:p w:rsidR="002E47B9" w:rsidRPr="001A456E" w:rsidRDefault="00BD5B97" w:rsidP="003772B6">
      <w:pPr>
        <w:numPr>
          <w:ilvl w:val="0"/>
          <w:numId w:val="40"/>
        </w:num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с мячами. Игра «Подвижная цель». Игра «Обгони мяч».</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«Мяч в центре».</w:t>
      </w:r>
    </w:p>
    <w:p w:rsidR="002E47B9" w:rsidRPr="001A456E" w:rsidRDefault="000D5E5C"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Игры с прыжками (10</w:t>
      </w:r>
      <w:r w:rsidR="00BD5B97" w:rsidRPr="001A456E">
        <w:rPr>
          <w:rFonts w:ascii="Times New Roman" w:eastAsia="Times New Roman" w:hAnsi="Times New Roman" w:cs="Times New Roman"/>
          <w:b/>
          <w:bCs/>
          <w:sz w:val="28"/>
          <w:szCs w:val="28"/>
          <w:lang w:eastAsia="ru-RU"/>
        </w:rPr>
        <w:t xml:space="preserve">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безопасного поведения в местах проведения подвижных игр.</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Профилактика детского травматизма. Разучивание считалок.</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41"/>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Игра «Туда- обратно». Игра «Зайцы в огороде».</w:t>
      </w:r>
    </w:p>
    <w:p w:rsidR="002E47B9" w:rsidRPr="001A456E" w:rsidRDefault="00BD5B97" w:rsidP="003772B6">
      <w:pPr>
        <w:numPr>
          <w:ilvl w:val="0"/>
          <w:numId w:val="41"/>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Игра «Шишки, жёлуди, орехи».Игра «белые медведи».</w:t>
      </w:r>
    </w:p>
    <w:p w:rsidR="002E47B9" w:rsidRPr="001A456E" w:rsidRDefault="00BD5B97" w:rsidP="003772B6">
      <w:pPr>
        <w:numPr>
          <w:ilvl w:val="0"/>
          <w:numId w:val="41"/>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Игра «Карусели». Игра «Тропка».</w:t>
      </w:r>
    </w:p>
    <w:p w:rsidR="002E47B9" w:rsidRPr="001A456E" w:rsidRDefault="00BD5B97" w:rsidP="003772B6">
      <w:pPr>
        <w:numPr>
          <w:ilvl w:val="0"/>
          <w:numId w:val="41"/>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Игра «Ловушка». Игра «Капканы».</w:t>
      </w:r>
    </w:p>
    <w:p w:rsidR="002E47B9" w:rsidRPr="001A456E" w:rsidRDefault="000D5E5C"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Игра малой подвижности (12</w:t>
      </w:r>
      <w:r w:rsidR="00BD5B97" w:rsidRPr="001A456E">
        <w:rPr>
          <w:rFonts w:ascii="Times New Roman" w:eastAsia="Times New Roman" w:hAnsi="Times New Roman" w:cs="Times New Roman"/>
          <w:b/>
          <w:bCs/>
          <w:sz w:val="28"/>
          <w:szCs w:val="28"/>
          <w:lang w:eastAsia="ru-RU"/>
        </w:rPr>
        <w:t xml:space="preserve">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безопасного поведения в местах проведения подвижных игр. Инструктаж по ТБ. Разучивание рифм для проведения игр.</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42"/>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на месте. Игра «Кто дальше бросит?». Игра «Что изменилось?». Игра «Найди предмет».</w:t>
      </w:r>
    </w:p>
    <w:p w:rsidR="002E47B9" w:rsidRPr="001A456E" w:rsidRDefault="00BD5B97" w:rsidP="003772B6">
      <w:pPr>
        <w:numPr>
          <w:ilvl w:val="0"/>
          <w:numId w:val="42"/>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на месте. Игра «Слушай сигнал». Игра «Угадай, кто это?». Игра «Точный телеграф».</w:t>
      </w:r>
    </w:p>
    <w:p w:rsidR="002E47B9" w:rsidRPr="001A456E" w:rsidRDefault="00BD5B97" w:rsidP="003772B6">
      <w:pPr>
        <w:numPr>
          <w:ilvl w:val="0"/>
          <w:numId w:val="42"/>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на месте. Игра «Невидимки». Игра «Наблюдатели». Игра «Кто точнее».</w:t>
      </w:r>
    </w:p>
    <w:p w:rsidR="002E47B9" w:rsidRPr="001A456E" w:rsidRDefault="00BD5B97" w:rsidP="003772B6">
      <w:pPr>
        <w:numPr>
          <w:ilvl w:val="0"/>
          <w:numId w:val="42"/>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Комплекс ОРУ на месте. Игра «Ориентирование без карты». Игра «Садовник».</w:t>
      </w:r>
    </w:p>
    <w:p w:rsidR="002E47B9" w:rsidRPr="001A456E" w:rsidRDefault="000D5E5C"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Зимние забавы (7 часов</w:t>
      </w:r>
      <w:r w:rsidR="00BD5B97" w:rsidRPr="001A456E">
        <w:rPr>
          <w:rFonts w:ascii="Times New Roman" w:eastAsia="Times New Roman" w:hAnsi="Times New Roman" w:cs="Times New Roman"/>
          <w:b/>
          <w:bCs/>
          <w:sz w:val="28"/>
          <w:szCs w:val="28"/>
          <w:lang w:eastAsia="ru-RU"/>
        </w:rPr>
        <w:t>)</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безопасного поведения</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при катании на лыжах, санках.</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Инструктаж по ТБ. Повторение попеременного двухшажного хода, поворота в движении и торможение.</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43"/>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«Снежком по мячу».</w:t>
      </w:r>
    </w:p>
    <w:p w:rsidR="002E47B9" w:rsidRPr="001A456E" w:rsidRDefault="00BD5B97" w:rsidP="003772B6">
      <w:pPr>
        <w:numPr>
          <w:ilvl w:val="0"/>
          <w:numId w:val="43"/>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«Пустое место».</w:t>
      </w:r>
    </w:p>
    <w:p w:rsidR="002E47B9" w:rsidRPr="001A456E" w:rsidRDefault="00BD5B97" w:rsidP="003772B6">
      <w:pPr>
        <w:numPr>
          <w:ilvl w:val="0"/>
          <w:numId w:val="43"/>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«Кто дальше» (на лыжах).</w:t>
      </w:r>
    </w:p>
    <w:p w:rsidR="002E47B9" w:rsidRPr="001A456E" w:rsidRDefault="00BD5B97" w:rsidP="003772B6">
      <w:pPr>
        <w:numPr>
          <w:ilvl w:val="0"/>
          <w:numId w:val="43"/>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Игра «Быстрый лыжник».</w:t>
      </w:r>
    </w:p>
    <w:p w:rsidR="002E47B9" w:rsidRPr="001A456E" w:rsidRDefault="000D5E5C"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Эстафеты (10</w:t>
      </w:r>
      <w:r w:rsidR="00BD5B97" w:rsidRPr="001A456E">
        <w:rPr>
          <w:rFonts w:ascii="Times New Roman" w:eastAsia="Times New Roman" w:hAnsi="Times New Roman" w:cs="Times New Roman"/>
          <w:b/>
          <w:bCs/>
          <w:sz w:val="28"/>
          <w:szCs w:val="28"/>
          <w:lang w:eastAsia="ru-RU"/>
        </w:rPr>
        <w:t xml:space="preserve">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Правила безопасного поведения при проведении эстафет. Инструктаж по ТБ.</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Способы деления на команды. Повторение считалок.</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lastRenderedPageBreak/>
        <w:t>Практические занятия:</w:t>
      </w:r>
    </w:p>
    <w:p w:rsidR="002E47B9" w:rsidRPr="001A456E" w:rsidRDefault="00BD5B97" w:rsidP="003772B6">
      <w:pPr>
        <w:numPr>
          <w:ilvl w:val="0"/>
          <w:numId w:val="44"/>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Эстафеты «Ходьба по начерченной линии», с доставанием подвижного мяча, «Кто первый?», эстафета парами.</w:t>
      </w:r>
    </w:p>
    <w:p w:rsidR="002E47B9" w:rsidRPr="001A456E" w:rsidRDefault="00BD5B97" w:rsidP="003772B6">
      <w:pPr>
        <w:numPr>
          <w:ilvl w:val="0"/>
          <w:numId w:val="44"/>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Эстафета с лазанием и перелезанием, линейная с прыжками, с бегом вокруг гимнастической скамейки, «веревочка под ногами».</w:t>
      </w:r>
    </w:p>
    <w:p w:rsidR="002E47B9" w:rsidRPr="001A456E" w:rsidRDefault="00BD5B97" w:rsidP="003772B6">
      <w:pPr>
        <w:numPr>
          <w:ilvl w:val="0"/>
          <w:numId w:val="44"/>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Эстафета с предметами (скакалки, мячи, обручи)</w:t>
      </w:r>
    </w:p>
    <w:p w:rsidR="002E47B9" w:rsidRPr="001A456E" w:rsidRDefault="000D5E5C"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Народные игры (9</w:t>
      </w:r>
      <w:r w:rsidR="00BD5B97" w:rsidRPr="001A456E">
        <w:rPr>
          <w:rFonts w:ascii="Times New Roman" w:eastAsia="Times New Roman" w:hAnsi="Times New Roman" w:cs="Times New Roman"/>
          <w:b/>
          <w:bCs/>
          <w:sz w:val="28"/>
          <w:szCs w:val="28"/>
          <w:lang w:eastAsia="ru-RU"/>
        </w:rPr>
        <w:t xml:space="preserve"> часов)</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Теория.</w:t>
      </w:r>
      <w:r w:rsidRPr="001A456E">
        <w:rPr>
          <w:rFonts w:ascii="Times New Roman" w:eastAsia="Times New Roman" w:hAnsi="Times New Roman" w:cs="Times New Roman"/>
          <w:sz w:val="28"/>
          <w:szCs w:val="28"/>
          <w:lang w:eastAsia="ru-RU"/>
        </w:rPr>
        <w:t> Традиционные народные праздники. Календарные народные праздники. Классификация народных игр.</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i/>
          <w:iCs/>
          <w:sz w:val="28"/>
          <w:szCs w:val="28"/>
          <w:lang w:eastAsia="ru-RU"/>
        </w:rPr>
        <w:t>Практические занятия:</w:t>
      </w:r>
    </w:p>
    <w:p w:rsidR="002E47B9" w:rsidRPr="001A456E" w:rsidRDefault="00BD5B97" w:rsidP="003772B6">
      <w:pPr>
        <w:numPr>
          <w:ilvl w:val="0"/>
          <w:numId w:val="45"/>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w:t>
      </w:r>
      <w:r w:rsidRPr="001A456E">
        <w:rPr>
          <w:rFonts w:ascii="Times New Roman" w:eastAsia="Times New Roman" w:hAnsi="Times New Roman" w:cs="Times New Roman"/>
          <w:b/>
          <w:bCs/>
          <w:sz w:val="28"/>
          <w:szCs w:val="28"/>
          <w:lang w:eastAsia="ru-RU"/>
        </w:rPr>
        <w:t>"Корову доить".</w:t>
      </w:r>
    </w:p>
    <w:p w:rsidR="002E47B9" w:rsidRPr="001A456E" w:rsidRDefault="00BD5B97" w:rsidP="003772B6">
      <w:pPr>
        <w:numPr>
          <w:ilvl w:val="0"/>
          <w:numId w:val="45"/>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w:t>
      </w:r>
      <w:r w:rsidRPr="001A456E">
        <w:rPr>
          <w:rFonts w:ascii="Times New Roman" w:eastAsia="Times New Roman" w:hAnsi="Times New Roman" w:cs="Times New Roman"/>
          <w:b/>
          <w:bCs/>
          <w:sz w:val="28"/>
          <w:szCs w:val="28"/>
          <w:lang w:eastAsia="ru-RU"/>
        </w:rPr>
        <w:t>"Малечина - колечина".</w:t>
      </w:r>
    </w:p>
    <w:p w:rsidR="002E47B9" w:rsidRPr="001A456E" w:rsidRDefault="00BD5B97" w:rsidP="003772B6">
      <w:pPr>
        <w:numPr>
          <w:ilvl w:val="0"/>
          <w:numId w:val="45"/>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w:t>
      </w:r>
      <w:r w:rsidRPr="001A456E">
        <w:rPr>
          <w:rFonts w:ascii="Times New Roman" w:eastAsia="Times New Roman" w:hAnsi="Times New Roman" w:cs="Times New Roman"/>
          <w:b/>
          <w:bCs/>
          <w:sz w:val="28"/>
          <w:szCs w:val="28"/>
          <w:lang w:eastAsia="ru-RU"/>
        </w:rPr>
        <w:t>"Коршун".</w:t>
      </w:r>
    </w:p>
    <w:p w:rsidR="002E47B9" w:rsidRPr="001A456E" w:rsidRDefault="00BD5B97" w:rsidP="003772B6">
      <w:pPr>
        <w:numPr>
          <w:ilvl w:val="0"/>
          <w:numId w:val="45"/>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Разучивание народных игр. Игра </w:t>
      </w:r>
      <w:r w:rsidRPr="001A456E">
        <w:rPr>
          <w:rFonts w:ascii="Times New Roman" w:eastAsia="Times New Roman" w:hAnsi="Times New Roman" w:cs="Times New Roman"/>
          <w:b/>
          <w:bCs/>
          <w:sz w:val="28"/>
          <w:szCs w:val="28"/>
          <w:lang w:eastAsia="ru-RU"/>
        </w:rPr>
        <w:t>"Бабки".</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u w:val="single"/>
          <w:lang w:eastAsia="ru-RU"/>
        </w:rPr>
        <w:t>Материально – техническое обеспечение программы</w:t>
      </w:r>
      <w:r w:rsidRPr="001A456E">
        <w:rPr>
          <w:rFonts w:ascii="Times New Roman" w:eastAsia="Times New Roman" w:hAnsi="Times New Roman" w:cs="Times New Roman"/>
          <w:sz w:val="28"/>
          <w:szCs w:val="28"/>
          <w:lang w:eastAsia="ru-RU"/>
        </w:rPr>
        <w:t>: мячи, скакалки, обручи, гимнастические палки, кегли, ракетки, канат, гимнастические скамейки, стенки, маты.</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u w:val="single"/>
          <w:lang w:eastAsia="ru-RU"/>
        </w:rPr>
        <w:t>Методическое обеспечение программы:</w:t>
      </w:r>
      <w:r w:rsidRPr="001A456E">
        <w:rPr>
          <w:rFonts w:ascii="Times New Roman" w:eastAsia="Times New Roman" w:hAnsi="Times New Roman" w:cs="Times New Roman"/>
          <w:sz w:val="28"/>
          <w:szCs w:val="28"/>
          <w:lang w:eastAsia="ru-RU"/>
        </w:rPr>
        <w:t> игры, эстафеты, весёлые старты, рассказ, беседа, считалки, загадки, стихи, кроссворды, экскурсии, пословицы, поговорки, встречи со специалистами, народные приметы, ребусы.</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u w:val="single"/>
          <w:lang w:eastAsia="ru-RU"/>
        </w:rPr>
        <w:t>Приёмы и методы</w:t>
      </w:r>
    </w:p>
    <w:p w:rsidR="002E47B9" w:rsidRPr="001A456E" w:rsidRDefault="00BD5B97" w:rsidP="003772B6">
      <w:pPr>
        <w:shd w:val="clear" w:color="auto" w:fill="FFFFFF"/>
        <w:spacing w:beforeAutospacing="1"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При реализации программы используются различные методы обучения:</w:t>
      </w:r>
    </w:p>
    <w:p w:rsidR="002E47B9" w:rsidRPr="001A456E" w:rsidRDefault="00BD5B97" w:rsidP="003772B6">
      <w:pPr>
        <w:numPr>
          <w:ilvl w:val="0"/>
          <w:numId w:val="46"/>
        </w:numPr>
        <w:shd w:val="clear" w:color="auto" w:fill="FFFFFF"/>
        <w:spacing w:beforeAutospacing="1"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словесные: рассказ, объяснение нового материала;</w:t>
      </w:r>
    </w:p>
    <w:p w:rsidR="002E47B9" w:rsidRPr="001A456E" w:rsidRDefault="00BD5B97" w:rsidP="003772B6">
      <w:pPr>
        <w:numPr>
          <w:ilvl w:val="0"/>
          <w:numId w:val="46"/>
        </w:numPr>
        <w:shd w:val="clear" w:color="auto" w:fill="FFFFFF"/>
        <w:spacing w:after="0"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наглядные: показ новых игр, демонстрация иллюстративного материала;</w:t>
      </w:r>
    </w:p>
    <w:p w:rsidR="002E47B9" w:rsidRPr="001A456E" w:rsidRDefault="00BD5B97" w:rsidP="003772B6">
      <w:pPr>
        <w:numPr>
          <w:ilvl w:val="0"/>
          <w:numId w:val="46"/>
        </w:numPr>
        <w:shd w:val="clear" w:color="auto" w:fill="FFFFFF"/>
        <w:spacing w:afterAutospacing="1" w:line="240" w:lineRule="auto"/>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практические: апробирование новых игр: игры на свежем воздухе на школьной спортивной площадке, эстафеты, соревнования, конкурсы.</w:t>
      </w:r>
    </w:p>
    <w:p w:rsidR="002E47B9" w:rsidRPr="001A456E" w:rsidRDefault="00BD5B97" w:rsidP="003772B6">
      <w:pPr>
        <w:shd w:val="clear" w:color="auto" w:fill="FFFFFF"/>
        <w:spacing w:beforeAutospacing="1" w:afterAutospacing="1" w:line="240" w:lineRule="auto"/>
        <w:ind w:left="720"/>
        <w:rPr>
          <w:rFonts w:ascii="Times New Roman" w:eastAsia="Times New Roman" w:hAnsi="Times New Roman" w:cs="Times New Roman"/>
          <w:sz w:val="28"/>
          <w:szCs w:val="28"/>
          <w:lang w:eastAsia="ru-RU"/>
        </w:rPr>
      </w:pPr>
      <w:r w:rsidRPr="001A456E">
        <w:rPr>
          <w:rFonts w:ascii="Times New Roman" w:hAnsi="Times New Roman" w:cs="Times New Roman"/>
          <w:b/>
          <w:sz w:val="28"/>
          <w:szCs w:val="28"/>
          <w:lang w:eastAsia="ar-SA"/>
        </w:rPr>
        <w:t>Планируемые результаты освоения курса внеурочной деятельности</w:t>
      </w:r>
    </w:p>
    <w:p w:rsidR="002E47B9" w:rsidRPr="001A456E" w:rsidRDefault="00BD5B97" w:rsidP="003772B6">
      <w:p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b/>
          <w:sz w:val="28"/>
          <w:szCs w:val="28"/>
          <w:lang w:eastAsia="ar-SA"/>
        </w:rPr>
        <w:t xml:space="preserve">      Личностными результатами</w:t>
      </w:r>
      <w:r w:rsidRPr="001A456E">
        <w:rPr>
          <w:rFonts w:ascii="Times New Roman" w:hAnsi="Times New Roman" w:cs="Times New Roman"/>
          <w:sz w:val="28"/>
          <w:szCs w:val="28"/>
          <w:lang w:eastAsia="ar-SA"/>
        </w:rPr>
        <w:t xml:space="preserve"> программы внеурочной деятельности по спортивно-оздоровительному направлению «</w:t>
      </w:r>
      <w:r w:rsidRPr="001A456E">
        <w:rPr>
          <w:rFonts w:ascii="Times New Roman" w:eastAsia="Times New Roman" w:hAnsi="Times New Roman" w:cs="Times New Roman"/>
          <w:sz w:val="28"/>
          <w:szCs w:val="28"/>
          <w:lang w:eastAsia="ar-SA"/>
        </w:rPr>
        <w:t>Подвижные игры</w:t>
      </w:r>
      <w:r w:rsidRPr="001A456E">
        <w:rPr>
          <w:rFonts w:ascii="Times New Roman" w:hAnsi="Times New Roman" w:cs="Times New Roman"/>
          <w:sz w:val="28"/>
          <w:szCs w:val="28"/>
          <w:lang w:eastAsia="ar-SA"/>
        </w:rPr>
        <w:t>» является формирование следующих умений:</w:t>
      </w:r>
    </w:p>
    <w:p w:rsidR="002E47B9" w:rsidRPr="001A456E" w:rsidRDefault="00BD5B97" w:rsidP="003772B6">
      <w:pPr>
        <w:numPr>
          <w:ilvl w:val="0"/>
          <w:numId w:val="4"/>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целостный, социально ориентированный взгляд на мир;</w:t>
      </w:r>
    </w:p>
    <w:p w:rsidR="002E47B9" w:rsidRPr="001A456E" w:rsidRDefault="00BD5B97" w:rsidP="003772B6">
      <w:pPr>
        <w:numPr>
          <w:ilvl w:val="0"/>
          <w:numId w:val="4"/>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ориентация на успех в учебной деятельности и понимание его причин;</w:t>
      </w:r>
    </w:p>
    <w:p w:rsidR="002E47B9" w:rsidRPr="001A456E" w:rsidRDefault="00BD5B97" w:rsidP="003772B6">
      <w:pPr>
        <w:numPr>
          <w:ilvl w:val="0"/>
          <w:numId w:val="4"/>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способность к самооценке на основе критерия успешной деятельности;</w:t>
      </w:r>
    </w:p>
    <w:p w:rsidR="002E47B9" w:rsidRPr="001A456E" w:rsidRDefault="00BD5B97" w:rsidP="003772B6">
      <w:pPr>
        <w:numPr>
          <w:ilvl w:val="0"/>
          <w:numId w:val="4"/>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lastRenderedPageBreak/>
        <w:t>активно включаться в общение и взаимодействие со сверстниками на принципах уважения и доброжелательности, взаимопомощи и сопереживания;</w:t>
      </w:r>
    </w:p>
    <w:p w:rsidR="002E47B9" w:rsidRPr="001A456E" w:rsidRDefault="00BD5B97" w:rsidP="003772B6">
      <w:pPr>
        <w:numPr>
          <w:ilvl w:val="0"/>
          <w:numId w:val="4"/>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 xml:space="preserve">проявлять дисциплинированность, трудолюбие и упорство в достижении поставленных целей; </w:t>
      </w:r>
    </w:p>
    <w:p w:rsidR="002E47B9" w:rsidRPr="001A456E" w:rsidRDefault="00BD5B97" w:rsidP="003772B6">
      <w:pPr>
        <w:numPr>
          <w:ilvl w:val="0"/>
          <w:numId w:val="5"/>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освоение моральных норм помощи тем, кто в ней нуждается, готовности принять на себя ответственность;</w:t>
      </w:r>
    </w:p>
    <w:p w:rsidR="002E47B9" w:rsidRPr="001A456E" w:rsidRDefault="00BD5B97" w:rsidP="003772B6">
      <w:pPr>
        <w:numPr>
          <w:ilvl w:val="0"/>
          <w:numId w:val="5"/>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развитие мотивации достижения и готовности к преодолению трудностей на основе конструктивных стратегий совладания</w:t>
      </w:r>
      <w:r w:rsidRPr="001A456E">
        <w:rPr>
          <w:rFonts w:ascii="Times New Roman" w:eastAsia="Times New Roman" w:hAnsi="Times New Roman" w:cs="Times New Roman"/>
          <w:b/>
          <w:sz w:val="28"/>
          <w:szCs w:val="28"/>
          <w:lang w:eastAsia="ru-RU"/>
        </w:rPr>
        <w:t xml:space="preserve"> </w:t>
      </w:r>
      <w:r w:rsidRPr="001A456E">
        <w:rPr>
          <w:rFonts w:ascii="Times New Roman" w:eastAsia="Times New Roman" w:hAnsi="Times New Roman" w:cs="Times New Roman"/>
          <w:sz w:val="28"/>
          <w:szCs w:val="28"/>
          <w:lang w:eastAsia="ru-RU"/>
        </w:rPr>
        <w:t>и умения мобилизовать свои личностные и физические ресурсы стрессоустойчивости;</w:t>
      </w:r>
    </w:p>
    <w:p w:rsidR="002E47B9" w:rsidRPr="001A456E" w:rsidRDefault="00BD5B97" w:rsidP="003772B6">
      <w:pPr>
        <w:numPr>
          <w:ilvl w:val="0"/>
          <w:numId w:val="5"/>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освоение правил здорового и безопасного образа жизни.</w:t>
      </w:r>
    </w:p>
    <w:p w:rsidR="002E47B9" w:rsidRPr="001A456E" w:rsidRDefault="00BD5B97" w:rsidP="003772B6">
      <w:p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b/>
          <w:sz w:val="28"/>
          <w:szCs w:val="28"/>
          <w:lang w:eastAsia="ar-SA"/>
        </w:rPr>
        <w:t xml:space="preserve">Метапредметными </w:t>
      </w:r>
      <w:r w:rsidRPr="001A456E">
        <w:rPr>
          <w:rFonts w:ascii="Times New Roman" w:hAnsi="Times New Roman" w:cs="Times New Roman"/>
          <w:sz w:val="28"/>
          <w:szCs w:val="28"/>
          <w:lang w:eastAsia="ar-SA"/>
        </w:rPr>
        <w:t>результатами программы внеурочной деятельности по спортивно-оздоровительному направлению «</w:t>
      </w:r>
      <w:r w:rsidRPr="001A456E">
        <w:rPr>
          <w:rFonts w:ascii="Times New Roman" w:eastAsia="Times New Roman" w:hAnsi="Times New Roman" w:cs="Times New Roman"/>
          <w:sz w:val="28"/>
          <w:szCs w:val="28"/>
          <w:lang w:eastAsia="ar-SA"/>
        </w:rPr>
        <w:t>Подвижные игры</w:t>
      </w:r>
      <w:r w:rsidRPr="001A456E">
        <w:rPr>
          <w:rFonts w:ascii="Times New Roman" w:hAnsi="Times New Roman" w:cs="Times New Roman"/>
          <w:sz w:val="28"/>
          <w:szCs w:val="28"/>
          <w:lang w:eastAsia="ar-SA"/>
        </w:rPr>
        <w:t>» является формирование следующих универсальных учебных действий (УУД):</w:t>
      </w:r>
    </w:p>
    <w:p w:rsidR="002E47B9" w:rsidRPr="001A456E" w:rsidRDefault="00BD5B97" w:rsidP="00EF687D">
      <w:pPr>
        <w:numPr>
          <w:ilvl w:val="0"/>
          <w:numId w:val="47"/>
        </w:numPr>
        <w:spacing w:after="0" w:line="240" w:lineRule="auto"/>
        <w:ind w:firstLine="709"/>
        <w:contextualSpacing/>
        <w:jc w:val="both"/>
        <w:rPr>
          <w:rFonts w:ascii="Times New Roman" w:hAnsi="Times New Roman" w:cs="Times New Roman"/>
          <w:b/>
          <w:i/>
          <w:sz w:val="28"/>
          <w:szCs w:val="28"/>
          <w:lang w:eastAsia="ar-SA"/>
        </w:rPr>
      </w:pPr>
      <w:r w:rsidRPr="001A456E">
        <w:rPr>
          <w:rFonts w:ascii="Times New Roman" w:hAnsi="Times New Roman" w:cs="Times New Roman"/>
          <w:b/>
          <w:i/>
          <w:sz w:val="28"/>
          <w:szCs w:val="28"/>
          <w:lang w:eastAsia="ar-SA"/>
        </w:rPr>
        <w:t>Регулятивные УУД:</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умения планировать, регулировать, контролировать и оценивать свои действия;</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планирование общей цели и пути её достижения; </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распределение функций и ролей в совместной деятельности; </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конструктивное разрешение конфликтов; </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 xml:space="preserve">осуществление взаимного контроля; </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оценка собственного поведения и поведения партнёра и внесение необходимых коррективов;</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shd w:val="clear" w:color="auto" w:fill="FFFFFF"/>
          <w:lang w:eastAsia="ru-RU"/>
        </w:rPr>
        <w:t>принимать и сохранять учебную задачу;</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shd w:val="clear" w:color="auto" w:fill="FFFFFF"/>
          <w:lang w:eastAsia="ru-RU"/>
        </w:rPr>
        <w:t>планировать свои действия в соответствии с поставленной задачей и условиями её реализации;</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shd w:val="clear" w:color="auto" w:fill="FFFFFF"/>
          <w:lang w:eastAsia="ru-RU"/>
        </w:rPr>
        <w:t>учитывать установленные правила в планировании и контроле способа решения;</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shd w:val="clear" w:color="auto" w:fill="FFFFFF"/>
          <w:lang w:eastAsia="ru-RU"/>
        </w:rPr>
        <w:t>адекватно воспринимать предложения и оценку учителей, товарищей, родителей и других людей;</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shd w:val="clear" w:color="auto" w:fill="FFFFFF"/>
          <w:lang w:eastAsia="ru-RU"/>
        </w:rPr>
        <w:t>различать способ и результат действия;</w:t>
      </w:r>
    </w:p>
    <w:p w:rsidR="002E47B9" w:rsidRPr="001A456E" w:rsidRDefault="00BD5B97" w:rsidP="003772B6">
      <w:pPr>
        <w:numPr>
          <w:ilvl w:val="0"/>
          <w:numId w:val="6"/>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shd w:val="clear" w:color="auto" w:fill="FFFFFF"/>
          <w:lang w:eastAsia="ru-RU"/>
        </w:rPr>
        <w:t>вносить необходимые коррективы в действие после его завершения на основе его оценки и учёта характера сделанных ошибок, использовать предложения и оценки для создания нового, более совершенного результата.</w:t>
      </w:r>
    </w:p>
    <w:p w:rsidR="002E47B9" w:rsidRPr="001A456E" w:rsidRDefault="00BD5B97" w:rsidP="003772B6">
      <w:pPr>
        <w:spacing w:after="0" w:line="240" w:lineRule="auto"/>
        <w:ind w:firstLine="709"/>
        <w:contextualSpacing/>
        <w:jc w:val="both"/>
        <w:rPr>
          <w:rFonts w:ascii="Times New Roman" w:hAnsi="Times New Roman" w:cs="Times New Roman"/>
          <w:b/>
          <w:i/>
          <w:sz w:val="28"/>
          <w:szCs w:val="28"/>
          <w:lang w:eastAsia="ar-SA"/>
        </w:rPr>
      </w:pPr>
      <w:r w:rsidRPr="001A456E">
        <w:rPr>
          <w:rFonts w:ascii="Times New Roman" w:hAnsi="Times New Roman" w:cs="Times New Roman"/>
          <w:b/>
          <w:i/>
          <w:sz w:val="28"/>
          <w:szCs w:val="28"/>
          <w:lang w:eastAsia="ar-SA"/>
        </w:rPr>
        <w:t>2. Познавательные УУД:</w:t>
      </w:r>
    </w:p>
    <w:p w:rsidR="002E47B9" w:rsidRPr="001A456E" w:rsidRDefault="00BD5B97" w:rsidP="003772B6">
      <w:pPr>
        <w:numPr>
          <w:ilvl w:val="0"/>
          <w:numId w:val="7"/>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добывать новые знания: находить дополнительную информацию по содержанию курса, используя дополнительную литературу, свой жизненный опыт;</w:t>
      </w:r>
    </w:p>
    <w:p w:rsidR="002E47B9" w:rsidRPr="001A456E" w:rsidRDefault="00BD5B97" w:rsidP="003772B6">
      <w:pPr>
        <w:numPr>
          <w:ilvl w:val="0"/>
          <w:numId w:val="7"/>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перерабатывать полученную информацию, делать выводы;</w:t>
      </w:r>
    </w:p>
    <w:p w:rsidR="002E47B9" w:rsidRPr="001A456E" w:rsidRDefault="00BD5B97" w:rsidP="003772B6">
      <w:pPr>
        <w:numPr>
          <w:ilvl w:val="0"/>
          <w:numId w:val="7"/>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 xml:space="preserve">преобразовывать информацию из одной формы в другую: предлагать свои правила игры на основе знакомых игр; </w:t>
      </w:r>
    </w:p>
    <w:p w:rsidR="002E47B9" w:rsidRPr="001A456E" w:rsidRDefault="00BD5B97" w:rsidP="003772B6">
      <w:pPr>
        <w:numPr>
          <w:ilvl w:val="0"/>
          <w:numId w:val="7"/>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 xml:space="preserve">устанавливать причинно-следственные связи. </w:t>
      </w:r>
    </w:p>
    <w:p w:rsidR="002E47B9" w:rsidRPr="001A456E" w:rsidRDefault="00BD5B97" w:rsidP="003772B6">
      <w:pPr>
        <w:spacing w:after="0" w:line="240" w:lineRule="auto"/>
        <w:ind w:firstLine="708"/>
        <w:contextualSpacing/>
        <w:jc w:val="both"/>
        <w:rPr>
          <w:rFonts w:ascii="Times New Roman" w:hAnsi="Times New Roman" w:cs="Times New Roman"/>
          <w:i/>
          <w:sz w:val="28"/>
          <w:szCs w:val="28"/>
          <w:lang w:eastAsia="ar-SA"/>
        </w:rPr>
      </w:pPr>
      <w:r w:rsidRPr="001A456E">
        <w:rPr>
          <w:rFonts w:ascii="Times New Roman" w:hAnsi="Times New Roman" w:cs="Times New Roman"/>
          <w:b/>
          <w:i/>
          <w:sz w:val="28"/>
          <w:szCs w:val="28"/>
          <w:lang w:eastAsia="ar-SA"/>
        </w:rPr>
        <w:t>3. Коммуникативные УУД</w:t>
      </w:r>
      <w:r w:rsidRPr="001A456E">
        <w:rPr>
          <w:rFonts w:ascii="Times New Roman" w:hAnsi="Times New Roman" w:cs="Times New Roman"/>
          <w:i/>
          <w:sz w:val="28"/>
          <w:szCs w:val="28"/>
          <w:lang w:eastAsia="ar-SA"/>
        </w:rPr>
        <w:t>:</w:t>
      </w:r>
    </w:p>
    <w:p w:rsidR="002E47B9" w:rsidRPr="001A456E" w:rsidRDefault="00BD5B97" w:rsidP="003772B6">
      <w:pPr>
        <w:numPr>
          <w:ilvl w:val="0"/>
          <w:numId w:val="8"/>
        </w:numPr>
        <w:spacing w:after="0" w:line="240" w:lineRule="auto"/>
        <w:ind w:firstLine="709"/>
        <w:contextualSpacing/>
        <w:jc w:val="both"/>
        <w:rPr>
          <w:rFonts w:ascii="Times New Roman" w:hAnsi="Times New Roman" w:cs="Times New Roman"/>
          <w:i/>
          <w:sz w:val="28"/>
          <w:szCs w:val="28"/>
          <w:lang w:eastAsia="ar-SA"/>
        </w:rPr>
      </w:pPr>
      <w:r w:rsidRPr="001A456E">
        <w:rPr>
          <w:rFonts w:ascii="Times New Roman" w:hAnsi="Times New Roman" w:cs="Times New Roman"/>
          <w:sz w:val="28"/>
          <w:szCs w:val="28"/>
          <w:shd w:val="clear" w:color="auto" w:fill="FFFFFF"/>
          <w:lang w:eastAsia="ar-SA"/>
        </w:rPr>
        <w:lastRenderedPageBreak/>
        <w:t>взаимодействие, ориентация на партнёра, сотрудничество и кооперация (в командных видах игры);</w:t>
      </w:r>
    </w:p>
    <w:p w:rsidR="002E47B9" w:rsidRPr="001A456E" w:rsidRDefault="00BD5B97" w:rsidP="003772B6">
      <w:pPr>
        <w:numPr>
          <w:ilvl w:val="0"/>
          <w:numId w:val="8"/>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 xml:space="preserve">адекватно использовать коммуникативные средства для решения различных коммуникативных задач; </w:t>
      </w:r>
    </w:p>
    <w:p w:rsidR="002E47B9" w:rsidRPr="001A456E" w:rsidRDefault="00BD5B97" w:rsidP="003772B6">
      <w:pPr>
        <w:numPr>
          <w:ilvl w:val="0"/>
          <w:numId w:val="8"/>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партнёра в общении и взаимодействии;</w:t>
      </w:r>
    </w:p>
    <w:p w:rsidR="002E47B9" w:rsidRPr="001A456E" w:rsidRDefault="00BD5B97" w:rsidP="003772B6">
      <w:pPr>
        <w:numPr>
          <w:ilvl w:val="0"/>
          <w:numId w:val="8"/>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учитывать разные мнения и стремиться к координации различных позиций в сотрудничестве;</w:t>
      </w:r>
    </w:p>
    <w:p w:rsidR="002E47B9" w:rsidRPr="001A456E" w:rsidRDefault="00BD5B97" w:rsidP="003772B6">
      <w:pPr>
        <w:numPr>
          <w:ilvl w:val="0"/>
          <w:numId w:val="8"/>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формулировать собственное мнение и позицию;</w:t>
      </w:r>
    </w:p>
    <w:p w:rsidR="002E47B9" w:rsidRPr="001A456E" w:rsidRDefault="00BD5B97" w:rsidP="003772B6">
      <w:pPr>
        <w:numPr>
          <w:ilvl w:val="0"/>
          <w:numId w:val="8"/>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договариваться и приходить к общему решению в совместной деятельности, в том числе в ситуации столкновения интересов;</w:t>
      </w:r>
    </w:p>
    <w:p w:rsidR="002E47B9" w:rsidRPr="001A456E" w:rsidRDefault="00BD5B97" w:rsidP="003772B6">
      <w:pPr>
        <w:numPr>
          <w:ilvl w:val="0"/>
          <w:numId w:val="8"/>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совместно договариваться о правилах общения и поведения и следовать им;</w:t>
      </w:r>
    </w:p>
    <w:p w:rsidR="002E47B9" w:rsidRPr="001A456E" w:rsidRDefault="00BD5B97" w:rsidP="003772B6">
      <w:pPr>
        <w:numPr>
          <w:ilvl w:val="0"/>
          <w:numId w:val="8"/>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учиться выполнять различные роли в группе.</w:t>
      </w:r>
    </w:p>
    <w:p w:rsidR="002E47B9" w:rsidRPr="001A456E" w:rsidRDefault="00BD5B97" w:rsidP="003772B6">
      <w:pPr>
        <w:spacing w:after="0" w:line="240" w:lineRule="auto"/>
        <w:ind w:firstLine="709"/>
        <w:contextualSpacing/>
        <w:jc w:val="both"/>
        <w:rPr>
          <w:rFonts w:ascii="Times New Roman" w:hAnsi="Times New Roman" w:cs="Times New Roman"/>
          <w:b/>
          <w:i/>
          <w:sz w:val="28"/>
          <w:szCs w:val="28"/>
          <w:lang w:eastAsia="ar-SA"/>
        </w:rPr>
      </w:pPr>
      <w:r w:rsidRPr="001A456E">
        <w:rPr>
          <w:rFonts w:ascii="Times New Roman" w:hAnsi="Times New Roman" w:cs="Times New Roman"/>
          <w:b/>
          <w:i/>
          <w:sz w:val="28"/>
          <w:szCs w:val="28"/>
          <w:lang w:eastAsia="ar-SA"/>
        </w:rPr>
        <w:t>Оздоровительные результаты программы внеурочной деятельности:</w:t>
      </w:r>
    </w:p>
    <w:p w:rsidR="002E47B9" w:rsidRPr="001A456E" w:rsidRDefault="00BD5B97" w:rsidP="003772B6">
      <w:p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Первостепенным результатом реализации программы внеурочной деятельности является физическая подготовленность и степень совершенства двигательных умений, высокий уровень развития жизненных сил, нравственное, эстетическое, интеллектуальное развитие</w:t>
      </w:r>
    </w:p>
    <w:p w:rsidR="002E47B9" w:rsidRPr="001A456E" w:rsidRDefault="00BD5B97" w:rsidP="003772B6">
      <w:pPr>
        <w:numPr>
          <w:ilvl w:val="0"/>
          <w:numId w:val="9"/>
        </w:numPr>
        <w:tabs>
          <w:tab w:val="left" w:pos="1276"/>
        </w:tabs>
        <w:spacing w:after="0" w:line="240" w:lineRule="auto"/>
        <w:ind w:left="709" w:firstLine="567"/>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 xml:space="preserve">       двигательная подготовленность как важный компонент здоровья учащихся;</w:t>
      </w:r>
    </w:p>
    <w:p w:rsidR="002E47B9" w:rsidRPr="001A456E" w:rsidRDefault="00BD5B97" w:rsidP="003772B6">
      <w:pPr>
        <w:numPr>
          <w:ilvl w:val="0"/>
          <w:numId w:val="9"/>
        </w:numPr>
        <w:tabs>
          <w:tab w:val="left" w:pos="1276"/>
        </w:tabs>
        <w:spacing w:after="0" w:line="240" w:lineRule="auto"/>
        <w:ind w:left="709" w:firstLine="567"/>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 xml:space="preserve">       развитие физических способностей;</w:t>
      </w:r>
    </w:p>
    <w:p w:rsidR="002E47B9" w:rsidRPr="001A456E" w:rsidRDefault="00BD5B97" w:rsidP="003772B6">
      <w:pPr>
        <w:numPr>
          <w:ilvl w:val="0"/>
          <w:numId w:val="9"/>
        </w:numPr>
        <w:tabs>
          <w:tab w:val="left" w:pos="1276"/>
        </w:tabs>
        <w:spacing w:after="0" w:line="240" w:lineRule="auto"/>
        <w:ind w:left="709" w:firstLine="567"/>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ru-RU"/>
        </w:rPr>
        <w:t xml:space="preserve">       освоение правил здорового и безопасного образа жизни;</w:t>
      </w:r>
    </w:p>
    <w:p w:rsidR="002E47B9" w:rsidRPr="001A456E" w:rsidRDefault="00BD5B97" w:rsidP="003772B6">
      <w:pPr>
        <w:numPr>
          <w:ilvl w:val="0"/>
          <w:numId w:val="9"/>
        </w:numPr>
        <w:tabs>
          <w:tab w:val="left" w:pos="1276"/>
        </w:tabs>
        <w:spacing w:after="0" w:line="240" w:lineRule="auto"/>
        <w:ind w:left="709" w:firstLine="567"/>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 xml:space="preserve">       развитие психических и нравственных качеств;</w:t>
      </w:r>
    </w:p>
    <w:p w:rsidR="002E47B9" w:rsidRPr="001A456E" w:rsidRDefault="00BD5B97" w:rsidP="003772B6">
      <w:pPr>
        <w:numPr>
          <w:ilvl w:val="0"/>
          <w:numId w:val="9"/>
        </w:numPr>
        <w:tabs>
          <w:tab w:val="left" w:pos="1276"/>
        </w:tabs>
        <w:spacing w:after="0" w:line="240" w:lineRule="auto"/>
        <w:ind w:left="709" w:firstLine="567"/>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shd w:val="clear" w:color="auto" w:fill="FFFFFF"/>
          <w:lang w:eastAsia="ar-SA"/>
        </w:rPr>
        <w:t xml:space="preserve">       повышение социальной и трудовой активности; </w:t>
      </w:r>
      <w:r w:rsidRPr="001A456E">
        <w:rPr>
          <w:rFonts w:ascii="Times New Roman" w:hAnsi="Times New Roman" w:cs="Times New Roman"/>
          <w:sz w:val="28"/>
          <w:szCs w:val="28"/>
          <w:lang w:eastAsia="ar-SA"/>
        </w:rPr>
        <w:t>планировать занятия физическими упражнениями в режиме дня, организовывать отдых и досуг с использованием средств физической активности;</w:t>
      </w:r>
    </w:p>
    <w:p w:rsidR="002E47B9" w:rsidRPr="001A456E" w:rsidRDefault="00BD5B97" w:rsidP="003772B6">
      <w:pPr>
        <w:numPr>
          <w:ilvl w:val="0"/>
          <w:numId w:val="9"/>
        </w:numPr>
        <w:tabs>
          <w:tab w:val="left" w:pos="1276"/>
        </w:tabs>
        <w:spacing w:after="0" w:line="240" w:lineRule="auto"/>
        <w:ind w:left="709" w:firstLine="567"/>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 xml:space="preserve">       организовывать и проводить со сверстниками подвижные игры; </w:t>
      </w:r>
    </w:p>
    <w:p w:rsidR="002E47B9" w:rsidRPr="001A456E" w:rsidRDefault="00BD5B97" w:rsidP="003772B6">
      <w:pPr>
        <w:numPr>
          <w:ilvl w:val="0"/>
          <w:numId w:val="9"/>
        </w:numPr>
        <w:tabs>
          <w:tab w:val="left" w:pos="1276"/>
        </w:tabs>
        <w:spacing w:after="0" w:line="240" w:lineRule="auto"/>
        <w:ind w:left="709" w:firstLine="567"/>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 xml:space="preserve">       Взаимодействовать со сверстниками по правилам проведения подвижных игр и соревнований; </w:t>
      </w:r>
    </w:p>
    <w:p w:rsidR="002E47B9" w:rsidRPr="001A456E" w:rsidRDefault="00BD5B97" w:rsidP="003772B6">
      <w:pPr>
        <w:spacing w:after="0" w:line="240" w:lineRule="auto"/>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 xml:space="preserve">       применять жизненно важные двигательные навыки и умения различными способами, в различных изменяющихся, вариативных условиях.</w:t>
      </w:r>
    </w:p>
    <w:p w:rsidR="002E47B9" w:rsidRPr="001A456E" w:rsidRDefault="00BD5B97" w:rsidP="003772B6">
      <w:pPr>
        <w:spacing w:after="0" w:line="240" w:lineRule="auto"/>
        <w:ind w:left="426"/>
        <w:contextualSpacing/>
        <w:jc w:val="center"/>
        <w:rPr>
          <w:rFonts w:ascii="Times New Roman" w:hAnsi="Times New Roman" w:cs="Times New Roman"/>
          <w:b/>
          <w:sz w:val="28"/>
          <w:szCs w:val="28"/>
          <w:lang w:eastAsia="ar-SA"/>
        </w:rPr>
      </w:pPr>
      <w:r w:rsidRPr="001A456E">
        <w:rPr>
          <w:rFonts w:ascii="Times New Roman" w:hAnsi="Times New Roman" w:cs="Times New Roman"/>
          <w:b/>
          <w:sz w:val="28"/>
          <w:szCs w:val="28"/>
          <w:lang w:eastAsia="ar-SA"/>
        </w:rPr>
        <w:t>Требования к знаниям и умениям, которые должны приобрести обучающиеся в процессе реализации</w:t>
      </w:r>
    </w:p>
    <w:p w:rsidR="002E47B9" w:rsidRPr="001A456E" w:rsidRDefault="00BD5B97" w:rsidP="003772B6">
      <w:pPr>
        <w:spacing w:after="0" w:line="240" w:lineRule="auto"/>
        <w:ind w:firstLine="709"/>
        <w:contextualSpacing/>
        <w:jc w:val="center"/>
        <w:rPr>
          <w:rFonts w:ascii="Times New Roman" w:hAnsi="Times New Roman" w:cs="Times New Roman"/>
          <w:b/>
          <w:sz w:val="28"/>
          <w:szCs w:val="28"/>
          <w:lang w:eastAsia="ar-SA"/>
        </w:rPr>
      </w:pPr>
      <w:r w:rsidRPr="001A456E">
        <w:rPr>
          <w:rFonts w:ascii="Times New Roman" w:hAnsi="Times New Roman" w:cs="Times New Roman"/>
          <w:b/>
          <w:sz w:val="28"/>
          <w:szCs w:val="28"/>
          <w:lang w:eastAsia="ar-SA"/>
        </w:rPr>
        <w:t>программы внеурочной деятельности</w:t>
      </w:r>
    </w:p>
    <w:p w:rsidR="002E47B9" w:rsidRPr="001A456E" w:rsidRDefault="00BD5B97" w:rsidP="003772B6">
      <w:p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 xml:space="preserve">В ходе реализация программы внеурочной деятельности по спортивно-оздоровительному направлению «Подвижные игры» обучающиеся должны </w:t>
      </w:r>
      <w:r w:rsidRPr="001A456E">
        <w:rPr>
          <w:rFonts w:ascii="Times New Roman" w:hAnsi="Times New Roman" w:cs="Times New Roman"/>
          <w:b/>
          <w:sz w:val="28"/>
          <w:szCs w:val="28"/>
          <w:lang w:eastAsia="ar-SA"/>
        </w:rPr>
        <w:t>знать</w:t>
      </w:r>
      <w:r w:rsidRPr="001A456E">
        <w:rPr>
          <w:rFonts w:ascii="Times New Roman" w:hAnsi="Times New Roman" w:cs="Times New Roman"/>
          <w:sz w:val="28"/>
          <w:szCs w:val="28"/>
          <w:lang w:eastAsia="ar-SA"/>
        </w:rPr>
        <w:t xml:space="preserve">: </w:t>
      </w:r>
    </w:p>
    <w:p w:rsidR="002E47B9" w:rsidRPr="001A456E" w:rsidRDefault="00BD5B97" w:rsidP="003772B6">
      <w:pPr>
        <w:numPr>
          <w:ilvl w:val="0"/>
          <w:numId w:val="10"/>
        </w:numPr>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основы истории развития подвижных игр в России;</w:t>
      </w:r>
    </w:p>
    <w:p w:rsidR="002E47B9" w:rsidRPr="001A456E" w:rsidRDefault="00BD5B97" w:rsidP="003772B6">
      <w:pPr>
        <w:numPr>
          <w:ilvl w:val="0"/>
          <w:numId w:val="10"/>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педагогические, физиологические и психологические основы обучения двигательным действиям и воспитания физических качеств;</w:t>
      </w:r>
    </w:p>
    <w:p w:rsidR="002E47B9" w:rsidRPr="001A456E" w:rsidRDefault="00BD5B97" w:rsidP="003772B6">
      <w:pPr>
        <w:numPr>
          <w:ilvl w:val="0"/>
          <w:numId w:val="10"/>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t>возможности формирования индивидуальных черт свойств личности посредством регулярных занятий;</w:t>
      </w:r>
    </w:p>
    <w:p w:rsidR="002E47B9" w:rsidRPr="001A456E" w:rsidRDefault="00BD5B97" w:rsidP="003772B6">
      <w:pPr>
        <w:numPr>
          <w:ilvl w:val="0"/>
          <w:numId w:val="10"/>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eastAsia="Times New Roman" w:hAnsi="Times New Roman" w:cs="Times New Roman"/>
          <w:sz w:val="28"/>
          <w:szCs w:val="28"/>
          <w:lang w:eastAsia="ru-RU"/>
        </w:rPr>
        <w:lastRenderedPageBreak/>
        <w:t>индивидуальные способы контроля за развитием адаптивных свойств организма, укрепления здоровья и повышение физической подготовленности;</w:t>
      </w:r>
    </w:p>
    <w:p w:rsidR="002E47B9" w:rsidRPr="001A456E" w:rsidRDefault="00BD5B97" w:rsidP="003772B6">
      <w:pPr>
        <w:numPr>
          <w:ilvl w:val="0"/>
          <w:numId w:val="10"/>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hAnsi="Times New Roman" w:cs="Times New Roman"/>
          <w:sz w:val="28"/>
          <w:szCs w:val="28"/>
          <w:lang w:eastAsia="ru-RU"/>
        </w:rPr>
        <w:t xml:space="preserve">правила личной гигиены, профилактика травматизма и оказания доврачебной помощи; </w:t>
      </w:r>
      <w:r w:rsidRPr="001A456E">
        <w:rPr>
          <w:rFonts w:ascii="Times New Roman" w:hAnsi="Times New Roman" w:cs="Times New Roman"/>
          <w:sz w:val="28"/>
          <w:szCs w:val="28"/>
          <w:lang w:eastAsia="ar-SA"/>
        </w:rPr>
        <w:t xml:space="preserve">влияние здоровья на успешную учебную деятельность; </w:t>
      </w:r>
    </w:p>
    <w:p w:rsidR="002E47B9" w:rsidRPr="001A456E" w:rsidRDefault="00BD5B97" w:rsidP="003772B6">
      <w:pPr>
        <w:numPr>
          <w:ilvl w:val="0"/>
          <w:numId w:val="10"/>
        </w:numPr>
        <w:shd w:val="clear" w:color="auto" w:fill="FFFFFF"/>
        <w:spacing w:after="0" w:line="240" w:lineRule="auto"/>
        <w:ind w:firstLine="709"/>
        <w:contextualSpacing/>
        <w:jc w:val="both"/>
        <w:rPr>
          <w:rFonts w:ascii="Times New Roman" w:eastAsia="Times New Roman" w:hAnsi="Times New Roman" w:cs="Times New Roman"/>
          <w:sz w:val="28"/>
          <w:szCs w:val="28"/>
          <w:lang w:eastAsia="ru-RU"/>
        </w:rPr>
      </w:pPr>
      <w:r w:rsidRPr="001A456E">
        <w:rPr>
          <w:rFonts w:ascii="Times New Roman" w:hAnsi="Times New Roman" w:cs="Times New Roman"/>
          <w:sz w:val="28"/>
          <w:szCs w:val="28"/>
          <w:lang w:eastAsia="ar-SA"/>
        </w:rPr>
        <w:t xml:space="preserve">значение физических упражнений для сохранения и укрепления здоровья; </w:t>
      </w:r>
    </w:p>
    <w:p w:rsidR="002E47B9" w:rsidRPr="001A456E" w:rsidRDefault="00BD5B97" w:rsidP="003772B6">
      <w:pPr>
        <w:shd w:val="clear" w:color="auto" w:fill="FFFFFF"/>
        <w:spacing w:after="0" w:line="240" w:lineRule="auto"/>
        <w:ind w:firstLine="709"/>
        <w:contextualSpacing/>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iCs/>
          <w:sz w:val="28"/>
          <w:szCs w:val="28"/>
          <w:shd w:val="clear" w:color="auto" w:fill="FFFFFF"/>
          <w:lang w:eastAsia="ru-RU"/>
        </w:rPr>
        <w:t>Должны уметь:</w:t>
      </w:r>
    </w:p>
    <w:p w:rsidR="002E47B9" w:rsidRPr="001A456E" w:rsidRDefault="00BD5B97" w:rsidP="003772B6">
      <w:pPr>
        <w:numPr>
          <w:ilvl w:val="0"/>
          <w:numId w:val="10"/>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адекватно оценивать своё поведение в жизненных ситуациях;</w:t>
      </w:r>
    </w:p>
    <w:p w:rsidR="002E47B9" w:rsidRPr="001A456E" w:rsidRDefault="00BD5B97" w:rsidP="003772B6">
      <w:pPr>
        <w:numPr>
          <w:ilvl w:val="0"/>
          <w:numId w:val="10"/>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отвечать за свои поступки;</w:t>
      </w:r>
    </w:p>
    <w:p w:rsidR="002E47B9" w:rsidRPr="001A456E" w:rsidRDefault="00BD5B97" w:rsidP="003772B6">
      <w:pPr>
        <w:numPr>
          <w:ilvl w:val="0"/>
          <w:numId w:val="10"/>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ar-SA"/>
        </w:rPr>
        <w:t>отстаивать свою нравственную позицию в ситуации выбора;</w:t>
      </w:r>
    </w:p>
    <w:p w:rsidR="002E47B9" w:rsidRPr="001A456E" w:rsidRDefault="00BD5B97" w:rsidP="003772B6">
      <w:pPr>
        <w:numPr>
          <w:ilvl w:val="0"/>
          <w:numId w:val="10"/>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ru-RU"/>
        </w:rPr>
        <w:t xml:space="preserve"> технически правильно осуществлять двигательные действия, использовать их в условиях соревновательной деятельности и организации собственного досуга;</w:t>
      </w:r>
    </w:p>
    <w:p w:rsidR="002E47B9" w:rsidRPr="001A456E" w:rsidRDefault="00BD5B97" w:rsidP="003772B6">
      <w:pPr>
        <w:numPr>
          <w:ilvl w:val="0"/>
          <w:numId w:val="10"/>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ru-RU"/>
        </w:rPr>
        <w:t>проводить самостоятельные занятия по развитию основных физических способностей, коррекции осанки и телосложения;</w:t>
      </w:r>
    </w:p>
    <w:p w:rsidR="002E47B9" w:rsidRPr="001A456E" w:rsidRDefault="00BD5B97" w:rsidP="003772B6">
      <w:pPr>
        <w:numPr>
          <w:ilvl w:val="0"/>
          <w:numId w:val="10"/>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ru-RU"/>
        </w:rPr>
        <w:t xml:space="preserve">разрабатывать индивидуальный двигательный режим, подбирать и планировать физические упражнения; </w:t>
      </w:r>
    </w:p>
    <w:p w:rsidR="002E47B9" w:rsidRPr="001A456E" w:rsidRDefault="00BD5B97" w:rsidP="003772B6">
      <w:pPr>
        <w:numPr>
          <w:ilvl w:val="0"/>
          <w:numId w:val="10"/>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ru-RU"/>
        </w:rPr>
        <w:t>управлять своими эмоциями, эффективно взаимодействовать со взрослыми и сверстниками, владеть культурой общения;</w:t>
      </w:r>
    </w:p>
    <w:p w:rsidR="002E47B9" w:rsidRPr="001A456E" w:rsidRDefault="00BD5B97" w:rsidP="003772B6">
      <w:pPr>
        <w:numPr>
          <w:ilvl w:val="0"/>
          <w:numId w:val="10"/>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ru-RU"/>
        </w:rPr>
        <w:t>соблюдать правила безопасности и профилактики травматизма на занятиях физическими упражнениями, оказывать первую помощь при травмах и несчастных случаях;</w:t>
      </w:r>
    </w:p>
    <w:p w:rsidR="002E47B9" w:rsidRPr="001A456E" w:rsidRDefault="00BD5B97" w:rsidP="003772B6">
      <w:pPr>
        <w:numPr>
          <w:ilvl w:val="0"/>
          <w:numId w:val="10"/>
        </w:numPr>
        <w:spacing w:after="0" w:line="240" w:lineRule="auto"/>
        <w:ind w:firstLine="709"/>
        <w:contextualSpacing/>
        <w:jc w:val="both"/>
        <w:rPr>
          <w:rFonts w:ascii="Times New Roman" w:hAnsi="Times New Roman" w:cs="Times New Roman"/>
          <w:sz w:val="28"/>
          <w:szCs w:val="28"/>
          <w:lang w:eastAsia="ar-SA"/>
        </w:rPr>
      </w:pPr>
      <w:r w:rsidRPr="001A456E">
        <w:rPr>
          <w:rFonts w:ascii="Times New Roman" w:hAnsi="Times New Roman" w:cs="Times New Roman"/>
          <w:sz w:val="28"/>
          <w:szCs w:val="28"/>
          <w:lang w:eastAsia="ru-RU"/>
        </w:rPr>
        <w:t>пользоваться современным спортивным инвентарем и оборудованием.</w:t>
      </w:r>
    </w:p>
    <w:p w:rsidR="002E47B9" w:rsidRPr="001A456E" w:rsidRDefault="00BD5B97" w:rsidP="003772B6">
      <w:pPr>
        <w:spacing w:after="0" w:line="240" w:lineRule="auto"/>
        <w:contextualSpacing/>
        <w:jc w:val="both"/>
        <w:rPr>
          <w:rFonts w:ascii="Times New Roman" w:hAnsi="Times New Roman" w:cs="Times New Roman"/>
          <w:b/>
          <w:sz w:val="28"/>
          <w:szCs w:val="28"/>
          <w:lang w:eastAsia="ar-SA"/>
        </w:rPr>
      </w:pPr>
      <w:r w:rsidRPr="001A456E">
        <w:rPr>
          <w:rFonts w:ascii="Times New Roman" w:eastAsia="Times New Roman" w:hAnsi="Times New Roman" w:cs="Times New Roman"/>
          <w:sz w:val="28"/>
          <w:szCs w:val="28"/>
          <w:lang w:eastAsia="ru-RU"/>
        </w:rPr>
        <w:t xml:space="preserve"> </w:t>
      </w:r>
    </w:p>
    <w:p w:rsidR="002E47B9" w:rsidRPr="001A456E" w:rsidRDefault="00014F27" w:rsidP="003772B6">
      <w:pPr>
        <w:shd w:val="clear" w:color="auto" w:fill="FFFFFF"/>
        <w:spacing w:after="0" w:line="240" w:lineRule="auto"/>
        <w:jc w:val="both"/>
        <w:rPr>
          <w:rFonts w:ascii="Times New Roman" w:eastAsia="Times New Roman" w:hAnsi="Times New Roman" w:cs="Times New Roman"/>
          <w:b/>
          <w:bCs/>
          <w:sz w:val="28"/>
          <w:szCs w:val="28"/>
          <w:lang w:eastAsia="ru-RU"/>
        </w:rPr>
      </w:pPr>
      <w:r w:rsidRPr="001A456E">
        <w:rPr>
          <w:rFonts w:ascii="Times New Roman" w:eastAsia="Times New Roman" w:hAnsi="Times New Roman" w:cs="Times New Roman"/>
          <w:b/>
          <w:bCs/>
          <w:sz w:val="28"/>
          <w:szCs w:val="28"/>
          <w:lang w:eastAsia="ru-RU"/>
        </w:rPr>
        <w:t xml:space="preserve">                    </w:t>
      </w:r>
      <w:r w:rsidR="00BD5B97" w:rsidRPr="001A456E">
        <w:rPr>
          <w:rFonts w:ascii="Times New Roman" w:eastAsia="Times New Roman" w:hAnsi="Times New Roman" w:cs="Times New Roman"/>
          <w:b/>
          <w:bCs/>
          <w:sz w:val="28"/>
          <w:szCs w:val="28"/>
          <w:lang w:eastAsia="ru-RU"/>
        </w:rPr>
        <w:t>Рабочая программа курса внеурочной деятельности</w:t>
      </w:r>
    </w:p>
    <w:p w:rsidR="002E47B9" w:rsidRPr="001A456E" w:rsidRDefault="00BD5B97" w:rsidP="003772B6">
      <w:pPr>
        <w:shd w:val="clear" w:color="auto" w:fill="FFFFFF"/>
        <w:spacing w:after="0" w:line="240" w:lineRule="auto"/>
        <w:jc w:val="center"/>
        <w:rPr>
          <w:rFonts w:ascii="Times New Roman" w:eastAsia="Times New Roman" w:hAnsi="Times New Roman" w:cs="Times New Roman"/>
          <w:sz w:val="28"/>
          <w:szCs w:val="28"/>
          <w:lang w:eastAsia="ru-RU"/>
        </w:rPr>
      </w:pPr>
      <w:r w:rsidRPr="001A456E">
        <w:rPr>
          <w:rFonts w:ascii="Times New Roman" w:eastAsia="Times New Roman" w:hAnsi="Times New Roman" w:cs="Times New Roman"/>
          <w:b/>
          <w:bCs/>
          <w:sz w:val="28"/>
          <w:szCs w:val="28"/>
          <w:lang w:eastAsia="ru-RU"/>
        </w:rPr>
        <w:t>«Разговоры о важном»</w:t>
      </w:r>
    </w:p>
    <w:p w:rsidR="00707014" w:rsidRPr="001A456E" w:rsidRDefault="00BD5B97" w:rsidP="003772B6">
      <w:pPr>
        <w:shd w:val="clear" w:color="auto" w:fill="FFFFFF"/>
        <w:spacing w:after="0" w:line="240" w:lineRule="auto"/>
        <w:jc w:val="center"/>
        <w:rPr>
          <w:rFonts w:ascii="Times New Roman" w:eastAsia="Times New Roman" w:hAnsi="Times New Roman" w:cs="Times New Roman"/>
          <w:b/>
          <w:bCs/>
          <w:sz w:val="28"/>
          <w:szCs w:val="28"/>
          <w:lang w:eastAsia="ru-RU"/>
        </w:rPr>
      </w:pPr>
      <w:r w:rsidRPr="001A456E">
        <w:rPr>
          <w:rFonts w:ascii="Times New Roman" w:eastAsia="Times New Roman" w:hAnsi="Times New Roman" w:cs="Times New Roman"/>
          <w:b/>
          <w:bCs/>
          <w:sz w:val="28"/>
          <w:szCs w:val="28"/>
          <w:lang w:eastAsia="ru-RU"/>
        </w:rPr>
        <w:t>(1-4 классы)</w:t>
      </w:r>
      <w:bookmarkStart w:id="3" w:name="_TOC_250012"/>
    </w:p>
    <w:p w:rsidR="00AD3ABA" w:rsidRPr="001A456E" w:rsidRDefault="00AD3ABA" w:rsidP="003772B6">
      <w:pPr>
        <w:shd w:val="clear" w:color="auto" w:fill="FFFFFF"/>
        <w:spacing w:after="0" w:line="240" w:lineRule="auto"/>
        <w:jc w:val="center"/>
        <w:rPr>
          <w:rFonts w:ascii="Times New Roman" w:eastAsia="Times New Roman" w:hAnsi="Times New Roman" w:cs="Times New Roman"/>
          <w:b/>
          <w:bCs/>
          <w:sz w:val="28"/>
          <w:szCs w:val="28"/>
          <w:lang w:eastAsia="ru-RU"/>
        </w:rPr>
      </w:pPr>
      <w:r w:rsidRPr="001A456E">
        <w:rPr>
          <w:rFonts w:ascii="Times New Roman" w:hAnsi="Times New Roman" w:cs="Times New Roman"/>
          <w:b/>
          <w:spacing w:val="2"/>
          <w:sz w:val="28"/>
          <w:szCs w:val="28"/>
        </w:rPr>
        <w:t>ПОЯСНИТЕЛЬНАЯ</w:t>
      </w:r>
      <w:r w:rsidRPr="001A456E">
        <w:rPr>
          <w:rFonts w:ascii="Times New Roman" w:hAnsi="Times New Roman" w:cs="Times New Roman"/>
          <w:b/>
          <w:spacing w:val="7"/>
          <w:sz w:val="28"/>
          <w:szCs w:val="28"/>
        </w:rPr>
        <w:t xml:space="preserve"> </w:t>
      </w:r>
      <w:bookmarkEnd w:id="3"/>
      <w:r w:rsidRPr="001A456E">
        <w:rPr>
          <w:rFonts w:ascii="Times New Roman" w:hAnsi="Times New Roman" w:cs="Times New Roman"/>
          <w:b/>
          <w:spacing w:val="-2"/>
          <w:sz w:val="28"/>
          <w:szCs w:val="28"/>
        </w:rPr>
        <w:t>ЗАПИСКА</w:t>
      </w:r>
    </w:p>
    <w:p w:rsidR="00AD3ABA" w:rsidRPr="001A456E" w:rsidRDefault="00AD3ABA" w:rsidP="003772B6">
      <w:pPr>
        <w:spacing w:line="240" w:lineRule="auto"/>
        <w:ind w:left="425"/>
        <w:jc w:val="both"/>
        <w:rPr>
          <w:rFonts w:ascii="Times New Roman" w:hAnsi="Times New Roman" w:cs="Times New Roman"/>
          <w:b/>
          <w:sz w:val="28"/>
          <w:szCs w:val="28"/>
        </w:rPr>
      </w:pPr>
      <w:r w:rsidRPr="001A456E">
        <w:rPr>
          <w:rFonts w:ascii="Times New Roman" w:hAnsi="Times New Roman" w:cs="Times New Roman"/>
          <w:b/>
          <w:spacing w:val="-2"/>
          <w:sz w:val="28"/>
          <w:szCs w:val="28"/>
        </w:rPr>
        <w:t>Актуальность</w:t>
      </w:r>
      <w:r w:rsidRPr="001A456E">
        <w:rPr>
          <w:rFonts w:ascii="Times New Roman" w:hAnsi="Times New Roman" w:cs="Times New Roman"/>
          <w:b/>
          <w:spacing w:val="-15"/>
          <w:sz w:val="28"/>
          <w:szCs w:val="28"/>
        </w:rPr>
        <w:t xml:space="preserve"> </w:t>
      </w:r>
      <w:r w:rsidRPr="001A456E">
        <w:rPr>
          <w:rFonts w:ascii="Times New Roman" w:hAnsi="Times New Roman" w:cs="Times New Roman"/>
          <w:b/>
          <w:spacing w:val="-2"/>
          <w:sz w:val="28"/>
          <w:szCs w:val="28"/>
        </w:rPr>
        <w:t>и</w:t>
      </w:r>
      <w:r w:rsidRPr="001A456E">
        <w:rPr>
          <w:rFonts w:ascii="Times New Roman" w:hAnsi="Times New Roman" w:cs="Times New Roman"/>
          <w:b/>
          <w:spacing w:val="-14"/>
          <w:sz w:val="28"/>
          <w:szCs w:val="28"/>
        </w:rPr>
        <w:t xml:space="preserve"> </w:t>
      </w:r>
      <w:r w:rsidRPr="001A456E">
        <w:rPr>
          <w:rFonts w:ascii="Times New Roman" w:hAnsi="Times New Roman" w:cs="Times New Roman"/>
          <w:b/>
          <w:spacing w:val="-2"/>
          <w:sz w:val="28"/>
          <w:szCs w:val="28"/>
        </w:rPr>
        <w:t>назначение</w:t>
      </w:r>
      <w:r w:rsidRPr="001A456E">
        <w:rPr>
          <w:rFonts w:ascii="Times New Roman" w:hAnsi="Times New Roman" w:cs="Times New Roman"/>
          <w:b/>
          <w:spacing w:val="-15"/>
          <w:sz w:val="28"/>
          <w:szCs w:val="28"/>
        </w:rPr>
        <w:t xml:space="preserve"> </w:t>
      </w:r>
      <w:r w:rsidRPr="001A456E">
        <w:rPr>
          <w:rFonts w:ascii="Times New Roman" w:hAnsi="Times New Roman" w:cs="Times New Roman"/>
          <w:b/>
          <w:spacing w:val="-2"/>
          <w:sz w:val="28"/>
          <w:szCs w:val="28"/>
        </w:rPr>
        <w:t>программы</w:t>
      </w:r>
    </w:p>
    <w:p w:rsidR="00AD3ABA" w:rsidRPr="001A456E" w:rsidRDefault="00AD3ABA" w:rsidP="003772B6">
      <w:pPr>
        <w:pStyle w:val="aff"/>
        <w:spacing w:before="148"/>
        <w:ind w:right="196"/>
        <w:jc w:val="both"/>
        <w:rPr>
          <w:rFonts w:ascii="Times New Roman" w:hAnsi="Times New Roman"/>
          <w:sz w:val="28"/>
          <w:szCs w:val="28"/>
        </w:rPr>
      </w:pPr>
      <w:r w:rsidRPr="001A456E">
        <w:rPr>
          <w:rFonts w:ascii="Times New Roman" w:hAnsi="Times New Roman"/>
          <w:w w:val="105"/>
          <w:sz w:val="28"/>
          <w:szCs w:val="28"/>
          <w:lang w:val="ru-RU"/>
        </w:rPr>
        <w:t xml:space="preserve">         </w:t>
      </w:r>
      <w:r w:rsidRPr="001A456E">
        <w:rPr>
          <w:rFonts w:ascii="Times New Roman" w:hAnsi="Times New Roman"/>
          <w:w w:val="105"/>
          <w:sz w:val="28"/>
          <w:szCs w:val="28"/>
        </w:rPr>
        <w:t>Программа</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курса</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внеурочной</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деятельности</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«Разговоры</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о</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важном»</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(далее</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 xml:space="preserve">— </w:t>
      </w:r>
      <w:r w:rsidRPr="001A456E">
        <w:rPr>
          <w:rFonts w:ascii="Times New Roman" w:hAnsi="Times New Roman"/>
          <w:sz w:val="28"/>
          <w:szCs w:val="28"/>
        </w:rPr>
        <w:t xml:space="preserve">программа) разработана в соответствии с требованиями федеральных государ- ственных образовательных стандартов начального общего, основного общего и среднего общего образования, ориентирована на обеспечение индивидуальных </w:t>
      </w:r>
      <w:r w:rsidRPr="001A456E">
        <w:rPr>
          <w:rFonts w:ascii="Times New Roman" w:hAnsi="Times New Roman"/>
          <w:spacing w:val="-4"/>
          <w:w w:val="105"/>
          <w:sz w:val="28"/>
          <w:szCs w:val="28"/>
        </w:rPr>
        <w:t>потребностей</w:t>
      </w:r>
      <w:r w:rsidRPr="001A456E">
        <w:rPr>
          <w:rFonts w:ascii="Times New Roman" w:hAnsi="Times New Roman"/>
          <w:spacing w:val="-8"/>
          <w:w w:val="105"/>
          <w:sz w:val="28"/>
          <w:szCs w:val="28"/>
        </w:rPr>
        <w:t xml:space="preserve"> </w:t>
      </w:r>
      <w:r w:rsidRPr="001A456E">
        <w:rPr>
          <w:rFonts w:ascii="Times New Roman" w:hAnsi="Times New Roman"/>
          <w:spacing w:val="-4"/>
          <w:w w:val="105"/>
          <w:sz w:val="28"/>
          <w:szCs w:val="28"/>
        </w:rPr>
        <w:t>обучающихся</w:t>
      </w:r>
      <w:r w:rsidRPr="001A456E">
        <w:rPr>
          <w:rFonts w:ascii="Times New Roman" w:hAnsi="Times New Roman"/>
          <w:spacing w:val="-8"/>
          <w:w w:val="105"/>
          <w:sz w:val="28"/>
          <w:szCs w:val="28"/>
        </w:rPr>
        <w:t xml:space="preserve"> </w:t>
      </w:r>
      <w:r w:rsidRPr="001A456E">
        <w:rPr>
          <w:rFonts w:ascii="Times New Roman" w:hAnsi="Times New Roman"/>
          <w:spacing w:val="-4"/>
          <w:w w:val="105"/>
          <w:sz w:val="28"/>
          <w:szCs w:val="28"/>
        </w:rPr>
        <w:t>и</w:t>
      </w:r>
      <w:r w:rsidRPr="001A456E">
        <w:rPr>
          <w:rFonts w:ascii="Times New Roman" w:hAnsi="Times New Roman"/>
          <w:spacing w:val="-8"/>
          <w:w w:val="105"/>
          <w:sz w:val="28"/>
          <w:szCs w:val="28"/>
        </w:rPr>
        <w:t xml:space="preserve"> </w:t>
      </w:r>
      <w:r w:rsidRPr="001A456E">
        <w:rPr>
          <w:rFonts w:ascii="Times New Roman" w:hAnsi="Times New Roman"/>
          <w:spacing w:val="-4"/>
          <w:w w:val="105"/>
          <w:sz w:val="28"/>
          <w:szCs w:val="28"/>
        </w:rPr>
        <w:t>направлена</w:t>
      </w:r>
      <w:r w:rsidRPr="001A456E">
        <w:rPr>
          <w:rFonts w:ascii="Times New Roman" w:hAnsi="Times New Roman"/>
          <w:spacing w:val="-8"/>
          <w:w w:val="105"/>
          <w:sz w:val="28"/>
          <w:szCs w:val="28"/>
        </w:rPr>
        <w:t xml:space="preserve"> </w:t>
      </w:r>
      <w:r w:rsidRPr="001A456E">
        <w:rPr>
          <w:rFonts w:ascii="Times New Roman" w:hAnsi="Times New Roman"/>
          <w:spacing w:val="-4"/>
          <w:w w:val="105"/>
          <w:sz w:val="28"/>
          <w:szCs w:val="28"/>
        </w:rPr>
        <w:t>на</w:t>
      </w:r>
      <w:r w:rsidRPr="001A456E">
        <w:rPr>
          <w:rFonts w:ascii="Times New Roman" w:hAnsi="Times New Roman"/>
          <w:spacing w:val="-8"/>
          <w:w w:val="105"/>
          <w:sz w:val="28"/>
          <w:szCs w:val="28"/>
        </w:rPr>
        <w:t xml:space="preserve"> </w:t>
      </w:r>
      <w:r w:rsidRPr="001A456E">
        <w:rPr>
          <w:rFonts w:ascii="Times New Roman" w:hAnsi="Times New Roman"/>
          <w:spacing w:val="-4"/>
          <w:w w:val="105"/>
          <w:sz w:val="28"/>
          <w:szCs w:val="28"/>
        </w:rPr>
        <w:t>достижение</w:t>
      </w:r>
      <w:r w:rsidRPr="001A456E">
        <w:rPr>
          <w:rFonts w:ascii="Times New Roman" w:hAnsi="Times New Roman"/>
          <w:spacing w:val="-8"/>
          <w:w w:val="105"/>
          <w:sz w:val="28"/>
          <w:szCs w:val="28"/>
        </w:rPr>
        <w:t xml:space="preserve"> </w:t>
      </w:r>
      <w:r w:rsidRPr="001A456E">
        <w:rPr>
          <w:rFonts w:ascii="Times New Roman" w:hAnsi="Times New Roman"/>
          <w:spacing w:val="-4"/>
          <w:w w:val="105"/>
          <w:sz w:val="28"/>
          <w:szCs w:val="28"/>
        </w:rPr>
        <w:t>планируемых</w:t>
      </w:r>
      <w:r w:rsidRPr="001A456E">
        <w:rPr>
          <w:rFonts w:ascii="Times New Roman" w:hAnsi="Times New Roman"/>
          <w:spacing w:val="-8"/>
          <w:w w:val="105"/>
          <w:sz w:val="28"/>
          <w:szCs w:val="28"/>
        </w:rPr>
        <w:t xml:space="preserve"> </w:t>
      </w:r>
      <w:r w:rsidRPr="001A456E">
        <w:rPr>
          <w:rFonts w:ascii="Times New Roman" w:hAnsi="Times New Roman"/>
          <w:spacing w:val="-4"/>
          <w:w w:val="105"/>
          <w:sz w:val="28"/>
          <w:szCs w:val="28"/>
        </w:rPr>
        <w:t xml:space="preserve">резуль- </w:t>
      </w:r>
      <w:r w:rsidRPr="001A456E">
        <w:rPr>
          <w:rFonts w:ascii="Times New Roman" w:hAnsi="Times New Roman"/>
          <w:spacing w:val="-2"/>
          <w:w w:val="105"/>
          <w:sz w:val="28"/>
          <w:szCs w:val="28"/>
        </w:rPr>
        <w:t>татов</w:t>
      </w:r>
      <w:r w:rsidRPr="001A456E">
        <w:rPr>
          <w:rFonts w:ascii="Times New Roman" w:hAnsi="Times New Roman"/>
          <w:spacing w:val="-8"/>
          <w:w w:val="105"/>
          <w:sz w:val="28"/>
          <w:szCs w:val="28"/>
        </w:rPr>
        <w:t xml:space="preserve"> </w:t>
      </w:r>
      <w:r w:rsidRPr="001A456E">
        <w:rPr>
          <w:rFonts w:ascii="Times New Roman" w:hAnsi="Times New Roman"/>
          <w:spacing w:val="-2"/>
          <w:w w:val="105"/>
          <w:sz w:val="28"/>
          <w:szCs w:val="28"/>
        </w:rPr>
        <w:t>федеральных</w:t>
      </w:r>
      <w:r w:rsidRPr="001A456E">
        <w:rPr>
          <w:rFonts w:ascii="Times New Roman" w:hAnsi="Times New Roman"/>
          <w:spacing w:val="-8"/>
          <w:w w:val="105"/>
          <w:sz w:val="28"/>
          <w:szCs w:val="28"/>
        </w:rPr>
        <w:t xml:space="preserve"> </w:t>
      </w:r>
      <w:r w:rsidRPr="001A456E">
        <w:rPr>
          <w:rFonts w:ascii="Times New Roman" w:hAnsi="Times New Roman"/>
          <w:spacing w:val="-2"/>
          <w:w w:val="105"/>
          <w:sz w:val="28"/>
          <w:szCs w:val="28"/>
        </w:rPr>
        <w:t>основных</w:t>
      </w:r>
      <w:r w:rsidRPr="001A456E">
        <w:rPr>
          <w:rFonts w:ascii="Times New Roman" w:hAnsi="Times New Roman"/>
          <w:spacing w:val="-8"/>
          <w:w w:val="105"/>
          <w:sz w:val="28"/>
          <w:szCs w:val="28"/>
        </w:rPr>
        <w:t xml:space="preserve"> </w:t>
      </w:r>
      <w:r w:rsidRPr="001A456E">
        <w:rPr>
          <w:rFonts w:ascii="Times New Roman" w:hAnsi="Times New Roman"/>
          <w:spacing w:val="-2"/>
          <w:w w:val="105"/>
          <w:sz w:val="28"/>
          <w:szCs w:val="28"/>
        </w:rPr>
        <w:t>образовательных</w:t>
      </w:r>
      <w:r w:rsidRPr="001A456E">
        <w:rPr>
          <w:rFonts w:ascii="Times New Roman" w:hAnsi="Times New Roman"/>
          <w:spacing w:val="-8"/>
          <w:w w:val="105"/>
          <w:sz w:val="28"/>
          <w:szCs w:val="28"/>
        </w:rPr>
        <w:t xml:space="preserve"> </w:t>
      </w:r>
      <w:r w:rsidRPr="001A456E">
        <w:rPr>
          <w:rFonts w:ascii="Times New Roman" w:hAnsi="Times New Roman"/>
          <w:spacing w:val="-2"/>
          <w:w w:val="105"/>
          <w:sz w:val="28"/>
          <w:szCs w:val="28"/>
        </w:rPr>
        <w:t>программ</w:t>
      </w:r>
      <w:r w:rsidRPr="001A456E">
        <w:rPr>
          <w:rFonts w:ascii="Times New Roman" w:hAnsi="Times New Roman"/>
          <w:spacing w:val="-8"/>
          <w:w w:val="105"/>
          <w:sz w:val="28"/>
          <w:szCs w:val="28"/>
        </w:rPr>
        <w:t xml:space="preserve"> </w:t>
      </w:r>
      <w:r w:rsidRPr="001A456E">
        <w:rPr>
          <w:rFonts w:ascii="Times New Roman" w:hAnsi="Times New Roman"/>
          <w:spacing w:val="-2"/>
          <w:w w:val="105"/>
          <w:sz w:val="28"/>
          <w:szCs w:val="28"/>
        </w:rPr>
        <w:t>начального</w:t>
      </w:r>
      <w:r w:rsidRPr="001A456E">
        <w:rPr>
          <w:rFonts w:ascii="Times New Roman" w:hAnsi="Times New Roman"/>
          <w:spacing w:val="-8"/>
          <w:w w:val="105"/>
          <w:sz w:val="28"/>
          <w:szCs w:val="28"/>
        </w:rPr>
        <w:t xml:space="preserve"> </w:t>
      </w:r>
      <w:r w:rsidRPr="001A456E">
        <w:rPr>
          <w:rFonts w:ascii="Times New Roman" w:hAnsi="Times New Roman"/>
          <w:spacing w:val="-2"/>
          <w:w w:val="105"/>
          <w:sz w:val="28"/>
          <w:szCs w:val="28"/>
        </w:rPr>
        <w:t xml:space="preserve">общего, </w:t>
      </w:r>
      <w:r w:rsidRPr="001A456E">
        <w:rPr>
          <w:rFonts w:ascii="Times New Roman" w:hAnsi="Times New Roman"/>
          <w:spacing w:val="-4"/>
          <w:w w:val="105"/>
          <w:sz w:val="28"/>
          <w:szCs w:val="28"/>
        </w:rPr>
        <w:t>основного</w:t>
      </w:r>
      <w:r w:rsidRPr="001A456E">
        <w:rPr>
          <w:rFonts w:ascii="Times New Roman" w:hAnsi="Times New Roman"/>
          <w:spacing w:val="-9"/>
          <w:w w:val="105"/>
          <w:sz w:val="28"/>
          <w:szCs w:val="28"/>
        </w:rPr>
        <w:t xml:space="preserve"> </w:t>
      </w:r>
      <w:r w:rsidRPr="001A456E">
        <w:rPr>
          <w:rFonts w:ascii="Times New Roman" w:hAnsi="Times New Roman"/>
          <w:spacing w:val="-4"/>
          <w:w w:val="105"/>
          <w:sz w:val="28"/>
          <w:szCs w:val="28"/>
        </w:rPr>
        <w:t>общего</w:t>
      </w:r>
      <w:r w:rsidRPr="001A456E">
        <w:rPr>
          <w:rFonts w:ascii="Times New Roman" w:hAnsi="Times New Roman"/>
          <w:spacing w:val="-9"/>
          <w:w w:val="105"/>
          <w:sz w:val="28"/>
          <w:szCs w:val="28"/>
        </w:rPr>
        <w:t xml:space="preserve"> </w:t>
      </w:r>
      <w:r w:rsidRPr="001A456E">
        <w:rPr>
          <w:rFonts w:ascii="Times New Roman" w:hAnsi="Times New Roman"/>
          <w:spacing w:val="-4"/>
          <w:w w:val="105"/>
          <w:sz w:val="28"/>
          <w:szCs w:val="28"/>
        </w:rPr>
        <w:t>и</w:t>
      </w:r>
      <w:r w:rsidRPr="001A456E">
        <w:rPr>
          <w:rFonts w:ascii="Times New Roman" w:hAnsi="Times New Roman"/>
          <w:spacing w:val="-9"/>
          <w:w w:val="105"/>
          <w:sz w:val="28"/>
          <w:szCs w:val="28"/>
        </w:rPr>
        <w:t xml:space="preserve"> </w:t>
      </w:r>
      <w:r w:rsidRPr="001A456E">
        <w:rPr>
          <w:rFonts w:ascii="Times New Roman" w:hAnsi="Times New Roman"/>
          <w:spacing w:val="-4"/>
          <w:w w:val="105"/>
          <w:sz w:val="28"/>
          <w:szCs w:val="28"/>
        </w:rPr>
        <w:t>среднего</w:t>
      </w:r>
      <w:r w:rsidRPr="001A456E">
        <w:rPr>
          <w:rFonts w:ascii="Times New Roman" w:hAnsi="Times New Roman"/>
          <w:spacing w:val="-9"/>
          <w:w w:val="105"/>
          <w:sz w:val="28"/>
          <w:szCs w:val="28"/>
        </w:rPr>
        <w:t xml:space="preserve"> </w:t>
      </w:r>
      <w:r w:rsidRPr="001A456E">
        <w:rPr>
          <w:rFonts w:ascii="Times New Roman" w:hAnsi="Times New Roman"/>
          <w:spacing w:val="-4"/>
          <w:w w:val="105"/>
          <w:sz w:val="28"/>
          <w:szCs w:val="28"/>
        </w:rPr>
        <w:t>общего</w:t>
      </w:r>
      <w:r w:rsidRPr="001A456E">
        <w:rPr>
          <w:rFonts w:ascii="Times New Roman" w:hAnsi="Times New Roman"/>
          <w:spacing w:val="-9"/>
          <w:w w:val="105"/>
          <w:sz w:val="28"/>
          <w:szCs w:val="28"/>
        </w:rPr>
        <w:t xml:space="preserve"> </w:t>
      </w:r>
      <w:r w:rsidRPr="001A456E">
        <w:rPr>
          <w:rFonts w:ascii="Times New Roman" w:hAnsi="Times New Roman"/>
          <w:spacing w:val="-4"/>
          <w:w w:val="105"/>
          <w:sz w:val="28"/>
          <w:szCs w:val="28"/>
        </w:rPr>
        <w:t>образования</w:t>
      </w:r>
      <w:r w:rsidRPr="001A456E">
        <w:rPr>
          <w:rFonts w:ascii="Times New Roman" w:hAnsi="Times New Roman"/>
          <w:spacing w:val="-9"/>
          <w:w w:val="105"/>
          <w:sz w:val="28"/>
          <w:szCs w:val="28"/>
        </w:rPr>
        <w:t xml:space="preserve"> </w:t>
      </w:r>
      <w:r w:rsidRPr="001A456E">
        <w:rPr>
          <w:rFonts w:ascii="Times New Roman" w:hAnsi="Times New Roman"/>
          <w:spacing w:val="-4"/>
          <w:w w:val="105"/>
          <w:sz w:val="28"/>
          <w:szCs w:val="28"/>
        </w:rPr>
        <w:t>с</w:t>
      </w:r>
      <w:r w:rsidRPr="001A456E">
        <w:rPr>
          <w:rFonts w:ascii="Times New Roman" w:hAnsi="Times New Roman"/>
          <w:spacing w:val="-9"/>
          <w:w w:val="105"/>
          <w:sz w:val="28"/>
          <w:szCs w:val="28"/>
        </w:rPr>
        <w:t xml:space="preserve"> </w:t>
      </w:r>
      <w:r w:rsidRPr="001A456E">
        <w:rPr>
          <w:rFonts w:ascii="Times New Roman" w:hAnsi="Times New Roman"/>
          <w:spacing w:val="-4"/>
          <w:w w:val="105"/>
          <w:sz w:val="28"/>
          <w:szCs w:val="28"/>
        </w:rPr>
        <w:t>учётом</w:t>
      </w:r>
      <w:r w:rsidRPr="001A456E">
        <w:rPr>
          <w:rFonts w:ascii="Times New Roman" w:hAnsi="Times New Roman"/>
          <w:spacing w:val="-9"/>
          <w:w w:val="105"/>
          <w:sz w:val="28"/>
          <w:szCs w:val="28"/>
        </w:rPr>
        <w:t xml:space="preserve"> </w:t>
      </w:r>
      <w:r w:rsidRPr="001A456E">
        <w:rPr>
          <w:rFonts w:ascii="Times New Roman" w:hAnsi="Times New Roman"/>
          <w:spacing w:val="-4"/>
          <w:w w:val="105"/>
          <w:sz w:val="28"/>
          <w:szCs w:val="28"/>
        </w:rPr>
        <w:t>выбора</w:t>
      </w:r>
      <w:r w:rsidRPr="001A456E">
        <w:rPr>
          <w:rFonts w:ascii="Times New Roman" w:hAnsi="Times New Roman"/>
          <w:spacing w:val="-9"/>
          <w:w w:val="105"/>
          <w:sz w:val="28"/>
          <w:szCs w:val="28"/>
        </w:rPr>
        <w:t xml:space="preserve"> </w:t>
      </w:r>
      <w:r w:rsidRPr="001A456E">
        <w:rPr>
          <w:rFonts w:ascii="Times New Roman" w:hAnsi="Times New Roman"/>
          <w:spacing w:val="-4"/>
          <w:w w:val="105"/>
          <w:sz w:val="28"/>
          <w:szCs w:val="28"/>
        </w:rPr>
        <w:t xml:space="preserve">участника- </w:t>
      </w:r>
      <w:r w:rsidRPr="001A456E">
        <w:rPr>
          <w:rFonts w:ascii="Times New Roman" w:hAnsi="Times New Roman"/>
          <w:w w:val="105"/>
          <w:sz w:val="28"/>
          <w:szCs w:val="28"/>
        </w:rPr>
        <w:t>ми</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образовательных</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отношений</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курсов</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внеурочной</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деятельности.</w:t>
      </w:r>
    </w:p>
    <w:p w:rsidR="00AD3ABA" w:rsidRPr="001A456E" w:rsidRDefault="00AD3ABA" w:rsidP="003772B6">
      <w:pPr>
        <w:pStyle w:val="aff"/>
        <w:spacing w:before="107"/>
        <w:ind w:right="196"/>
        <w:jc w:val="both"/>
        <w:rPr>
          <w:rFonts w:ascii="Times New Roman" w:hAnsi="Times New Roman"/>
          <w:sz w:val="28"/>
          <w:szCs w:val="28"/>
        </w:rPr>
      </w:pPr>
      <w:r w:rsidRPr="001A456E">
        <w:rPr>
          <w:rFonts w:ascii="Times New Roman" w:hAnsi="Times New Roman"/>
          <w:spacing w:val="-2"/>
          <w:w w:val="105"/>
          <w:sz w:val="28"/>
          <w:szCs w:val="28"/>
        </w:rPr>
        <w:t>Задачей</w:t>
      </w:r>
      <w:r w:rsidRPr="001A456E">
        <w:rPr>
          <w:rFonts w:ascii="Times New Roman" w:hAnsi="Times New Roman"/>
          <w:spacing w:val="-13"/>
          <w:w w:val="105"/>
          <w:sz w:val="28"/>
          <w:szCs w:val="28"/>
        </w:rPr>
        <w:t xml:space="preserve"> </w:t>
      </w:r>
      <w:r w:rsidRPr="001A456E">
        <w:rPr>
          <w:rFonts w:ascii="Times New Roman" w:hAnsi="Times New Roman"/>
          <w:spacing w:val="-2"/>
          <w:w w:val="105"/>
          <w:sz w:val="28"/>
          <w:szCs w:val="28"/>
        </w:rPr>
        <w:t>педагога,</w:t>
      </w:r>
      <w:r w:rsidRPr="001A456E">
        <w:rPr>
          <w:rFonts w:ascii="Times New Roman" w:hAnsi="Times New Roman"/>
          <w:spacing w:val="-13"/>
          <w:w w:val="105"/>
          <w:sz w:val="28"/>
          <w:szCs w:val="28"/>
        </w:rPr>
        <w:t xml:space="preserve"> </w:t>
      </w:r>
      <w:r w:rsidRPr="001A456E">
        <w:rPr>
          <w:rFonts w:ascii="Times New Roman" w:hAnsi="Times New Roman"/>
          <w:spacing w:val="-2"/>
          <w:w w:val="105"/>
          <w:sz w:val="28"/>
          <w:szCs w:val="28"/>
        </w:rPr>
        <w:t>работающего</w:t>
      </w:r>
      <w:r w:rsidRPr="001A456E">
        <w:rPr>
          <w:rFonts w:ascii="Times New Roman" w:hAnsi="Times New Roman"/>
          <w:spacing w:val="-13"/>
          <w:w w:val="105"/>
          <w:sz w:val="28"/>
          <w:szCs w:val="28"/>
        </w:rPr>
        <w:t xml:space="preserve"> </w:t>
      </w:r>
      <w:r w:rsidRPr="001A456E">
        <w:rPr>
          <w:rFonts w:ascii="Times New Roman" w:hAnsi="Times New Roman"/>
          <w:spacing w:val="-2"/>
          <w:w w:val="105"/>
          <w:sz w:val="28"/>
          <w:szCs w:val="28"/>
        </w:rPr>
        <w:t>по</w:t>
      </w:r>
      <w:r w:rsidRPr="001A456E">
        <w:rPr>
          <w:rFonts w:ascii="Times New Roman" w:hAnsi="Times New Roman"/>
          <w:spacing w:val="-13"/>
          <w:w w:val="105"/>
          <w:sz w:val="28"/>
          <w:szCs w:val="28"/>
        </w:rPr>
        <w:t xml:space="preserve"> </w:t>
      </w:r>
      <w:r w:rsidRPr="001A456E">
        <w:rPr>
          <w:rFonts w:ascii="Times New Roman" w:hAnsi="Times New Roman"/>
          <w:spacing w:val="-2"/>
          <w:w w:val="105"/>
          <w:sz w:val="28"/>
          <w:szCs w:val="28"/>
        </w:rPr>
        <w:t>программе,</w:t>
      </w:r>
      <w:r w:rsidRPr="001A456E">
        <w:rPr>
          <w:rFonts w:ascii="Times New Roman" w:hAnsi="Times New Roman"/>
          <w:spacing w:val="-13"/>
          <w:w w:val="105"/>
          <w:sz w:val="28"/>
          <w:szCs w:val="28"/>
        </w:rPr>
        <w:t xml:space="preserve"> </w:t>
      </w:r>
      <w:r w:rsidRPr="001A456E">
        <w:rPr>
          <w:rFonts w:ascii="Times New Roman" w:hAnsi="Times New Roman"/>
          <w:spacing w:val="-2"/>
          <w:w w:val="105"/>
          <w:sz w:val="28"/>
          <w:szCs w:val="28"/>
        </w:rPr>
        <w:t>является</w:t>
      </w:r>
      <w:r w:rsidRPr="001A456E">
        <w:rPr>
          <w:rFonts w:ascii="Times New Roman" w:hAnsi="Times New Roman"/>
          <w:spacing w:val="-13"/>
          <w:w w:val="105"/>
          <w:sz w:val="28"/>
          <w:szCs w:val="28"/>
        </w:rPr>
        <w:t xml:space="preserve"> </w:t>
      </w:r>
      <w:r w:rsidRPr="001A456E">
        <w:rPr>
          <w:rFonts w:ascii="Times New Roman" w:hAnsi="Times New Roman"/>
          <w:spacing w:val="-2"/>
          <w:w w:val="105"/>
          <w:sz w:val="28"/>
          <w:szCs w:val="28"/>
        </w:rPr>
        <w:t>развитие</w:t>
      </w:r>
      <w:r w:rsidRPr="001A456E">
        <w:rPr>
          <w:rFonts w:ascii="Times New Roman" w:hAnsi="Times New Roman"/>
          <w:spacing w:val="-13"/>
          <w:w w:val="105"/>
          <w:sz w:val="28"/>
          <w:szCs w:val="28"/>
        </w:rPr>
        <w:t xml:space="preserve"> </w:t>
      </w:r>
      <w:r w:rsidRPr="001A456E">
        <w:rPr>
          <w:rFonts w:ascii="Times New Roman" w:hAnsi="Times New Roman"/>
          <w:spacing w:val="-2"/>
          <w:w w:val="105"/>
          <w:sz w:val="28"/>
          <w:szCs w:val="28"/>
        </w:rPr>
        <w:t>у</w:t>
      </w:r>
      <w:r w:rsidRPr="001A456E">
        <w:rPr>
          <w:rFonts w:ascii="Times New Roman" w:hAnsi="Times New Roman"/>
          <w:spacing w:val="-13"/>
          <w:w w:val="105"/>
          <w:sz w:val="28"/>
          <w:szCs w:val="28"/>
        </w:rPr>
        <w:t xml:space="preserve"> </w:t>
      </w:r>
      <w:r w:rsidRPr="001A456E">
        <w:rPr>
          <w:rFonts w:ascii="Times New Roman" w:hAnsi="Times New Roman"/>
          <w:spacing w:val="-2"/>
          <w:w w:val="105"/>
          <w:sz w:val="28"/>
          <w:szCs w:val="28"/>
        </w:rPr>
        <w:t xml:space="preserve">обучаю- </w:t>
      </w:r>
      <w:r w:rsidRPr="001A456E">
        <w:rPr>
          <w:rFonts w:ascii="Times New Roman" w:hAnsi="Times New Roman"/>
          <w:sz w:val="28"/>
          <w:szCs w:val="28"/>
        </w:rPr>
        <w:t>щегося</w:t>
      </w:r>
      <w:r w:rsidRPr="001A456E">
        <w:rPr>
          <w:rFonts w:ascii="Times New Roman" w:hAnsi="Times New Roman"/>
          <w:spacing w:val="-5"/>
          <w:sz w:val="28"/>
          <w:szCs w:val="28"/>
        </w:rPr>
        <w:t xml:space="preserve"> </w:t>
      </w:r>
      <w:r w:rsidRPr="001A456E">
        <w:rPr>
          <w:rFonts w:ascii="Times New Roman" w:hAnsi="Times New Roman"/>
          <w:sz w:val="28"/>
          <w:szCs w:val="28"/>
        </w:rPr>
        <w:t>ценностного</w:t>
      </w:r>
      <w:r w:rsidRPr="001A456E">
        <w:rPr>
          <w:rFonts w:ascii="Times New Roman" w:hAnsi="Times New Roman"/>
          <w:spacing w:val="-5"/>
          <w:sz w:val="28"/>
          <w:szCs w:val="28"/>
        </w:rPr>
        <w:t xml:space="preserve"> </w:t>
      </w:r>
      <w:r w:rsidRPr="001A456E">
        <w:rPr>
          <w:rFonts w:ascii="Times New Roman" w:hAnsi="Times New Roman"/>
          <w:sz w:val="28"/>
          <w:szCs w:val="28"/>
        </w:rPr>
        <w:t>отношения</w:t>
      </w:r>
      <w:r w:rsidRPr="001A456E">
        <w:rPr>
          <w:rFonts w:ascii="Times New Roman" w:hAnsi="Times New Roman"/>
          <w:spacing w:val="-5"/>
          <w:sz w:val="28"/>
          <w:szCs w:val="28"/>
        </w:rPr>
        <w:t xml:space="preserve"> </w:t>
      </w:r>
      <w:r w:rsidRPr="001A456E">
        <w:rPr>
          <w:rFonts w:ascii="Times New Roman" w:hAnsi="Times New Roman"/>
          <w:sz w:val="28"/>
          <w:szCs w:val="28"/>
        </w:rPr>
        <w:t>к</w:t>
      </w:r>
      <w:r w:rsidRPr="001A456E">
        <w:rPr>
          <w:rFonts w:ascii="Times New Roman" w:hAnsi="Times New Roman"/>
          <w:spacing w:val="-5"/>
          <w:sz w:val="28"/>
          <w:szCs w:val="28"/>
        </w:rPr>
        <w:t xml:space="preserve"> </w:t>
      </w:r>
      <w:r w:rsidRPr="001A456E">
        <w:rPr>
          <w:rFonts w:ascii="Times New Roman" w:hAnsi="Times New Roman"/>
          <w:sz w:val="28"/>
          <w:szCs w:val="28"/>
        </w:rPr>
        <w:t>Родине,</w:t>
      </w:r>
      <w:r w:rsidRPr="001A456E">
        <w:rPr>
          <w:rFonts w:ascii="Times New Roman" w:hAnsi="Times New Roman"/>
          <w:spacing w:val="-5"/>
          <w:sz w:val="28"/>
          <w:szCs w:val="28"/>
        </w:rPr>
        <w:t xml:space="preserve"> </w:t>
      </w:r>
      <w:r w:rsidRPr="001A456E">
        <w:rPr>
          <w:rFonts w:ascii="Times New Roman" w:hAnsi="Times New Roman"/>
          <w:sz w:val="28"/>
          <w:szCs w:val="28"/>
        </w:rPr>
        <w:t>природе,</w:t>
      </w:r>
      <w:r w:rsidRPr="001A456E">
        <w:rPr>
          <w:rFonts w:ascii="Times New Roman" w:hAnsi="Times New Roman"/>
          <w:spacing w:val="-5"/>
          <w:sz w:val="28"/>
          <w:szCs w:val="28"/>
        </w:rPr>
        <w:t xml:space="preserve"> </w:t>
      </w:r>
      <w:r w:rsidRPr="001A456E">
        <w:rPr>
          <w:rFonts w:ascii="Times New Roman" w:hAnsi="Times New Roman"/>
          <w:sz w:val="28"/>
          <w:szCs w:val="28"/>
        </w:rPr>
        <w:t>человеку,</w:t>
      </w:r>
      <w:r w:rsidRPr="001A456E">
        <w:rPr>
          <w:rFonts w:ascii="Times New Roman" w:hAnsi="Times New Roman"/>
          <w:spacing w:val="-5"/>
          <w:sz w:val="28"/>
          <w:szCs w:val="28"/>
        </w:rPr>
        <w:t xml:space="preserve"> </w:t>
      </w:r>
      <w:r w:rsidRPr="001A456E">
        <w:rPr>
          <w:rFonts w:ascii="Times New Roman" w:hAnsi="Times New Roman"/>
          <w:sz w:val="28"/>
          <w:szCs w:val="28"/>
        </w:rPr>
        <w:t>культуре,</w:t>
      </w:r>
      <w:r w:rsidRPr="001A456E">
        <w:rPr>
          <w:rFonts w:ascii="Times New Roman" w:hAnsi="Times New Roman"/>
          <w:spacing w:val="-5"/>
          <w:sz w:val="28"/>
          <w:szCs w:val="28"/>
        </w:rPr>
        <w:t xml:space="preserve"> </w:t>
      </w:r>
      <w:r w:rsidRPr="001A456E">
        <w:rPr>
          <w:rFonts w:ascii="Times New Roman" w:hAnsi="Times New Roman"/>
          <w:sz w:val="28"/>
          <w:szCs w:val="28"/>
        </w:rPr>
        <w:t xml:space="preserve">знаниям, здоровью, сохранение и укрепление традиционных российских духовно-нрав- </w:t>
      </w:r>
      <w:r w:rsidRPr="001A456E">
        <w:rPr>
          <w:rFonts w:ascii="Times New Roman" w:hAnsi="Times New Roman"/>
          <w:w w:val="105"/>
          <w:sz w:val="28"/>
          <w:szCs w:val="28"/>
        </w:rPr>
        <w:t>ственных ценностей.</w:t>
      </w:r>
    </w:p>
    <w:p w:rsidR="00AD3ABA" w:rsidRPr="001A456E" w:rsidRDefault="00AD3ABA" w:rsidP="003772B6">
      <w:pPr>
        <w:pStyle w:val="aff"/>
        <w:spacing w:before="58"/>
        <w:ind w:left="425"/>
        <w:rPr>
          <w:rFonts w:ascii="Times New Roman" w:hAnsi="Times New Roman"/>
          <w:sz w:val="28"/>
          <w:szCs w:val="28"/>
        </w:rPr>
      </w:pPr>
      <w:r w:rsidRPr="001A456E">
        <w:rPr>
          <w:rFonts w:ascii="Times New Roman" w:hAnsi="Times New Roman"/>
          <w:spacing w:val="-2"/>
          <w:sz w:val="28"/>
          <w:szCs w:val="28"/>
        </w:rPr>
        <w:t>Педагог</w:t>
      </w:r>
      <w:r w:rsidRPr="001A456E">
        <w:rPr>
          <w:rFonts w:ascii="Times New Roman" w:hAnsi="Times New Roman"/>
          <w:spacing w:val="-13"/>
          <w:sz w:val="28"/>
          <w:szCs w:val="28"/>
        </w:rPr>
        <w:t xml:space="preserve"> </w:t>
      </w:r>
      <w:r w:rsidRPr="001A456E">
        <w:rPr>
          <w:rFonts w:ascii="Times New Roman" w:hAnsi="Times New Roman"/>
          <w:spacing w:val="-2"/>
          <w:sz w:val="28"/>
          <w:szCs w:val="28"/>
        </w:rPr>
        <w:t>помогает</w:t>
      </w:r>
      <w:r w:rsidRPr="001A456E">
        <w:rPr>
          <w:rFonts w:ascii="Times New Roman" w:hAnsi="Times New Roman"/>
          <w:spacing w:val="-13"/>
          <w:sz w:val="28"/>
          <w:szCs w:val="28"/>
        </w:rPr>
        <w:t xml:space="preserve"> </w:t>
      </w:r>
      <w:r w:rsidRPr="001A456E">
        <w:rPr>
          <w:rFonts w:ascii="Times New Roman" w:hAnsi="Times New Roman"/>
          <w:spacing w:val="-2"/>
          <w:sz w:val="28"/>
          <w:szCs w:val="28"/>
        </w:rPr>
        <w:t>обучающемуся:</w:t>
      </w:r>
    </w:p>
    <w:p w:rsidR="00AD3ABA" w:rsidRPr="001A456E" w:rsidRDefault="00AD3ABA" w:rsidP="00EF687D">
      <w:pPr>
        <w:pStyle w:val="aff5"/>
        <w:widowControl w:val="0"/>
        <w:numPr>
          <w:ilvl w:val="0"/>
          <w:numId w:val="52"/>
        </w:numPr>
        <w:tabs>
          <w:tab w:val="left" w:pos="689"/>
        </w:tabs>
        <w:suppressAutoHyphens w:val="0"/>
        <w:autoSpaceDE w:val="0"/>
        <w:autoSpaceDN w:val="0"/>
        <w:spacing w:before="39" w:after="0" w:line="240" w:lineRule="auto"/>
        <w:ind w:left="689" w:hanging="264"/>
        <w:contextualSpacing w:val="0"/>
        <w:jc w:val="both"/>
        <w:rPr>
          <w:rFonts w:ascii="Times New Roman" w:hAnsi="Times New Roman"/>
          <w:sz w:val="28"/>
          <w:szCs w:val="28"/>
        </w:rPr>
      </w:pPr>
      <w:r w:rsidRPr="001A456E">
        <w:rPr>
          <w:rFonts w:ascii="Times New Roman" w:hAnsi="Times New Roman"/>
          <w:sz w:val="28"/>
          <w:szCs w:val="28"/>
        </w:rPr>
        <w:lastRenderedPageBreak/>
        <w:t>в</w:t>
      </w:r>
      <w:r w:rsidRPr="001A456E">
        <w:rPr>
          <w:rFonts w:ascii="Times New Roman" w:hAnsi="Times New Roman"/>
          <w:spacing w:val="11"/>
          <w:sz w:val="28"/>
          <w:szCs w:val="28"/>
        </w:rPr>
        <w:t xml:space="preserve"> </w:t>
      </w:r>
      <w:r w:rsidRPr="001A456E">
        <w:rPr>
          <w:rFonts w:ascii="Times New Roman" w:hAnsi="Times New Roman"/>
          <w:sz w:val="28"/>
          <w:szCs w:val="28"/>
        </w:rPr>
        <w:t>формировании</w:t>
      </w:r>
      <w:r w:rsidRPr="001A456E">
        <w:rPr>
          <w:rFonts w:ascii="Times New Roman" w:hAnsi="Times New Roman"/>
          <w:spacing w:val="11"/>
          <w:sz w:val="28"/>
          <w:szCs w:val="28"/>
        </w:rPr>
        <w:t xml:space="preserve"> </w:t>
      </w:r>
      <w:r w:rsidRPr="001A456E">
        <w:rPr>
          <w:rFonts w:ascii="Times New Roman" w:hAnsi="Times New Roman"/>
          <w:sz w:val="28"/>
          <w:szCs w:val="28"/>
        </w:rPr>
        <w:t>его</w:t>
      </w:r>
      <w:r w:rsidRPr="001A456E">
        <w:rPr>
          <w:rFonts w:ascii="Times New Roman" w:hAnsi="Times New Roman"/>
          <w:spacing w:val="11"/>
          <w:sz w:val="28"/>
          <w:szCs w:val="28"/>
        </w:rPr>
        <w:t xml:space="preserve"> </w:t>
      </w:r>
      <w:r w:rsidRPr="001A456E">
        <w:rPr>
          <w:rFonts w:ascii="Times New Roman" w:hAnsi="Times New Roman"/>
          <w:sz w:val="28"/>
          <w:szCs w:val="28"/>
        </w:rPr>
        <w:t>российской</w:t>
      </w:r>
      <w:r w:rsidRPr="001A456E">
        <w:rPr>
          <w:rFonts w:ascii="Times New Roman" w:hAnsi="Times New Roman"/>
          <w:spacing w:val="11"/>
          <w:sz w:val="28"/>
          <w:szCs w:val="28"/>
        </w:rPr>
        <w:t xml:space="preserve"> </w:t>
      </w:r>
      <w:r w:rsidRPr="001A456E">
        <w:rPr>
          <w:rFonts w:ascii="Times New Roman" w:hAnsi="Times New Roman"/>
          <w:spacing w:val="-2"/>
          <w:sz w:val="28"/>
          <w:szCs w:val="28"/>
        </w:rPr>
        <w:t>идентичности;</w:t>
      </w:r>
    </w:p>
    <w:p w:rsidR="00AD3ABA" w:rsidRPr="001A456E" w:rsidRDefault="00AD3ABA" w:rsidP="00EF687D">
      <w:pPr>
        <w:pStyle w:val="aff5"/>
        <w:widowControl w:val="0"/>
        <w:numPr>
          <w:ilvl w:val="0"/>
          <w:numId w:val="52"/>
        </w:numPr>
        <w:tabs>
          <w:tab w:val="left" w:pos="689"/>
        </w:tabs>
        <w:suppressAutoHyphens w:val="0"/>
        <w:autoSpaceDE w:val="0"/>
        <w:autoSpaceDN w:val="0"/>
        <w:spacing w:after="0" w:line="240" w:lineRule="auto"/>
        <w:ind w:left="689" w:hanging="264"/>
        <w:contextualSpacing w:val="0"/>
        <w:jc w:val="both"/>
        <w:rPr>
          <w:rFonts w:ascii="Times New Roman" w:hAnsi="Times New Roman"/>
          <w:sz w:val="28"/>
          <w:szCs w:val="28"/>
        </w:rPr>
      </w:pPr>
      <w:r w:rsidRPr="001A456E">
        <w:rPr>
          <w:rFonts w:ascii="Times New Roman" w:hAnsi="Times New Roman"/>
          <w:sz w:val="28"/>
          <w:szCs w:val="28"/>
        </w:rPr>
        <w:t>в</w:t>
      </w:r>
      <w:r w:rsidRPr="001A456E">
        <w:rPr>
          <w:rFonts w:ascii="Times New Roman" w:hAnsi="Times New Roman"/>
          <w:spacing w:val="7"/>
          <w:sz w:val="28"/>
          <w:szCs w:val="28"/>
        </w:rPr>
        <w:t xml:space="preserve"> </w:t>
      </w:r>
      <w:r w:rsidRPr="001A456E">
        <w:rPr>
          <w:rFonts w:ascii="Times New Roman" w:hAnsi="Times New Roman"/>
          <w:sz w:val="28"/>
          <w:szCs w:val="28"/>
        </w:rPr>
        <w:t>формировании</w:t>
      </w:r>
      <w:r w:rsidRPr="001A456E">
        <w:rPr>
          <w:rFonts w:ascii="Times New Roman" w:hAnsi="Times New Roman"/>
          <w:spacing w:val="7"/>
          <w:sz w:val="28"/>
          <w:szCs w:val="28"/>
        </w:rPr>
        <w:t xml:space="preserve"> </w:t>
      </w:r>
      <w:r w:rsidRPr="001A456E">
        <w:rPr>
          <w:rFonts w:ascii="Times New Roman" w:hAnsi="Times New Roman"/>
          <w:sz w:val="28"/>
          <w:szCs w:val="28"/>
        </w:rPr>
        <w:t>интереса</w:t>
      </w:r>
      <w:r w:rsidRPr="001A456E">
        <w:rPr>
          <w:rFonts w:ascii="Times New Roman" w:hAnsi="Times New Roman"/>
          <w:spacing w:val="7"/>
          <w:sz w:val="28"/>
          <w:szCs w:val="28"/>
        </w:rPr>
        <w:t xml:space="preserve"> </w:t>
      </w:r>
      <w:r w:rsidRPr="001A456E">
        <w:rPr>
          <w:rFonts w:ascii="Times New Roman" w:hAnsi="Times New Roman"/>
          <w:sz w:val="28"/>
          <w:szCs w:val="28"/>
        </w:rPr>
        <w:t>к</w:t>
      </w:r>
      <w:r w:rsidRPr="001A456E">
        <w:rPr>
          <w:rFonts w:ascii="Times New Roman" w:hAnsi="Times New Roman"/>
          <w:spacing w:val="7"/>
          <w:sz w:val="28"/>
          <w:szCs w:val="28"/>
        </w:rPr>
        <w:t xml:space="preserve"> </w:t>
      </w:r>
      <w:r w:rsidRPr="001A456E">
        <w:rPr>
          <w:rFonts w:ascii="Times New Roman" w:hAnsi="Times New Roman"/>
          <w:spacing w:val="-2"/>
          <w:sz w:val="28"/>
          <w:szCs w:val="28"/>
        </w:rPr>
        <w:t>познанию;</w:t>
      </w:r>
    </w:p>
    <w:p w:rsidR="00AD3ABA" w:rsidRPr="001A456E" w:rsidRDefault="00AD3ABA" w:rsidP="00EF687D">
      <w:pPr>
        <w:pStyle w:val="aff5"/>
        <w:widowControl w:val="0"/>
        <w:numPr>
          <w:ilvl w:val="0"/>
          <w:numId w:val="52"/>
        </w:numPr>
        <w:tabs>
          <w:tab w:val="left" w:pos="690"/>
        </w:tabs>
        <w:suppressAutoHyphens w:val="0"/>
        <w:autoSpaceDE w:val="0"/>
        <w:autoSpaceDN w:val="0"/>
        <w:spacing w:before="44" w:after="0" w:line="240" w:lineRule="auto"/>
        <w:ind w:right="196"/>
        <w:contextualSpacing w:val="0"/>
        <w:rPr>
          <w:rFonts w:ascii="Times New Roman" w:hAnsi="Times New Roman"/>
          <w:sz w:val="28"/>
          <w:szCs w:val="28"/>
        </w:rPr>
      </w:pPr>
      <w:r w:rsidRPr="001A456E">
        <w:rPr>
          <w:rFonts w:ascii="Times New Roman" w:hAnsi="Times New Roman"/>
          <w:sz w:val="28"/>
          <w:szCs w:val="28"/>
        </w:rPr>
        <w:t xml:space="preserve">в формировании осознанного отношения к своим правам и свободам и ува- </w:t>
      </w:r>
      <w:r w:rsidRPr="001A456E">
        <w:rPr>
          <w:rFonts w:ascii="Times New Roman" w:hAnsi="Times New Roman"/>
          <w:w w:val="105"/>
          <w:sz w:val="28"/>
          <w:szCs w:val="28"/>
        </w:rPr>
        <w:t>жительного</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отношения</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к</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правам</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свободам</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других;</w:t>
      </w:r>
    </w:p>
    <w:p w:rsidR="00AD3ABA" w:rsidRPr="001A456E" w:rsidRDefault="00AD3ABA" w:rsidP="00EF687D">
      <w:pPr>
        <w:pStyle w:val="aff5"/>
        <w:widowControl w:val="0"/>
        <w:numPr>
          <w:ilvl w:val="0"/>
          <w:numId w:val="52"/>
        </w:numPr>
        <w:tabs>
          <w:tab w:val="left" w:pos="690"/>
        </w:tabs>
        <w:suppressAutoHyphens w:val="0"/>
        <w:autoSpaceDE w:val="0"/>
        <w:autoSpaceDN w:val="0"/>
        <w:spacing w:before="55" w:after="0" w:line="240" w:lineRule="auto"/>
        <w:ind w:right="197"/>
        <w:contextualSpacing w:val="0"/>
        <w:rPr>
          <w:rFonts w:ascii="Times New Roman" w:hAnsi="Times New Roman"/>
          <w:sz w:val="28"/>
          <w:szCs w:val="28"/>
        </w:rPr>
      </w:pPr>
      <w:r w:rsidRPr="001A456E">
        <w:rPr>
          <w:rFonts w:ascii="Times New Roman" w:hAnsi="Times New Roman"/>
          <w:spacing w:val="-4"/>
          <w:w w:val="105"/>
          <w:sz w:val="28"/>
          <w:szCs w:val="28"/>
        </w:rPr>
        <w:t>в</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выстраивании</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собственного</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поведения</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с</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позиции</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нравственных</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и</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 xml:space="preserve">право- </w:t>
      </w:r>
      <w:r w:rsidRPr="001A456E">
        <w:rPr>
          <w:rFonts w:ascii="Times New Roman" w:hAnsi="Times New Roman"/>
          <w:w w:val="105"/>
          <w:sz w:val="28"/>
          <w:szCs w:val="28"/>
        </w:rPr>
        <w:t>вых норм;</w:t>
      </w:r>
    </w:p>
    <w:p w:rsidR="00AD3ABA" w:rsidRPr="001A456E" w:rsidRDefault="00AD3ABA" w:rsidP="00EF687D">
      <w:pPr>
        <w:pStyle w:val="aff5"/>
        <w:widowControl w:val="0"/>
        <w:numPr>
          <w:ilvl w:val="0"/>
          <w:numId w:val="52"/>
        </w:numPr>
        <w:tabs>
          <w:tab w:val="left" w:pos="689"/>
        </w:tabs>
        <w:suppressAutoHyphens w:val="0"/>
        <w:autoSpaceDE w:val="0"/>
        <w:autoSpaceDN w:val="0"/>
        <w:spacing w:before="3" w:after="0" w:line="240" w:lineRule="auto"/>
        <w:ind w:left="689" w:hanging="264"/>
        <w:contextualSpacing w:val="0"/>
        <w:rPr>
          <w:rFonts w:ascii="Times New Roman" w:hAnsi="Times New Roman"/>
          <w:sz w:val="28"/>
          <w:szCs w:val="28"/>
        </w:rPr>
      </w:pPr>
      <w:r w:rsidRPr="001A456E">
        <w:rPr>
          <w:rFonts w:ascii="Times New Roman" w:hAnsi="Times New Roman"/>
          <w:sz w:val="28"/>
          <w:szCs w:val="28"/>
        </w:rPr>
        <w:t>в</w:t>
      </w:r>
      <w:r w:rsidRPr="001A456E">
        <w:rPr>
          <w:rFonts w:ascii="Times New Roman" w:hAnsi="Times New Roman"/>
          <w:spacing w:val="-2"/>
          <w:sz w:val="28"/>
          <w:szCs w:val="28"/>
        </w:rPr>
        <w:t xml:space="preserve"> </w:t>
      </w:r>
      <w:r w:rsidRPr="001A456E">
        <w:rPr>
          <w:rFonts w:ascii="Times New Roman" w:hAnsi="Times New Roman"/>
          <w:sz w:val="28"/>
          <w:szCs w:val="28"/>
        </w:rPr>
        <w:t>создани</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2"/>
          <w:sz w:val="28"/>
          <w:szCs w:val="28"/>
        </w:rPr>
        <w:t xml:space="preserve"> </w:t>
      </w:r>
      <w:r w:rsidRPr="001A456E">
        <w:rPr>
          <w:rFonts w:ascii="Times New Roman" w:hAnsi="Times New Roman"/>
          <w:sz w:val="28"/>
          <w:szCs w:val="28"/>
        </w:rPr>
        <w:t>мотивации</w:t>
      </w:r>
      <w:r w:rsidRPr="001A456E">
        <w:rPr>
          <w:rFonts w:ascii="Times New Roman" w:hAnsi="Times New Roman"/>
          <w:spacing w:val="-1"/>
          <w:sz w:val="28"/>
          <w:szCs w:val="28"/>
        </w:rPr>
        <w:t xml:space="preserve"> </w:t>
      </w:r>
      <w:r w:rsidRPr="001A456E">
        <w:rPr>
          <w:rFonts w:ascii="Times New Roman" w:hAnsi="Times New Roman"/>
          <w:sz w:val="28"/>
          <w:szCs w:val="28"/>
        </w:rPr>
        <w:t>для</w:t>
      </w:r>
      <w:r w:rsidRPr="001A456E">
        <w:rPr>
          <w:rFonts w:ascii="Times New Roman" w:hAnsi="Times New Roman"/>
          <w:spacing w:val="-2"/>
          <w:sz w:val="28"/>
          <w:szCs w:val="28"/>
        </w:rPr>
        <w:t xml:space="preserve"> </w:t>
      </w:r>
      <w:r w:rsidRPr="001A456E">
        <w:rPr>
          <w:rFonts w:ascii="Times New Roman" w:hAnsi="Times New Roman"/>
          <w:sz w:val="28"/>
          <w:szCs w:val="28"/>
        </w:rPr>
        <w:t>участия</w:t>
      </w:r>
      <w:r w:rsidRPr="001A456E">
        <w:rPr>
          <w:rFonts w:ascii="Times New Roman" w:hAnsi="Times New Roman"/>
          <w:spacing w:val="-1"/>
          <w:sz w:val="28"/>
          <w:szCs w:val="28"/>
        </w:rPr>
        <w:t xml:space="preserve"> </w:t>
      </w:r>
      <w:r w:rsidRPr="001A456E">
        <w:rPr>
          <w:rFonts w:ascii="Times New Roman" w:hAnsi="Times New Roman"/>
          <w:sz w:val="28"/>
          <w:szCs w:val="28"/>
        </w:rPr>
        <w:t>в</w:t>
      </w:r>
      <w:r w:rsidRPr="001A456E">
        <w:rPr>
          <w:rFonts w:ascii="Times New Roman" w:hAnsi="Times New Roman"/>
          <w:spacing w:val="-2"/>
          <w:sz w:val="28"/>
          <w:szCs w:val="28"/>
        </w:rPr>
        <w:t xml:space="preserve"> </w:t>
      </w:r>
      <w:r w:rsidRPr="001A456E">
        <w:rPr>
          <w:rFonts w:ascii="Times New Roman" w:hAnsi="Times New Roman"/>
          <w:sz w:val="28"/>
          <w:szCs w:val="28"/>
        </w:rPr>
        <w:t>социально</w:t>
      </w:r>
      <w:r w:rsidRPr="001A456E">
        <w:rPr>
          <w:rFonts w:ascii="Times New Roman" w:hAnsi="Times New Roman"/>
          <w:spacing w:val="-1"/>
          <w:sz w:val="28"/>
          <w:szCs w:val="28"/>
        </w:rPr>
        <w:t xml:space="preserve"> </w:t>
      </w:r>
      <w:r w:rsidRPr="001A456E">
        <w:rPr>
          <w:rFonts w:ascii="Times New Roman" w:hAnsi="Times New Roman"/>
          <w:sz w:val="28"/>
          <w:szCs w:val="28"/>
        </w:rPr>
        <w:t>значимой</w:t>
      </w:r>
      <w:r w:rsidRPr="001A456E">
        <w:rPr>
          <w:rFonts w:ascii="Times New Roman" w:hAnsi="Times New Roman"/>
          <w:spacing w:val="-2"/>
          <w:sz w:val="28"/>
          <w:szCs w:val="28"/>
        </w:rPr>
        <w:t xml:space="preserve"> деятельности;</w:t>
      </w:r>
    </w:p>
    <w:p w:rsidR="00AD3ABA" w:rsidRPr="001A456E" w:rsidRDefault="00AD3ABA" w:rsidP="00EF687D">
      <w:pPr>
        <w:pStyle w:val="aff5"/>
        <w:widowControl w:val="0"/>
        <w:numPr>
          <w:ilvl w:val="0"/>
          <w:numId w:val="52"/>
        </w:numPr>
        <w:tabs>
          <w:tab w:val="left" w:pos="689"/>
        </w:tabs>
        <w:suppressAutoHyphens w:val="0"/>
        <w:autoSpaceDE w:val="0"/>
        <w:autoSpaceDN w:val="0"/>
        <w:spacing w:after="0" w:line="240" w:lineRule="auto"/>
        <w:ind w:left="689" w:hanging="264"/>
        <w:contextualSpacing w:val="0"/>
        <w:rPr>
          <w:rFonts w:ascii="Times New Roman" w:hAnsi="Times New Roman"/>
          <w:sz w:val="28"/>
          <w:szCs w:val="28"/>
        </w:rPr>
      </w:pPr>
      <w:r w:rsidRPr="001A456E">
        <w:rPr>
          <w:rFonts w:ascii="Times New Roman" w:hAnsi="Times New Roman"/>
          <w:spacing w:val="-2"/>
          <w:w w:val="105"/>
          <w:sz w:val="28"/>
          <w:szCs w:val="28"/>
        </w:rPr>
        <w:t>в</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развитии</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у</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школьников</w:t>
      </w:r>
      <w:r w:rsidRPr="001A456E">
        <w:rPr>
          <w:rFonts w:ascii="Times New Roman" w:hAnsi="Times New Roman"/>
          <w:spacing w:val="-17"/>
          <w:w w:val="105"/>
          <w:sz w:val="28"/>
          <w:szCs w:val="28"/>
        </w:rPr>
        <w:t xml:space="preserve"> </w:t>
      </w:r>
      <w:r w:rsidRPr="001A456E">
        <w:rPr>
          <w:rFonts w:ascii="Times New Roman" w:hAnsi="Times New Roman"/>
          <w:spacing w:val="-2"/>
          <w:w w:val="105"/>
          <w:sz w:val="28"/>
          <w:szCs w:val="28"/>
        </w:rPr>
        <w:t>общекультурной</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компетентности;</w:t>
      </w:r>
    </w:p>
    <w:p w:rsidR="00AD3ABA" w:rsidRPr="001A456E" w:rsidRDefault="00AD3ABA" w:rsidP="00EF687D">
      <w:pPr>
        <w:pStyle w:val="aff5"/>
        <w:widowControl w:val="0"/>
        <w:numPr>
          <w:ilvl w:val="0"/>
          <w:numId w:val="52"/>
        </w:numPr>
        <w:tabs>
          <w:tab w:val="left" w:pos="689"/>
        </w:tabs>
        <w:suppressAutoHyphens w:val="0"/>
        <w:autoSpaceDE w:val="0"/>
        <w:autoSpaceDN w:val="0"/>
        <w:spacing w:after="0" w:line="240" w:lineRule="auto"/>
        <w:ind w:left="689" w:hanging="264"/>
        <w:contextualSpacing w:val="0"/>
        <w:rPr>
          <w:rFonts w:ascii="Times New Roman" w:hAnsi="Times New Roman"/>
          <w:sz w:val="28"/>
          <w:szCs w:val="28"/>
        </w:rPr>
      </w:pPr>
      <w:r w:rsidRPr="001A456E">
        <w:rPr>
          <w:rFonts w:ascii="Times New Roman" w:hAnsi="Times New Roman"/>
          <w:sz w:val="28"/>
          <w:szCs w:val="28"/>
        </w:rPr>
        <w:t>в</w:t>
      </w:r>
      <w:r w:rsidRPr="001A456E">
        <w:rPr>
          <w:rFonts w:ascii="Times New Roman" w:hAnsi="Times New Roman"/>
          <w:spacing w:val="2"/>
          <w:sz w:val="28"/>
          <w:szCs w:val="28"/>
        </w:rPr>
        <w:t xml:space="preserve"> </w:t>
      </w:r>
      <w:r w:rsidRPr="001A456E">
        <w:rPr>
          <w:rFonts w:ascii="Times New Roman" w:hAnsi="Times New Roman"/>
          <w:sz w:val="28"/>
          <w:szCs w:val="28"/>
        </w:rPr>
        <w:t>развитии</w:t>
      </w:r>
      <w:r w:rsidRPr="001A456E">
        <w:rPr>
          <w:rFonts w:ascii="Times New Roman" w:hAnsi="Times New Roman"/>
          <w:spacing w:val="2"/>
          <w:sz w:val="28"/>
          <w:szCs w:val="28"/>
        </w:rPr>
        <w:t xml:space="preserve"> </w:t>
      </w:r>
      <w:r w:rsidRPr="001A456E">
        <w:rPr>
          <w:rFonts w:ascii="Times New Roman" w:hAnsi="Times New Roman"/>
          <w:sz w:val="28"/>
          <w:szCs w:val="28"/>
        </w:rPr>
        <w:t>умения</w:t>
      </w:r>
      <w:r w:rsidRPr="001A456E">
        <w:rPr>
          <w:rFonts w:ascii="Times New Roman" w:hAnsi="Times New Roman"/>
          <w:spacing w:val="3"/>
          <w:sz w:val="28"/>
          <w:szCs w:val="28"/>
        </w:rPr>
        <w:t xml:space="preserve"> </w:t>
      </w:r>
      <w:r w:rsidRPr="001A456E">
        <w:rPr>
          <w:rFonts w:ascii="Times New Roman" w:hAnsi="Times New Roman"/>
          <w:sz w:val="28"/>
          <w:szCs w:val="28"/>
        </w:rPr>
        <w:t>принимать</w:t>
      </w:r>
      <w:r w:rsidRPr="001A456E">
        <w:rPr>
          <w:rFonts w:ascii="Times New Roman" w:hAnsi="Times New Roman"/>
          <w:spacing w:val="2"/>
          <w:sz w:val="28"/>
          <w:szCs w:val="28"/>
        </w:rPr>
        <w:t xml:space="preserve"> </w:t>
      </w:r>
      <w:r w:rsidRPr="001A456E">
        <w:rPr>
          <w:rFonts w:ascii="Times New Roman" w:hAnsi="Times New Roman"/>
          <w:sz w:val="28"/>
          <w:szCs w:val="28"/>
        </w:rPr>
        <w:t>осознанные</w:t>
      </w:r>
      <w:r w:rsidRPr="001A456E">
        <w:rPr>
          <w:rFonts w:ascii="Times New Roman" w:hAnsi="Times New Roman"/>
          <w:spacing w:val="3"/>
          <w:sz w:val="28"/>
          <w:szCs w:val="28"/>
        </w:rPr>
        <w:t xml:space="preserve"> </w:t>
      </w:r>
      <w:r w:rsidRPr="001A456E">
        <w:rPr>
          <w:rFonts w:ascii="Times New Roman" w:hAnsi="Times New Roman"/>
          <w:sz w:val="28"/>
          <w:szCs w:val="28"/>
        </w:rPr>
        <w:t>решения</w:t>
      </w:r>
      <w:r w:rsidRPr="001A456E">
        <w:rPr>
          <w:rFonts w:ascii="Times New Roman" w:hAnsi="Times New Roman"/>
          <w:spacing w:val="2"/>
          <w:sz w:val="28"/>
          <w:szCs w:val="28"/>
        </w:rPr>
        <w:t xml:space="preserve"> </w:t>
      </w:r>
      <w:r w:rsidRPr="001A456E">
        <w:rPr>
          <w:rFonts w:ascii="Times New Roman" w:hAnsi="Times New Roman"/>
          <w:sz w:val="28"/>
          <w:szCs w:val="28"/>
        </w:rPr>
        <w:t>и</w:t>
      </w:r>
      <w:r w:rsidRPr="001A456E">
        <w:rPr>
          <w:rFonts w:ascii="Times New Roman" w:hAnsi="Times New Roman"/>
          <w:spacing w:val="2"/>
          <w:sz w:val="28"/>
          <w:szCs w:val="28"/>
        </w:rPr>
        <w:t xml:space="preserve"> </w:t>
      </w:r>
      <w:r w:rsidRPr="001A456E">
        <w:rPr>
          <w:rFonts w:ascii="Times New Roman" w:hAnsi="Times New Roman"/>
          <w:sz w:val="28"/>
          <w:szCs w:val="28"/>
        </w:rPr>
        <w:t>делать</w:t>
      </w:r>
      <w:r w:rsidRPr="001A456E">
        <w:rPr>
          <w:rFonts w:ascii="Times New Roman" w:hAnsi="Times New Roman"/>
          <w:spacing w:val="3"/>
          <w:sz w:val="28"/>
          <w:szCs w:val="28"/>
        </w:rPr>
        <w:t xml:space="preserve"> </w:t>
      </w:r>
      <w:r w:rsidRPr="001A456E">
        <w:rPr>
          <w:rFonts w:ascii="Times New Roman" w:hAnsi="Times New Roman"/>
          <w:spacing w:val="-2"/>
          <w:sz w:val="28"/>
          <w:szCs w:val="28"/>
        </w:rPr>
        <w:t>выбор;</w:t>
      </w:r>
    </w:p>
    <w:p w:rsidR="00AD3ABA" w:rsidRPr="001A456E" w:rsidRDefault="00AD3ABA" w:rsidP="00EF687D">
      <w:pPr>
        <w:pStyle w:val="aff5"/>
        <w:widowControl w:val="0"/>
        <w:numPr>
          <w:ilvl w:val="0"/>
          <w:numId w:val="52"/>
        </w:numPr>
        <w:tabs>
          <w:tab w:val="left" w:pos="689"/>
        </w:tabs>
        <w:suppressAutoHyphens w:val="0"/>
        <w:autoSpaceDE w:val="0"/>
        <w:autoSpaceDN w:val="0"/>
        <w:spacing w:after="0" w:line="240" w:lineRule="auto"/>
        <w:ind w:left="689" w:hanging="264"/>
        <w:contextualSpacing w:val="0"/>
        <w:rPr>
          <w:rFonts w:ascii="Times New Roman" w:hAnsi="Times New Roman"/>
          <w:sz w:val="28"/>
          <w:szCs w:val="28"/>
        </w:rPr>
      </w:pPr>
      <w:r w:rsidRPr="001A456E">
        <w:rPr>
          <w:rFonts w:ascii="Times New Roman" w:hAnsi="Times New Roman"/>
          <w:spacing w:val="-4"/>
          <w:w w:val="105"/>
          <w:sz w:val="28"/>
          <w:szCs w:val="28"/>
        </w:rPr>
        <w:t>в</w:t>
      </w:r>
      <w:r w:rsidRPr="001A456E">
        <w:rPr>
          <w:rFonts w:ascii="Times New Roman" w:hAnsi="Times New Roman"/>
          <w:spacing w:val="-11"/>
          <w:w w:val="105"/>
          <w:sz w:val="28"/>
          <w:szCs w:val="28"/>
        </w:rPr>
        <w:t xml:space="preserve"> </w:t>
      </w:r>
      <w:r w:rsidRPr="001A456E">
        <w:rPr>
          <w:rFonts w:ascii="Times New Roman" w:hAnsi="Times New Roman"/>
          <w:spacing w:val="-4"/>
          <w:w w:val="105"/>
          <w:sz w:val="28"/>
          <w:szCs w:val="28"/>
        </w:rPr>
        <w:t>осознании</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своего</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места</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в</w:t>
      </w:r>
      <w:r w:rsidRPr="001A456E">
        <w:rPr>
          <w:rFonts w:ascii="Times New Roman" w:hAnsi="Times New Roman"/>
          <w:spacing w:val="-10"/>
          <w:w w:val="105"/>
          <w:sz w:val="28"/>
          <w:szCs w:val="28"/>
        </w:rPr>
        <w:t xml:space="preserve"> </w:t>
      </w:r>
      <w:r w:rsidRPr="001A456E">
        <w:rPr>
          <w:rFonts w:ascii="Times New Roman" w:hAnsi="Times New Roman"/>
          <w:spacing w:val="-4"/>
          <w:w w:val="105"/>
          <w:sz w:val="28"/>
          <w:szCs w:val="28"/>
        </w:rPr>
        <w:t>обществе;</w:t>
      </w:r>
    </w:p>
    <w:p w:rsidR="00AD3ABA" w:rsidRPr="001A456E" w:rsidRDefault="00AD3ABA" w:rsidP="00EF687D">
      <w:pPr>
        <w:pStyle w:val="aff5"/>
        <w:widowControl w:val="0"/>
        <w:numPr>
          <w:ilvl w:val="0"/>
          <w:numId w:val="52"/>
        </w:numPr>
        <w:tabs>
          <w:tab w:val="left" w:pos="689"/>
        </w:tabs>
        <w:suppressAutoHyphens w:val="0"/>
        <w:autoSpaceDE w:val="0"/>
        <w:autoSpaceDN w:val="0"/>
        <w:spacing w:after="0" w:line="240" w:lineRule="auto"/>
        <w:ind w:left="689" w:hanging="264"/>
        <w:contextualSpacing w:val="0"/>
        <w:rPr>
          <w:rFonts w:ascii="Times New Roman" w:hAnsi="Times New Roman"/>
          <w:sz w:val="28"/>
          <w:szCs w:val="28"/>
        </w:rPr>
      </w:pPr>
      <w:r w:rsidRPr="001A456E">
        <w:rPr>
          <w:rFonts w:ascii="Times New Roman" w:hAnsi="Times New Roman"/>
          <w:sz w:val="28"/>
          <w:szCs w:val="28"/>
        </w:rPr>
        <w:t>в</w:t>
      </w:r>
      <w:r w:rsidRPr="001A456E">
        <w:rPr>
          <w:rFonts w:ascii="Times New Roman" w:hAnsi="Times New Roman"/>
          <w:spacing w:val="-3"/>
          <w:sz w:val="28"/>
          <w:szCs w:val="28"/>
        </w:rPr>
        <w:t xml:space="preserve"> </w:t>
      </w:r>
      <w:r w:rsidRPr="001A456E">
        <w:rPr>
          <w:rFonts w:ascii="Times New Roman" w:hAnsi="Times New Roman"/>
          <w:sz w:val="28"/>
          <w:szCs w:val="28"/>
        </w:rPr>
        <w:t>познании</w:t>
      </w:r>
      <w:r w:rsidRPr="001A456E">
        <w:rPr>
          <w:rFonts w:ascii="Times New Roman" w:hAnsi="Times New Roman"/>
          <w:spacing w:val="-3"/>
          <w:sz w:val="28"/>
          <w:szCs w:val="28"/>
        </w:rPr>
        <w:t xml:space="preserve"> </w:t>
      </w:r>
      <w:r w:rsidRPr="001A456E">
        <w:rPr>
          <w:rFonts w:ascii="Times New Roman" w:hAnsi="Times New Roman"/>
          <w:sz w:val="28"/>
          <w:szCs w:val="28"/>
        </w:rPr>
        <w:t>себя,</w:t>
      </w:r>
      <w:r w:rsidRPr="001A456E">
        <w:rPr>
          <w:rFonts w:ascii="Times New Roman" w:hAnsi="Times New Roman"/>
          <w:spacing w:val="-3"/>
          <w:sz w:val="28"/>
          <w:szCs w:val="28"/>
        </w:rPr>
        <w:t xml:space="preserve"> </w:t>
      </w:r>
      <w:r w:rsidRPr="001A456E">
        <w:rPr>
          <w:rFonts w:ascii="Times New Roman" w:hAnsi="Times New Roman"/>
          <w:sz w:val="28"/>
          <w:szCs w:val="28"/>
        </w:rPr>
        <w:t>своих</w:t>
      </w:r>
      <w:r w:rsidRPr="001A456E">
        <w:rPr>
          <w:rFonts w:ascii="Times New Roman" w:hAnsi="Times New Roman"/>
          <w:spacing w:val="-2"/>
          <w:sz w:val="28"/>
          <w:szCs w:val="28"/>
        </w:rPr>
        <w:t xml:space="preserve"> </w:t>
      </w:r>
      <w:r w:rsidRPr="001A456E">
        <w:rPr>
          <w:rFonts w:ascii="Times New Roman" w:hAnsi="Times New Roman"/>
          <w:sz w:val="28"/>
          <w:szCs w:val="28"/>
        </w:rPr>
        <w:t>мотивов,</w:t>
      </w:r>
      <w:r w:rsidRPr="001A456E">
        <w:rPr>
          <w:rFonts w:ascii="Times New Roman" w:hAnsi="Times New Roman"/>
          <w:spacing w:val="-3"/>
          <w:sz w:val="28"/>
          <w:szCs w:val="28"/>
        </w:rPr>
        <w:t xml:space="preserve"> </w:t>
      </w:r>
      <w:r w:rsidRPr="001A456E">
        <w:rPr>
          <w:rFonts w:ascii="Times New Roman" w:hAnsi="Times New Roman"/>
          <w:sz w:val="28"/>
          <w:szCs w:val="28"/>
        </w:rPr>
        <w:t>устремлений,</w:t>
      </w:r>
      <w:r w:rsidRPr="001A456E">
        <w:rPr>
          <w:rFonts w:ascii="Times New Roman" w:hAnsi="Times New Roman"/>
          <w:spacing w:val="-3"/>
          <w:sz w:val="28"/>
          <w:szCs w:val="28"/>
        </w:rPr>
        <w:t xml:space="preserve"> </w:t>
      </w:r>
      <w:r w:rsidRPr="001A456E">
        <w:rPr>
          <w:rFonts w:ascii="Times New Roman" w:hAnsi="Times New Roman"/>
          <w:spacing w:val="-2"/>
          <w:sz w:val="28"/>
          <w:szCs w:val="28"/>
        </w:rPr>
        <w:t>склонностей;</w:t>
      </w:r>
    </w:p>
    <w:p w:rsidR="00AD3ABA" w:rsidRPr="001A456E" w:rsidRDefault="00AD3ABA" w:rsidP="00EF687D">
      <w:pPr>
        <w:pStyle w:val="aff5"/>
        <w:widowControl w:val="0"/>
        <w:numPr>
          <w:ilvl w:val="0"/>
          <w:numId w:val="52"/>
        </w:numPr>
        <w:tabs>
          <w:tab w:val="left" w:pos="689"/>
        </w:tabs>
        <w:suppressAutoHyphens w:val="0"/>
        <w:autoSpaceDE w:val="0"/>
        <w:autoSpaceDN w:val="0"/>
        <w:spacing w:after="0" w:line="240" w:lineRule="auto"/>
        <w:ind w:left="689" w:hanging="264"/>
        <w:contextualSpacing w:val="0"/>
        <w:rPr>
          <w:rFonts w:ascii="Times New Roman" w:hAnsi="Times New Roman"/>
          <w:sz w:val="28"/>
          <w:szCs w:val="28"/>
        </w:rPr>
      </w:pPr>
      <w:r w:rsidRPr="001A456E">
        <w:rPr>
          <w:rFonts w:ascii="Times New Roman" w:hAnsi="Times New Roman"/>
          <w:sz w:val="28"/>
          <w:szCs w:val="28"/>
        </w:rPr>
        <w:t>в</w:t>
      </w:r>
      <w:r w:rsidRPr="001A456E">
        <w:rPr>
          <w:rFonts w:ascii="Times New Roman" w:hAnsi="Times New Roman"/>
          <w:spacing w:val="5"/>
          <w:sz w:val="28"/>
          <w:szCs w:val="28"/>
        </w:rPr>
        <w:t xml:space="preserve"> </w:t>
      </w:r>
      <w:r w:rsidRPr="001A456E">
        <w:rPr>
          <w:rFonts w:ascii="Times New Roman" w:hAnsi="Times New Roman"/>
          <w:sz w:val="28"/>
          <w:szCs w:val="28"/>
        </w:rPr>
        <w:t>формировании</w:t>
      </w:r>
      <w:r w:rsidRPr="001A456E">
        <w:rPr>
          <w:rFonts w:ascii="Times New Roman" w:hAnsi="Times New Roman"/>
          <w:spacing w:val="5"/>
          <w:sz w:val="28"/>
          <w:szCs w:val="28"/>
        </w:rPr>
        <w:t xml:space="preserve"> </w:t>
      </w:r>
      <w:r w:rsidRPr="001A456E">
        <w:rPr>
          <w:rFonts w:ascii="Times New Roman" w:hAnsi="Times New Roman"/>
          <w:sz w:val="28"/>
          <w:szCs w:val="28"/>
        </w:rPr>
        <w:t>готовности</w:t>
      </w:r>
      <w:r w:rsidRPr="001A456E">
        <w:rPr>
          <w:rFonts w:ascii="Times New Roman" w:hAnsi="Times New Roman"/>
          <w:spacing w:val="6"/>
          <w:sz w:val="28"/>
          <w:szCs w:val="28"/>
        </w:rPr>
        <w:t xml:space="preserve"> </w:t>
      </w:r>
      <w:r w:rsidRPr="001A456E">
        <w:rPr>
          <w:rFonts w:ascii="Times New Roman" w:hAnsi="Times New Roman"/>
          <w:sz w:val="28"/>
          <w:szCs w:val="28"/>
        </w:rPr>
        <w:t>к</w:t>
      </w:r>
      <w:r w:rsidRPr="001A456E">
        <w:rPr>
          <w:rFonts w:ascii="Times New Roman" w:hAnsi="Times New Roman"/>
          <w:spacing w:val="5"/>
          <w:sz w:val="28"/>
          <w:szCs w:val="28"/>
        </w:rPr>
        <w:t xml:space="preserve"> </w:t>
      </w:r>
      <w:r w:rsidRPr="001A456E">
        <w:rPr>
          <w:rFonts w:ascii="Times New Roman" w:hAnsi="Times New Roman"/>
          <w:sz w:val="28"/>
          <w:szCs w:val="28"/>
        </w:rPr>
        <w:t>личностному</w:t>
      </w:r>
      <w:r w:rsidRPr="001A456E">
        <w:rPr>
          <w:rFonts w:ascii="Times New Roman" w:hAnsi="Times New Roman"/>
          <w:spacing w:val="6"/>
          <w:sz w:val="28"/>
          <w:szCs w:val="28"/>
        </w:rPr>
        <w:t xml:space="preserve"> </w:t>
      </w:r>
      <w:r w:rsidRPr="001A456E">
        <w:rPr>
          <w:rFonts w:ascii="Times New Roman" w:hAnsi="Times New Roman"/>
          <w:spacing w:val="-2"/>
          <w:sz w:val="28"/>
          <w:szCs w:val="28"/>
        </w:rPr>
        <w:t>самоопределению.</w:t>
      </w:r>
    </w:p>
    <w:p w:rsidR="00AD3ABA" w:rsidRPr="001A456E" w:rsidRDefault="00AD3ABA" w:rsidP="003772B6">
      <w:pPr>
        <w:pStyle w:val="aff"/>
        <w:spacing w:before="91"/>
        <w:rPr>
          <w:rFonts w:ascii="Times New Roman" w:hAnsi="Times New Roman"/>
          <w:sz w:val="28"/>
          <w:szCs w:val="28"/>
        </w:rPr>
      </w:pPr>
      <w:r w:rsidRPr="001A456E">
        <w:rPr>
          <w:rFonts w:ascii="Times New Roman" w:hAnsi="Times New Roman"/>
          <w:sz w:val="28"/>
          <w:szCs w:val="28"/>
        </w:rPr>
        <w:t>Нормативно-правовую</w:t>
      </w:r>
      <w:r w:rsidRPr="001A456E">
        <w:rPr>
          <w:rFonts w:ascii="Times New Roman" w:hAnsi="Times New Roman"/>
          <w:spacing w:val="40"/>
          <w:sz w:val="28"/>
          <w:szCs w:val="28"/>
        </w:rPr>
        <w:t xml:space="preserve"> </w:t>
      </w:r>
      <w:r w:rsidRPr="001A456E">
        <w:rPr>
          <w:rFonts w:ascii="Times New Roman" w:hAnsi="Times New Roman"/>
          <w:sz w:val="28"/>
          <w:szCs w:val="28"/>
        </w:rPr>
        <w:t>основу</w:t>
      </w:r>
      <w:r w:rsidRPr="001A456E">
        <w:rPr>
          <w:rFonts w:ascii="Times New Roman" w:hAnsi="Times New Roman"/>
          <w:spacing w:val="40"/>
          <w:sz w:val="28"/>
          <w:szCs w:val="28"/>
        </w:rPr>
        <w:t xml:space="preserve"> </w:t>
      </w:r>
      <w:r w:rsidRPr="001A456E">
        <w:rPr>
          <w:rFonts w:ascii="Times New Roman" w:hAnsi="Times New Roman"/>
          <w:sz w:val="28"/>
          <w:szCs w:val="28"/>
        </w:rPr>
        <w:t>рабочей</w:t>
      </w:r>
      <w:r w:rsidRPr="001A456E">
        <w:rPr>
          <w:rFonts w:ascii="Times New Roman" w:hAnsi="Times New Roman"/>
          <w:spacing w:val="40"/>
          <w:sz w:val="28"/>
          <w:szCs w:val="28"/>
        </w:rPr>
        <w:t xml:space="preserve"> </w:t>
      </w:r>
      <w:r w:rsidRPr="001A456E">
        <w:rPr>
          <w:rFonts w:ascii="Times New Roman" w:hAnsi="Times New Roman"/>
          <w:sz w:val="28"/>
          <w:szCs w:val="28"/>
        </w:rPr>
        <w:t>программы</w:t>
      </w:r>
      <w:r w:rsidRPr="001A456E">
        <w:rPr>
          <w:rFonts w:ascii="Times New Roman" w:hAnsi="Times New Roman"/>
          <w:spacing w:val="40"/>
          <w:sz w:val="28"/>
          <w:szCs w:val="28"/>
        </w:rPr>
        <w:t xml:space="preserve"> </w:t>
      </w:r>
      <w:r w:rsidRPr="001A456E">
        <w:rPr>
          <w:rFonts w:ascii="Times New Roman" w:hAnsi="Times New Roman"/>
          <w:sz w:val="28"/>
          <w:szCs w:val="28"/>
        </w:rPr>
        <w:t>курса</w:t>
      </w:r>
      <w:r w:rsidRPr="001A456E">
        <w:rPr>
          <w:rFonts w:ascii="Times New Roman" w:hAnsi="Times New Roman"/>
          <w:spacing w:val="40"/>
          <w:sz w:val="28"/>
          <w:szCs w:val="28"/>
        </w:rPr>
        <w:t xml:space="preserve"> </w:t>
      </w:r>
      <w:r w:rsidRPr="001A456E">
        <w:rPr>
          <w:rFonts w:ascii="Times New Roman" w:hAnsi="Times New Roman"/>
          <w:sz w:val="28"/>
          <w:szCs w:val="28"/>
        </w:rPr>
        <w:t>внеурочной</w:t>
      </w:r>
      <w:r w:rsidRPr="001A456E">
        <w:rPr>
          <w:rFonts w:ascii="Times New Roman" w:hAnsi="Times New Roman"/>
          <w:spacing w:val="40"/>
          <w:sz w:val="28"/>
          <w:szCs w:val="28"/>
        </w:rPr>
        <w:t xml:space="preserve"> </w:t>
      </w:r>
      <w:r w:rsidRPr="001A456E">
        <w:rPr>
          <w:rFonts w:ascii="Times New Roman" w:hAnsi="Times New Roman"/>
          <w:sz w:val="28"/>
          <w:szCs w:val="28"/>
        </w:rPr>
        <w:t>дея-</w:t>
      </w:r>
      <w:r w:rsidRPr="001A456E">
        <w:rPr>
          <w:rFonts w:ascii="Times New Roman" w:hAnsi="Times New Roman"/>
          <w:spacing w:val="80"/>
          <w:sz w:val="28"/>
          <w:szCs w:val="28"/>
        </w:rPr>
        <w:t xml:space="preserve"> </w:t>
      </w:r>
      <w:r w:rsidRPr="001A456E">
        <w:rPr>
          <w:rFonts w:ascii="Times New Roman" w:hAnsi="Times New Roman"/>
          <w:sz w:val="28"/>
          <w:szCs w:val="28"/>
        </w:rPr>
        <w:t>тельности «Разговоры о важном» составляют следующие документы:</w:t>
      </w:r>
    </w:p>
    <w:p w:rsidR="00AD3ABA" w:rsidRPr="001A456E" w:rsidRDefault="00AD3ABA" w:rsidP="00EF687D">
      <w:pPr>
        <w:pStyle w:val="aff5"/>
        <w:widowControl w:val="0"/>
        <w:numPr>
          <w:ilvl w:val="0"/>
          <w:numId w:val="51"/>
        </w:numPr>
        <w:tabs>
          <w:tab w:val="left" w:pos="682"/>
          <w:tab w:val="left" w:pos="725"/>
        </w:tabs>
        <w:suppressAutoHyphens w:val="0"/>
        <w:autoSpaceDE w:val="0"/>
        <w:autoSpaceDN w:val="0"/>
        <w:spacing w:before="112" w:after="0" w:line="240" w:lineRule="auto"/>
        <w:ind w:right="129" w:hanging="245"/>
        <w:contextualSpacing w:val="0"/>
        <w:jc w:val="left"/>
        <w:rPr>
          <w:rFonts w:ascii="Times New Roman" w:hAnsi="Times New Roman"/>
          <w:sz w:val="28"/>
          <w:szCs w:val="28"/>
        </w:rPr>
      </w:pPr>
      <w:r w:rsidRPr="001A456E">
        <w:rPr>
          <w:rFonts w:ascii="Times New Roman" w:hAnsi="Times New Roman"/>
          <w:spacing w:val="-4"/>
          <w:w w:val="105"/>
          <w:sz w:val="28"/>
          <w:szCs w:val="28"/>
        </w:rPr>
        <w:t>Федеральный</w:t>
      </w:r>
      <w:r w:rsidRPr="001A456E">
        <w:rPr>
          <w:rFonts w:ascii="Times New Roman" w:hAnsi="Times New Roman"/>
          <w:spacing w:val="20"/>
          <w:w w:val="105"/>
          <w:sz w:val="28"/>
          <w:szCs w:val="28"/>
        </w:rPr>
        <w:t xml:space="preserve"> </w:t>
      </w:r>
      <w:r w:rsidRPr="001A456E">
        <w:rPr>
          <w:rFonts w:ascii="Times New Roman" w:hAnsi="Times New Roman"/>
          <w:spacing w:val="-4"/>
          <w:w w:val="105"/>
          <w:sz w:val="28"/>
          <w:szCs w:val="28"/>
        </w:rPr>
        <w:t>закон</w:t>
      </w:r>
      <w:r w:rsidRPr="001A456E">
        <w:rPr>
          <w:rFonts w:ascii="Times New Roman" w:hAnsi="Times New Roman"/>
          <w:spacing w:val="-15"/>
          <w:w w:val="105"/>
          <w:sz w:val="28"/>
          <w:szCs w:val="28"/>
        </w:rPr>
        <w:t xml:space="preserve"> </w:t>
      </w:r>
      <w:r w:rsidRPr="001A456E">
        <w:rPr>
          <w:rFonts w:ascii="Times New Roman" w:hAnsi="Times New Roman"/>
          <w:spacing w:val="-4"/>
          <w:w w:val="105"/>
          <w:sz w:val="28"/>
          <w:szCs w:val="28"/>
        </w:rPr>
        <w:t>от</w:t>
      </w:r>
      <w:r w:rsidRPr="001A456E">
        <w:rPr>
          <w:rFonts w:ascii="Times New Roman" w:hAnsi="Times New Roman"/>
          <w:spacing w:val="-15"/>
          <w:w w:val="105"/>
          <w:sz w:val="28"/>
          <w:szCs w:val="28"/>
        </w:rPr>
        <w:t xml:space="preserve"> </w:t>
      </w:r>
      <w:r w:rsidRPr="001A456E">
        <w:rPr>
          <w:rFonts w:ascii="Times New Roman" w:hAnsi="Times New Roman"/>
          <w:spacing w:val="-4"/>
          <w:w w:val="105"/>
          <w:sz w:val="28"/>
          <w:szCs w:val="28"/>
        </w:rPr>
        <w:t>29.12.2012</w:t>
      </w:r>
      <w:r w:rsidRPr="001A456E">
        <w:rPr>
          <w:rFonts w:ascii="Times New Roman" w:hAnsi="Times New Roman"/>
          <w:spacing w:val="-15"/>
          <w:w w:val="105"/>
          <w:sz w:val="28"/>
          <w:szCs w:val="28"/>
        </w:rPr>
        <w:t xml:space="preserve"> </w:t>
      </w:r>
      <w:r w:rsidRPr="001A456E">
        <w:rPr>
          <w:rFonts w:ascii="Times New Roman" w:hAnsi="Times New Roman"/>
          <w:spacing w:val="-4"/>
          <w:w w:val="105"/>
          <w:sz w:val="28"/>
          <w:szCs w:val="28"/>
        </w:rPr>
        <w:t>№</w:t>
      </w:r>
      <w:r w:rsidRPr="001A456E">
        <w:rPr>
          <w:rFonts w:ascii="Times New Roman" w:hAnsi="Times New Roman"/>
          <w:spacing w:val="-15"/>
          <w:w w:val="105"/>
          <w:sz w:val="28"/>
          <w:szCs w:val="28"/>
        </w:rPr>
        <w:t xml:space="preserve"> </w:t>
      </w:r>
      <w:r w:rsidRPr="001A456E">
        <w:rPr>
          <w:rFonts w:ascii="Times New Roman" w:hAnsi="Times New Roman"/>
          <w:spacing w:val="-4"/>
          <w:w w:val="105"/>
          <w:sz w:val="28"/>
          <w:szCs w:val="28"/>
        </w:rPr>
        <w:t>273-ФЗ</w:t>
      </w:r>
      <w:r w:rsidRPr="001A456E">
        <w:rPr>
          <w:rFonts w:ascii="Times New Roman" w:hAnsi="Times New Roman"/>
          <w:spacing w:val="-15"/>
          <w:w w:val="105"/>
          <w:sz w:val="28"/>
          <w:szCs w:val="28"/>
        </w:rPr>
        <w:t xml:space="preserve"> </w:t>
      </w:r>
      <w:r w:rsidRPr="001A456E">
        <w:rPr>
          <w:rFonts w:ascii="Times New Roman" w:hAnsi="Times New Roman"/>
          <w:spacing w:val="-4"/>
          <w:w w:val="105"/>
          <w:sz w:val="28"/>
          <w:szCs w:val="28"/>
        </w:rPr>
        <w:t>«Об</w:t>
      </w:r>
      <w:r w:rsidRPr="001A456E">
        <w:rPr>
          <w:rFonts w:ascii="Times New Roman" w:hAnsi="Times New Roman"/>
          <w:spacing w:val="-15"/>
          <w:w w:val="105"/>
          <w:sz w:val="28"/>
          <w:szCs w:val="28"/>
        </w:rPr>
        <w:t xml:space="preserve"> </w:t>
      </w:r>
      <w:r w:rsidRPr="001A456E">
        <w:rPr>
          <w:rFonts w:ascii="Times New Roman" w:hAnsi="Times New Roman"/>
          <w:spacing w:val="-4"/>
          <w:w w:val="105"/>
          <w:sz w:val="28"/>
          <w:szCs w:val="28"/>
        </w:rPr>
        <w:t>образовании</w:t>
      </w:r>
      <w:r w:rsidRPr="001A456E">
        <w:rPr>
          <w:rFonts w:ascii="Times New Roman" w:hAnsi="Times New Roman"/>
          <w:spacing w:val="-15"/>
          <w:w w:val="105"/>
          <w:sz w:val="28"/>
          <w:szCs w:val="28"/>
        </w:rPr>
        <w:t xml:space="preserve"> </w:t>
      </w:r>
      <w:r w:rsidRPr="001A456E">
        <w:rPr>
          <w:rFonts w:ascii="Times New Roman" w:hAnsi="Times New Roman"/>
          <w:spacing w:val="-4"/>
          <w:w w:val="105"/>
          <w:sz w:val="28"/>
          <w:szCs w:val="28"/>
        </w:rPr>
        <w:t>в</w:t>
      </w:r>
      <w:r w:rsidRPr="001A456E">
        <w:rPr>
          <w:rFonts w:ascii="Times New Roman" w:hAnsi="Times New Roman"/>
          <w:spacing w:val="-15"/>
          <w:w w:val="105"/>
          <w:sz w:val="28"/>
          <w:szCs w:val="28"/>
        </w:rPr>
        <w:t xml:space="preserve"> </w:t>
      </w:r>
      <w:r w:rsidRPr="001A456E">
        <w:rPr>
          <w:rFonts w:ascii="Times New Roman" w:hAnsi="Times New Roman"/>
          <w:spacing w:val="-4"/>
          <w:w w:val="105"/>
          <w:sz w:val="28"/>
          <w:szCs w:val="28"/>
        </w:rPr>
        <w:t xml:space="preserve">Российской </w:t>
      </w:r>
      <w:r w:rsidRPr="001A456E">
        <w:rPr>
          <w:rFonts w:ascii="Times New Roman" w:hAnsi="Times New Roman"/>
          <w:spacing w:val="-2"/>
          <w:w w:val="105"/>
          <w:sz w:val="28"/>
          <w:szCs w:val="28"/>
        </w:rPr>
        <w:t>Федерации».</w:t>
      </w:r>
    </w:p>
    <w:p w:rsidR="00AD3ABA" w:rsidRPr="001A456E" w:rsidRDefault="00AD3ABA" w:rsidP="00EF687D">
      <w:pPr>
        <w:pStyle w:val="aff5"/>
        <w:widowControl w:val="0"/>
        <w:numPr>
          <w:ilvl w:val="0"/>
          <w:numId w:val="51"/>
        </w:numPr>
        <w:tabs>
          <w:tab w:val="left" w:pos="707"/>
        </w:tabs>
        <w:suppressAutoHyphens w:val="0"/>
        <w:autoSpaceDE w:val="0"/>
        <w:autoSpaceDN w:val="0"/>
        <w:spacing w:before="112" w:after="0" w:line="240" w:lineRule="auto"/>
        <w:ind w:right="129" w:hanging="251"/>
        <w:contextualSpacing w:val="0"/>
        <w:jc w:val="left"/>
        <w:rPr>
          <w:rFonts w:ascii="Times New Roman" w:hAnsi="Times New Roman"/>
          <w:sz w:val="28"/>
          <w:szCs w:val="28"/>
        </w:rPr>
      </w:pPr>
      <w:r w:rsidRPr="001A456E">
        <w:rPr>
          <w:rFonts w:ascii="Times New Roman" w:hAnsi="Times New Roman"/>
          <w:spacing w:val="-4"/>
          <w:w w:val="105"/>
          <w:sz w:val="28"/>
          <w:szCs w:val="28"/>
        </w:rPr>
        <w:t>Указ</w:t>
      </w:r>
      <w:r w:rsidRPr="001A456E">
        <w:rPr>
          <w:rFonts w:ascii="Times New Roman" w:hAnsi="Times New Roman"/>
          <w:spacing w:val="9"/>
          <w:w w:val="105"/>
          <w:sz w:val="28"/>
          <w:szCs w:val="28"/>
        </w:rPr>
        <w:t xml:space="preserve"> </w:t>
      </w:r>
      <w:r w:rsidRPr="001A456E">
        <w:rPr>
          <w:rFonts w:ascii="Times New Roman" w:hAnsi="Times New Roman"/>
          <w:spacing w:val="-4"/>
          <w:w w:val="105"/>
          <w:sz w:val="28"/>
          <w:szCs w:val="28"/>
        </w:rPr>
        <w:t>Президента</w:t>
      </w:r>
      <w:r w:rsidRPr="001A456E">
        <w:rPr>
          <w:rFonts w:ascii="Times New Roman" w:hAnsi="Times New Roman"/>
          <w:spacing w:val="-13"/>
          <w:w w:val="105"/>
          <w:sz w:val="28"/>
          <w:szCs w:val="28"/>
        </w:rPr>
        <w:t xml:space="preserve"> </w:t>
      </w:r>
      <w:r w:rsidRPr="001A456E">
        <w:rPr>
          <w:rFonts w:ascii="Times New Roman" w:hAnsi="Times New Roman"/>
          <w:spacing w:val="-4"/>
          <w:w w:val="105"/>
          <w:sz w:val="28"/>
          <w:szCs w:val="28"/>
        </w:rPr>
        <w:t>Российской</w:t>
      </w:r>
      <w:r w:rsidRPr="001A456E">
        <w:rPr>
          <w:rFonts w:ascii="Times New Roman" w:hAnsi="Times New Roman"/>
          <w:spacing w:val="-13"/>
          <w:w w:val="105"/>
          <w:sz w:val="28"/>
          <w:szCs w:val="28"/>
        </w:rPr>
        <w:t xml:space="preserve"> </w:t>
      </w:r>
      <w:r w:rsidRPr="001A456E">
        <w:rPr>
          <w:rFonts w:ascii="Times New Roman" w:hAnsi="Times New Roman"/>
          <w:spacing w:val="-4"/>
          <w:w w:val="105"/>
          <w:sz w:val="28"/>
          <w:szCs w:val="28"/>
        </w:rPr>
        <w:t>Федерации</w:t>
      </w:r>
      <w:r w:rsidRPr="001A456E">
        <w:rPr>
          <w:rFonts w:ascii="Times New Roman" w:hAnsi="Times New Roman"/>
          <w:spacing w:val="-13"/>
          <w:w w:val="105"/>
          <w:sz w:val="28"/>
          <w:szCs w:val="28"/>
        </w:rPr>
        <w:t xml:space="preserve"> </w:t>
      </w:r>
      <w:r w:rsidRPr="001A456E">
        <w:rPr>
          <w:rFonts w:ascii="Times New Roman" w:hAnsi="Times New Roman"/>
          <w:spacing w:val="-4"/>
          <w:w w:val="105"/>
          <w:sz w:val="28"/>
          <w:szCs w:val="28"/>
        </w:rPr>
        <w:t>от</w:t>
      </w:r>
      <w:r w:rsidRPr="001A456E">
        <w:rPr>
          <w:rFonts w:ascii="Times New Roman" w:hAnsi="Times New Roman"/>
          <w:spacing w:val="-13"/>
          <w:w w:val="105"/>
          <w:sz w:val="28"/>
          <w:szCs w:val="28"/>
        </w:rPr>
        <w:t xml:space="preserve"> </w:t>
      </w:r>
      <w:r w:rsidRPr="001A456E">
        <w:rPr>
          <w:rFonts w:ascii="Times New Roman" w:hAnsi="Times New Roman"/>
          <w:spacing w:val="-4"/>
          <w:w w:val="105"/>
          <w:sz w:val="28"/>
          <w:szCs w:val="28"/>
        </w:rPr>
        <w:t>02.07.2021</w:t>
      </w:r>
      <w:r w:rsidRPr="001A456E">
        <w:rPr>
          <w:rFonts w:ascii="Times New Roman" w:hAnsi="Times New Roman"/>
          <w:spacing w:val="-13"/>
          <w:w w:val="105"/>
          <w:sz w:val="28"/>
          <w:szCs w:val="28"/>
        </w:rPr>
        <w:t xml:space="preserve"> </w:t>
      </w:r>
      <w:r w:rsidRPr="001A456E">
        <w:rPr>
          <w:rFonts w:ascii="Times New Roman" w:hAnsi="Times New Roman"/>
          <w:spacing w:val="-4"/>
          <w:w w:val="105"/>
          <w:sz w:val="28"/>
          <w:szCs w:val="28"/>
        </w:rPr>
        <w:t>№</w:t>
      </w:r>
      <w:r w:rsidRPr="001A456E">
        <w:rPr>
          <w:rFonts w:ascii="Times New Roman" w:hAnsi="Times New Roman"/>
          <w:spacing w:val="-13"/>
          <w:w w:val="105"/>
          <w:sz w:val="28"/>
          <w:szCs w:val="28"/>
        </w:rPr>
        <w:t xml:space="preserve"> </w:t>
      </w:r>
      <w:r w:rsidRPr="001A456E">
        <w:rPr>
          <w:rFonts w:ascii="Times New Roman" w:hAnsi="Times New Roman"/>
          <w:spacing w:val="-4"/>
          <w:w w:val="105"/>
          <w:sz w:val="28"/>
          <w:szCs w:val="28"/>
        </w:rPr>
        <w:t>400</w:t>
      </w:r>
      <w:r w:rsidRPr="001A456E">
        <w:rPr>
          <w:rFonts w:ascii="Times New Roman" w:hAnsi="Times New Roman"/>
          <w:spacing w:val="-13"/>
          <w:w w:val="105"/>
          <w:sz w:val="28"/>
          <w:szCs w:val="28"/>
        </w:rPr>
        <w:t xml:space="preserve"> </w:t>
      </w:r>
      <w:r w:rsidRPr="001A456E">
        <w:rPr>
          <w:rFonts w:ascii="Times New Roman" w:hAnsi="Times New Roman"/>
          <w:spacing w:val="-4"/>
          <w:w w:val="105"/>
          <w:sz w:val="28"/>
          <w:szCs w:val="28"/>
        </w:rPr>
        <w:t>«О</w:t>
      </w:r>
      <w:r w:rsidRPr="001A456E">
        <w:rPr>
          <w:rFonts w:ascii="Times New Roman" w:hAnsi="Times New Roman"/>
          <w:spacing w:val="-13"/>
          <w:w w:val="105"/>
          <w:sz w:val="28"/>
          <w:szCs w:val="28"/>
        </w:rPr>
        <w:t xml:space="preserve"> </w:t>
      </w:r>
      <w:r w:rsidRPr="001A456E">
        <w:rPr>
          <w:rFonts w:ascii="Times New Roman" w:hAnsi="Times New Roman"/>
          <w:spacing w:val="-4"/>
          <w:w w:val="105"/>
          <w:sz w:val="28"/>
          <w:szCs w:val="28"/>
        </w:rPr>
        <w:t xml:space="preserve">Стратегии </w:t>
      </w:r>
      <w:r w:rsidRPr="001A456E">
        <w:rPr>
          <w:rFonts w:ascii="Times New Roman" w:hAnsi="Times New Roman"/>
          <w:w w:val="105"/>
          <w:sz w:val="28"/>
          <w:szCs w:val="28"/>
        </w:rPr>
        <w:t>национальной</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безопасности</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Российской</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Федерации».</w:t>
      </w:r>
    </w:p>
    <w:p w:rsidR="00AD3ABA" w:rsidRPr="001A456E" w:rsidRDefault="00014F27" w:rsidP="003772B6">
      <w:pPr>
        <w:widowControl w:val="0"/>
        <w:tabs>
          <w:tab w:val="left" w:pos="1259"/>
          <w:tab w:val="left" w:pos="2082"/>
          <w:tab w:val="left" w:pos="3769"/>
          <w:tab w:val="left" w:pos="5477"/>
          <w:tab w:val="left" w:pos="7111"/>
          <w:tab w:val="left" w:pos="7641"/>
          <w:tab w:val="left" w:pos="9096"/>
          <w:tab w:val="left" w:pos="9602"/>
        </w:tabs>
        <w:suppressAutoHyphens w:val="0"/>
        <w:autoSpaceDE w:val="0"/>
        <w:autoSpaceDN w:val="0"/>
        <w:spacing w:before="59" w:after="0" w:line="240" w:lineRule="auto"/>
        <w:rPr>
          <w:rFonts w:ascii="Times New Roman" w:hAnsi="Times New Roman" w:cs="Times New Roman"/>
          <w:sz w:val="28"/>
          <w:szCs w:val="28"/>
        </w:rPr>
      </w:pPr>
      <w:r w:rsidRPr="001A456E">
        <w:rPr>
          <w:rFonts w:ascii="Times New Roman" w:hAnsi="Times New Roman" w:cs="Times New Roman"/>
          <w:spacing w:val="-4"/>
          <w:sz w:val="28"/>
          <w:szCs w:val="28"/>
        </w:rPr>
        <w:t xml:space="preserve">          </w:t>
      </w:r>
      <w:r w:rsidR="00AD3ABA" w:rsidRPr="001A456E">
        <w:rPr>
          <w:rFonts w:ascii="Times New Roman" w:hAnsi="Times New Roman" w:cs="Times New Roman"/>
          <w:spacing w:val="-4"/>
          <w:sz w:val="28"/>
          <w:szCs w:val="28"/>
        </w:rPr>
        <w:t>Указ</w:t>
      </w:r>
      <w:r w:rsidR="00AD3ABA" w:rsidRPr="001A456E">
        <w:rPr>
          <w:rFonts w:ascii="Times New Roman" w:hAnsi="Times New Roman" w:cs="Times New Roman"/>
          <w:sz w:val="28"/>
          <w:szCs w:val="28"/>
        </w:rPr>
        <w:tab/>
      </w:r>
      <w:r w:rsidR="00AD3ABA" w:rsidRPr="001A456E">
        <w:rPr>
          <w:rFonts w:ascii="Times New Roman" w:hAnsi="Times New Roman" w:cs="Times New Roman"/>
          <w:spacing w:val="-2"/>
          <w:sz w:val="28"/>
          <w:szCs w:val="28"/>
        </w:rPr>
        <w:t>Президента</w:t>
      </w:r>
      <w:r w:rsidR="00AD3ABA" w:rsidRPr="001A456E">
        <w:rPr>
          <w:rFonts w:ascii="Times New Roman" w:hAnsi="Times New Roman" w:cs="Times New Roman"/>
          <w:sz w:val="28"/>
          <w:szCs w:val="28"/>
        </w:rPr>
        <w:tab/>
      </w:r>
      <w:r w:rsidR="00AD3ABA" w:rsidRPr="001A456E">
        <w:rPr>
          <w:rFonts w:ascii="Times New Roman" w:hAnsi="Times New Roman" w:cs="Times New Roman"/>
          <w:spacing w:val="-2"/>
          <w:sz w:val="28"/>
          <w:szCs w:val="28"/>
        </w:rPr>
        <w:t>Российской</w:t>
      </w:r>
      <w:r w:rsidR="00AD3ABA" w:rsidRPr="001A456E">
        <w:rPr>
          <w:rFonts w:ascii="Times New Roman" w:hAnsi="Times New Roman" w:cs="Times New Roman"/>
          <w:sz w:val="28"/>
          <w:szCs w:val="28"/>
        </w:rPr>
        <w:tab/>
      </w:r>
      <w:r w:rsidR="00AD3ABA" w:rsidRPr="001A456E">
        <w:rPr>
          <w:rFonts w:ascii="Times New Roman" w:hAnsi="Times New Roman" w:cs="Times New Roman"/>
          <w:spacing w:val="-2"/>
          <w:sz w:val="28"/>
          <w:szCs w:val="28"/>
        </w:rPr>
        <w:t>Федерации</w:t>
      </w:r>
      <w:r w:rsidR="00AD3ABA" w:rsidRPr="001A456E">
        <w:rPr>
          <w:rFonts w:ascii="Times New Roman" w:hAnsi="Times New Roman" w:cs="Times New Roman"/>
          <w:sz w:val="28"/>
          <w:szCs w:val="28"/>
        </w:rPr>
        <w:tab/>
      </w:r>
      <w:r w:rsidR="00AD3ABA" w:rsidRPr="001A456E">
        <w:rPr>
          <w:rFonts w:ascii="Times New Roman" w:hAnsi="Times New Roman" w:cs="Times New Roman"/>
          <w:spacing w:val="-5"/>
          <w:sz w:val="28"/>
          <w:szCs w:val="28"/>
        </w:rPr>
        <w:t>от</w:t>
      </w:r>
      <w:r w:rsidR="00AD3ABA" w:rsidRPr="001A456E">
        <w:rPr>
          <w:rFonts w:ascii="Times New Roman" w:hAnsi="Times New Roman" w:cs="Times New Roman"/>
          <w:sz w:val="28"/>
          <w:szCs w:val="28"/>
        </w:rPr>
        <w:tab/>
      </w:r>
      <w:r w:rsidR="00AD3ABA" w:rsidRPr="001A456E">
        <w:rPr>
          <w:rFonts w:ascii="Times New Roman" w:hAnsi="Times New Roman" w:cs="Times New Roman"/>
          <w:spacing w:val="-2"/>
          <w:sz w:val="28"/>
          <w:szCs w:val="28"/>
        </w:rPr>
        <w:t>09.11.2022</w:t>
      </w:r>
      <w:r w:rsidR="00AD3ABA" w:rsidRPr="001A456E">
        <w:rPr>
          <w:rFonts w:ascii="Times New Roman" w:hAnsi="Times New Roman" w:cs="Times New Roman"/>
          <w:sz w:val="28"/>
          <w:szCs w:val="28"/>
        </w:rPr>
        <w:tab/>
      </w:r>
      <w:r w:rsidR="00AD3ABA" w:rsidRPr="001A456E">
        <w:rPr>
          <w:rFonts w:ascii="Times New Roman" w:hAnsi="Times New Roman" w:cs="Times New Roman"/>
          <w:spacing w:val="-10"/>
          <w:sz w:val="28"/>
          <w:szCs w:val="28"/>
        </w:rPr>
        <w:t>№</w:t>
      </w:r>
      <w:r w:rsidR="00AD3ABA" w:rsidRPr="001A456E">
        <w:rPr>
          <w:rFonts w:ascii="Times New Roman" w:hAnsi="Times New Roman" w:cs="Times New Roman"/>
          <w:sz w:val="28"/>
          <w:szCs w:val="28"/>
        </w:rPr>
        <w:tab/>
      </w:r>
      <w:r w:rsidR="00AD3ABA" w:rsidRPr="001A456E">
        <w:rPr>
          <w:rFonts w:ascii="Times New Roman" w:hAnsi="Times New Roman" w:cs="Times New Roman"/>
          <w:spacing w:val="-5"/>
          <w:sz w:val="28"/>
          <w:szCs w:val="28"/>
        </w:rPr>
        <w:t>809</w:t>
      </w:r>
    </w:p>
    <w:p w:rsidR="00AD3ABA" w:rsidRPr="001A456E" w:rsidRDefault="00AD3ABA" w:rsidP="003772B6">
      <w:pPr>
        <w:pStyle w:val="aff"/>
        <w:spacing w:before="16"/>
        <w:ind w:left="682"/>
        <w:rPr>
          <w:rFonts w:ascii="Times New Roman" w:hAnsi="Times New Roman"/>
          <w:sz w:val="28"/>
          <w:szCs w:val="28"/>
        </w:rPr>
      </w:pPr>
      <w:r w:rsidRPr="001A456E">
        <w:rPr>
          <w:rFonts w:ascii="Times New Roman" w:hAnsi="Times New Roman"/>
          <w:w w:val="105"/>
          <w:sz w:val="28"/>
          <w:szCs w:val="28"/>
        </w:rPr>
        <w:t>«Об</w:t>
      </w:r>
      <w:r w:rsidRPr="001A456E">
        <w:rPr>
          <w:rFonts w:ascii="Times New Roman" w:hAnsi="Times New Roman"/>
          <w:spacing w:val="73"/>
          <w:w w:val="105"/>
          <w:sz w:val="28"/>
          <w:szCs w:val="28"/>
        </w:rPr>
        <w:t xml:space="preserve"> </w:t>
      </w:r>
      <w:r w:rsidRPr="001A456E">
        <w:rPr>
          <w:rFonts w:ascii="Times New Roman" w:hAnsi="Times New Roman"/>
          <w:w w:val="105"/>
          <w:sz w:val="28"/>
          <w:szCs w:val="28"/>
        </w:rPr>
        <w:t>утверждении</w:t>
      </w:r>
      <w:r w:rsidRPr="001A456E">
        <w:rPr>
          <w:rFonts w:ascii="Times New Roman" w:hAnsi="Times New Roman"/>
          <w:spacing w:val="73"/>
          <w:w w:val="105"/>
          <w:sz w:val="28"/>
          <w:szCs w:val="28"/>
        </w:rPr>
        <w:t xml:space="preserve"> </w:t>
      </w:r>
      <w:r w:rsidRPr="001A456E">
        <w:rPr>
          <w:rFonts w:ascii="Times New Roman" w:hAnsi="Times New Roman"/>
          <w:w w:val="105"/>
          <w:sz w:val="28"/>
          <w:szCs w:val="28"/>
        </w:rPr>
        <w:t>Основ</w:t>
      </w:r>
      <w:r w:rsidRPr="001A456E">
        <w:rPr>
          <w:rFonts w:ascii="Times New Roman" w:hAnsi="Times New Roman"/>
          <w:spacing w:val="73"/>
          <w:w w:val="105"/>
          <w:sz w:val="28"/>
          <w:szCs w:val="28"/>
        </w:rPr>
        <w:t xml:space="preserve"> </w:t>
      </w:r>
      <w:r w:rsidRPr="001A456E">
        <w:rPr>
          <w:rFonts w:ascii="Times New Roman" w:hAnsi="Times New Roman"/>
          <w:w w:val="105"/>
          <w:sz w:val="28"/>
          <w:szCs w:val="28"/>
        </w:rPr>
        <w:t>государственной</w:t>
      </w:r>
      <w:r w:rsidRPr="001A456E">
        <w:rPr>
          <w:rFonts w:ascii="Times New Roman" w:hAnsi="Times New Roman"/>
          <w:spacing w:val="73"/>
          <w:w w:val="105"/>
          <w:sz w:val="28"/>
          <w:szCs w:val="28"/>
        </w:rPr>
        <w:t xml:space="preserve"> </w:t>
      </w:r>
      <w:r w:rsidRPr="001A456E">
        <w:rPr>
          <w:rFonts w:ascii="Times New Roman" w:hAnsi="Times New Roman"/>
          <w:w w:val="105"/>
          <w:sz w:val="28"/>
          <w:szCs w:val="28"/>
        </w:rPr>
        <w:t>политики</w:t>
      </w:r>
      <w:r w:rsidRPr="001A456E">
        <w:rPr>
          <w:rFonts w:ascii="Times New Roman" w:hAnsi="Times New Roman"/>
          <w:spacing w:val="73"/>
          <w:w w:val="105"/>
          <w:sz w:val="28"/>
          <w:szCs w:val="28"/>
        </w:rPr>
        <w:t xml:space="preserve"> </w:t>
      </w:r>
      <w:r w:rsidRPr="001A456E">
        <w:rPr>
          <w:rFonts w:ascii="Times New Roman" w:hAnsi="Times New Roman"/>
          <w:w w:val="105"/>
          <w:sz w:val="28"/>
          <w:szCs w:val="28"/>
        </w:rPr>
        <w:t>по</w:t>
      </w:r>
      <w:r w:rsidRPr="001A456E">
        <w:rPr>
          <w:rFonts w:ascii="Times New Roman" w:hAnsi="Times New Roman"/>
          <w:spacing w:val="73"/>
          <w:w w:val="105"/>
          <w:sz w:val="28"/>
          <w:szCs w:val="28"/>
        </w:rPr>
        <w:t xml:space="preserve"> </w:t>
      </w:r>
      <w:r w:rsidRPr="001A456E">
        <w:rPr>
          <w:rFonts w:ascii="Times New Roman" w:hAnsi="Times New Roman"/>
          <w:w w:val="105"/>
          <w:sz w:val="28"/>
          <w:szCs w:val="28"/>
        </w:rPr>
        <w:t>сохранению</w:t>
      </w:r>
      <w:r w:rsidRPr="001A456E">
        <w:rPr>
          <w:rFonts w:ascii="Times New Roman" w:hAnsi="Times New Roman"/>
          <w:spacing w:val="73"/>
          <w:w w:val="105"/>
          <w:sz w:val="28"/>
          <w:szCs w:val="28"/>
        </w:rPr>
        <w:t xml:space="preserve"> </w:t>
      </w:r>
      <w:r w:rsidRPr="001A456E">
        <w:rPr>
          <w:rFonts w:ascii="Times New Roman" w:hAnsi="Times New Roman"/>
          <w:w w:val="105"/>
          <w:sz w:val="28"/>
          <w:szCs w:val="28"/>
        </w:rPr>
        <w:t xml:space="preserve">и </w:t>
      </w:r>
      <w:r w:rsidRPr="001A456E">
        <w:rPr>
          <w:rFonts w:ascii="Times New Roman" w:hAnsi="Times New Roman"/>
          <w:sz w:val="28"/>
          <w:szCs w:val="28"/>
        </w:rPr>
        <w:t>укреплению традиционных российских духовно-нравственных ценностей».</w:t>
      </w:r>
    </w:p>
    <w:p w:rsidR="00AD3ABA" w:rsidRPr="001A456E" w:rsidRDefault="00AD3ABA" w:rsidP="00EF687D">
      <w:pPr>
        <w:pStyle w:val="aff5"/>
        <w:widowControl w:val="0"/>
        <w:numPr>
          <w:ilvl w:val="0"/>
          <w:numId w:val="51"/>
        </w:numPr>
        <w:tabs>
          <w:tab w:val="left" w:pos="682"/>
          <w:tab w:val="left" w:pos="721"/>
        </w:tabs>
        <w:suppressAutoHyphens w:val="0"/>
        <w:autoSpaceDE w:val="0"/>
        <w:autoSpaceDN w:val="0"/>
        <w:spacing w:before="112" w:after="0" w:line="240" w:lineRule="auto"/>
        <w:ind w:right="127" w:hanging="246"/>
        <w:contextualSpacing w:val="0"/>
        <w:jc w:val="both"/>
        <w:rPr>
          <w:rFonts w:ascii="Times New Roman" w:hAnsi="Times New Roman"/>
          <w:sz w:val="28"/>
          <w:szCs w:val="28"/>
        </w:rPr>
      </w:pPr>
      <w:r w:rsidRPr="001A456E">
        <w:rPr>
          <w:rFonts w:ascii="Times New Roman" w:hAnsi="Times New Roman"/>
          <w:spacing w:val="-2"/>
          <w:w w:val="105"/>
          <w:sz w:val="28"/>
          <w:szCs w:val="28"/>
        </w:rPr>
        <w:t>Распоряжение</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Правительства</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Российской</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Федерации</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от</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29.04.2015</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 xml:space="preserve">996- </w:t>
      </w:r>
      <w:r w:rsidRPr="001A456E">
        <w:rPr>
          <w:rFonts w:ascii="Times New Roman" w:hAnsi="Times New Roman"/>
          <w:w w:val="105"/>
          <w:sz w:val="28"/>
          <w:szCs w:val="28"/>
        </w:rPr>
        <w:t xml:space="preserve">р «Об утверждении Стратегии развития воспитания на период до 2025 </w:t>
      </w:r>
      <w:r w:rsidRPr="001A456E">
        <w:rPr>
          <w:rFonts w:ascii="Times New Roman" w:hAnsi="Times New Roman"/>
          <w:spacing w:val="-2"/>
          <w:w w:val="105"/>
          <w:sz w:val="28"/>
          <w:szCs w:val="28"/>
        </w:rPr>
        <w:t>года».</w:t>
      </w:r>
    </w:p>
    <w:p w:rsidR="00AD3ABA" w:rsidRPr="001A456E" w:rsidRDefault="00AD3ABA" w:rsidP="00EF687D">
      <w:pPr>
        <w:pStyle w:val="aff5"/>
        <w:widowControl w:val="0"/>
        <w:numPr>
          <w:ilvl w:val="0"/>
          <w:numId w:val="51"/>
        </w:numPr>
        <w:tabs>
          <w:tab w:val="left" w:pos="682"/>
          <w:tab w:val="left" w:pos="722"/>
        </w:tabs>
        <w:suppressAutoHyphens w:val="0"/>
        <w:autoSpaceDE w:val="0"/>
        <w:autoSpaceDN w:val="0"/>
        <w:spacing w:before="111" w:after="0" w:line="240" w:lineRule="auto"/>
        <w:ind w:right="127" w:hanging="246"/>
        <w:contextualSpacing w:val="0"/>
        <w:jc w:val="both"/>
        <w:rPr>
          <w:rFonts w:ascii="Times New Roman" w:hAnsi="Times New Roman"/>
          <w:sz w:val="28"/>
          <w:szCs w:val="28"/>
        </w:rPr>
      </w:pPr>
      <w:r w:rsidRPr="001A456E">
        <w:rPr>
          <w:rFonts w:ascii="Times New Roman" w:hAnsi="Times New Roman"/>
          <w:sz w:val="28"/>
          <w:szCs w:val="28"/>
        </w:rPr>
        <w:t>Приказ</w:t>
      </w:r>
      <w:r w:rsidRPr="001A456E">
        <w:rPr>
          <w:rFonts w:ascii="Times New Roman" w:hAnsi="Times New Roman"/>
          <w:spacing w:val="40"/>
          <w:sz w:val="28"/>
          <w:szCs w:val="28"/>
        </w:rPr>
        <w:t xml:space="preserve"> </w:t>
      </w:r>
      <w:r w:rsidRPr="001A456E">
        <w:rPr>
          <w:rFonts w:ascii="Times New Roman" w:hAnsi="Times New Roman"/>
          <w:sz w:val="28"/>
          <w:szCs w:val="28"/>
        </w:rPr>
        <w:t>Минпросвещения России от 31.05.2021 № 286 «Об утверждении фе- дерального государственного образовательного стандарта начального об- щего образования».</w:t>
      </w:r>
    </w:p>
    <w:p w:rsidR="00AD3ABA" w:rsidRPr="001A456E" w:rsidRDefault="00AD3ABA" w:rsidP="003772B6">
      <w:pPr>
        <w:pStyle w:val="aff5"/>
        <w:spacing w:line="240" w:lineRule="auto"/>
        <w:jc w:val="both"/>
        <w:rPr>
          <w:rFonts w:ascii="Times New Roman" w:hAnsi="Times New Roman"/>
          <w:sz w:val="28"/>
          <w:szCs w:val="28"/>
        </w:rPr>
      </w:pPr>
    </w:p>
    <w:p w:rsidR="00AD3ABA" w:rsidRPr="001A456E" w:rsidRDefault="00AD3ABA" w:rsidP="00EF687D">
      <w:pPr>
        <w:pStyle w:val="aff5"/>
        <w:widowControl w:val="0"/>
        <w:numPr>
          <w:ilvl w:val="0"/>
          <w:numId w:val="51"/>
        </w:numPr>
        <w:tabs>
          <w:tab w:val="left" w:pos="746"/>
          <w:tab w:val="left" w:pos="748"/>
        </w:tabs>
        <w:suppressAutoHyphens w:val="0"/>
        <w:autoSpaceDE w:val="0"/>
        <w:autoSpaceDN w:val="0"/>
        <w:spacing w:before="117" w:after="0" w:line="240" w:lineRule="auto"/>
        <w:ind w:left="748" w:right="197" w:hanging="323"/>
        <w:contextualSpacing w:val="0"/>
        <w:jc w:val="both"/>
        <w:rPr>
          <w:rFonts w:ascii="Times New Roman" w:hAnsi="Times New Roman"/>
          <w:sz w:val="28"/>
          <w:szCs w:val="28"/>
        </w:rPr>
      </w:pPr>
      <w:r w:rsidRPr="001A456E">
        <w:rPr>
          <w:rFonts w:ascii="Times New Roman" w:hAnsi="Times New Roman"/>
          <w:sz w:val="28"/>
          <w:szCs w:val="28"/>
        </w:rPr>
        <w:t>Приказ</w:t>
      </w:r>
      <w:r w:rsidRPr="001A456E">
        <w:rPr>
          <w:rFonts w:ascii="Times New Roman" w:hAnsi="Times New Roman"/>
          <w:spacing w:val="-8"/>
          <w:sz w:val="28"/>
          <w:szCs w:val="28"/>
        </w:rPr>
        <w:t xml:space="preserve"> </w:t>
      </w:r>
      <w:r w:rsidRPr="001A456E">
        <w:rPr>
          <w:rFonts w:ascii="Times New Roman" w:hAnsi="Times New Roman"/>
          <w:sz w:val="28"/>
          <w:szCs w:val="28"/>
        </w:rPr>
        <w:t>Минпросвещения</w:t>
      </w:r>
      <w:r w:rsidRPr="001A456E">
        <w:rPr>
          <w:rFonts w:ascii="Times New Roman" w:hAnsi="Times New Roman"/>
          <w:spacing w:val="-8"/>
          <w:sz w:val="28"/>
          <w:szCs w:val="28"/>
        </w:rPr>
        <w:t xml:space="preserve"> </w:t>
      </w:r>
      <w:r w:rsidRPr="001A456E">
        <w:rPr>
          <w:rFonts w:ascii="Times New Roman" w:hAnsi="Times New Roman"/>
          <w:sz w:val="28"/>
          <w:szCs w:val="28"/>
        </w:rPr>
        <w:t>России</w:t>
      </w:r>
      <w:r w:rsidRPr="001A456E">
        <w:rPr>
          <w:rFonts w:ascii="Times New Roman" w:hAnsi="Times New Roman"/>
          <w:spacing w:val="-8"/>
          <w:sz w:val="28"/>
          <w:szCs w:val="28"/>
        </w:rPr>
        <w:t xml:space="preserve"> </w:t>
      </w:r>
      <w:r w:rsidRPr="001A456E">
        <w:rPr>
          <w:rFonts w:ascii="Times New Roman" w:hAnsi="Times New Roman"/>
          <w:sz w:val="28"/>
          <w:szCs w:val="28"/>
        </w:rPr>
        <w:t>от</w:t>
      </w:r>
      <w:r w:rsidRPr="001A456E">
        <w:rPr>
          <w:rFonts w:ascii="Times New Roman" w:hAnsi="Times New Roman"/>
          <w:spacing w:val="-8"/>
          <w:sz w:val="28"/>
          <w:szCs w:val="28"/>
        </w:rPr>
        <w:t xml:space="preserve"> </w:t>
      </w:r>
      <w:r w:rsidRPr="001A456E">
        <w:rPr>
          <w:rFonts w:ascii="Times New Roman" w:hAnsi="Times New Roman"/>
          <w:sz w:val="28"/>
          <w:szCs w:val="28"/>
        </w:rPr>
        <w:t>18.05.2023</w:t>
      </w:r>
      <w:r w:rsidRPr="001A456E">
        <w:rPr>
          <w:rFonts w:ascii="Times New Roman" w:hAnsi="Times New Roman"/>
          <w:spacing w:val="-8"/>
          <w:sz w:val="28"/>
          <w:szCs w:val="28"/>
        </w:rPr>
        <w:t xml:space="preserve"> </w:t>
      </w:r>
      <w:r w:rsidRPr="001A456E">
        <w:rPr>
          <w:rFonts w:ascii="Times New Roman" w:hAnsi="Times New Roman"/>
          <w:sz w:val="28"/>
          <w:szCs w:val="28"/>
        </w:rPr>
        <w:t>№</w:t>
      </w:r>
      <w:r w:rsidRPr="001A456E">
        <w:rPr>
          <w:rFonts w:ascii="Times New Roman" w:hAnsi="Times New Roman"/>
          <w:spacing w:val="-8"/>
          <w:sz w:val="28"/>
          <w:szCs w:val="28"/>
        </w:rPr>
        <w:t xml:space="preserve"> </w:t>
      </w:r>
      <w:r w:rsidRPr="001A456E">
        <w:rPr>
          <w:rFonts w:ascii="Times New Roman" w:hAnsi="Times New Roman"/>
          <w:sz w:val="28"/>
          <w:szCs w:val="28"/>
        </w:rPr>
        <w:t>372</w:t>
      </w:r>
      <w:r w:rsidRPr="001A456E">
        <w:rPr>
          <w:rFonts w:ascii="Times New Roman" w:hAnsi="Times New Roman"/>
          <w:spacing w:val="-8"/>
          <w:sz w:val="28"/>
          <w:szCs w:val="28"/>
        </w:rPr>
        <w:t xml:space="preserve"> </w:t>
      </w:r>
      <w:r w:rsidRPr="001A456E">
        <w:rPr>
          <w:rFonts w:ascii="Times New Roman" w:hAnsi="Times New Roman"/>
          <w:sz w:val="28"/>
          <w:szCs w:val="28"/>
        </w:rPr>
        <w:t>«Об</w:t>
      </w:r>
      <w:r w:rsidRPr="001A456E">
        <w:rPr>
          <w:rFonts w:ascii="Times New Roman" w:hAnsi="Times New Roman"/>
          <w:spacing w:val="-8"/>
          <w:sz w:val="28"/>
          <w:szCs w:val="28"/>
        </w:rPr>
        <w:t xml:space="preserve"> </w:t>
      </w:r>
      <w:r w:rsidRPr="001A456E">
        <w:rPr>
          <w:rFonts w:ascii="Times New Roman" w:hAnsi="Times New Roman"/>
          <w:sz w:val="28"/>
          <w:szCs w:val="28"/>
        </w:rPr>
        <w:t>утверждении</w:t>
      </w:r>
      <w:r w:rsidRPr="001A456E">
        <w:rPr>
          <w:rFonts w:ascii="Times New Roman" w:hAnsi="Times New Roman"/>
          <w:spacing w:val="-8"/>
          <w:sz w:val="28"/>
          <w:szCs w:val="28"/>
        </w:rPr>
        <w:t xml:space="preserve"> </w:t>
      </w:r>
      <w:r w:rsidRPr="001A456E">
        <w:rPr>
          <w:rFonts w:ascii="Times New Roman" w:hAnsi="Times New Roman"/>
          <w:sz w:val="28"/>
          <w:szCs w:val="28"/>
        </w:rPr>
        <w:t>фе- деральной образовательной программы начального общего образования».</w:t>
      </w:r>
    </w:p>
    <w:p w:rsidR="00AD3ABA" w:rsidRPr="001A456E" w:rsidRDefault="00AD3ABA" w:rsidP="00EF687D">
      <w:pPr>
        <w:pStyle w:val="aff5"/>
        <w:widowControl w:val="0"/>
        <w:numPr>
          <w:ilvl w:val="0"/>
          <w:numId w:val="51"/>
        </w:numPr>
        <w:tabs>
          <w:tab w:val="left" w:pos="763"/>
          <w:tab w:val="left" w:pos="766"/>
        </w:tabs>
        <w:suppressAutoHyphens w:val="0"/>
        <w:autoSpaceDE w:val="0"/>
        <w:autoSpaceDN w:val="0"/>
        <w:spacing w:before="116" w:after="0" w:line="240" w:lineRule="auto"/>
        <w:ind w:left="766" w:right="199" w:hanging="342"/>
        <w:contextualSpacing w:val="0"/>
        <w:jc w:val="both"/>
        <w:rPr>
          <w:rFonts w:ascii="Times New Roman" w:hAnsi="Times New Roman"/>
          <w:sz w:val="28"/>
          <w:szCs w:val="28"/>
        </w:rPr>
      </w:pPr>
      <w:r w:rsidRPr="001A456E">
        <w:rPr>
          <w:rFonts w:ascii="Times New Roman" w:hAnsi="Times New Roman"/>
          <w:spacing w:val="-4"/>
          <w:w w:val="105"/>
          <w:sz w:val="28"/>
          <w:szCs w:val="28"/>
        </w:rPr>
        <w:t>Письмо</w:t>
      </w:r>
      <w:r w:rsidRPr="001A456E">
        <w:rPr>
          <w:rFonts w:ascii="Times New Roman" w:hAnsi="Times New Roman"/>
          <w:spacing w:val="-12"/>
          <w:w w:val="105"/>
          <w:sz w:val="28"/>
          <w:szCs w:val="28"/>
        </w:rPr>
        <w:t xml:space="preserve"> </w:t>
      </w:r>
      <w:r w:rsidRPr="001A456E">
        <w:rPr>
          <w:rFonts w:ascii="Times New Roman" w:hAnsi="Times New Roman"/>
          <w:spacing w:val="-4"/>
          <w:w w:val="105"/>
          <w:sz w:val="28"/>
          <w:szCs w:val="28"/>
        </w:rPr>
        <w:t>Минпросвещения</w:t>
      </w:r>
      <w:r w:rsidRPr="001A456E">
        <w:rPr>
          <w:rFonts w:ascii="Times New Roman" w:hAnsi="Times New Roman"/>
          <w:spacing w:val="-12"/>
          <w:w w:val="105"/>
          <w:sz w:val="28"/>
          <w:szCs w:val="28"/>
        </w:rPr>
        <w:t xml:space="preserve"> </w:t>
      </w:r>
      <w:r w:rsidRPr="001A456E">
        <w:rPr>
          <w:rFonts w:ascii="Times New Roman" w:hAnsi="Times New Roman"/>
          <w:spacing w:val="-4"/>
          <w:w w:val="105"/>
          <w:sz w:val="28"/>
          <w:szCs w:val="28"/>
        </w:rPr>
        <w:t>России</w:t>
      </w:r>
      <w:r w:rsidRPr="001A456E">
        <w:rPr>
          <w:rFonts w:ascii="Times New Roman" w:hAnsi="Times New Roman"/>
          <w:spacing w:val="-12"/>
          <w:w w:val="105"/>
          <w:sz w:val="28"/>
          <w:szCs w:val="28"/>
        </w:rPr>
        <w:t xml:space="preserve"> </w:t>
      </w:r>
      <w:r w:rsidRPr="001A456E">
        <w:rPr>
          <w:rFonts w:ascii="Times New Roman" w:hAnsi="Times New Roman"/>
          <w:spacing w:val="-4"/>
          <w:w w:val="105"/>
          <w:sz w:val="28"/>
          <w:szCs w:val="28"/>
        </w:rPr>
        <w:t>от</w:t>
      </w:r>
      <w:r w:rsidRPr="001A456E">
        <w:rPr>
          <w:rFonts w:ascii="Times New Roman" w:hAnsi="Times New Roman"/>
          <w:spacing w:val="-12"/>
          <w:w w:val="105"/>
          <w:sz w:val="28"/>
          <w:szCs w:val="28"/>
        </w:rPr>
        <w:t xml:space="preserve"> </w:t>
      </w:r>
      <w:r w:rsidRPr="001A456E">
        <w:rPr>
          <w:rFonts w:ascii="Times New Roman" w:hAnsi="Times New Roman"/>
          <w:spacing w:val="-4"/>
          <w:w w:val="105"/>
          <w:sz w:val="28"/>
          <w:szCs w:val="28"/>
        </w:rPr>
        <w:t>18.02.2025</w:t>
      </w:r>
      <w:r w:rsidRPr="001A456E">
        <w:rPr>
          <w:rFonts w:ascii="Times New Roman" w:hAnsi="Times New Roman"/>
          <w:spacing w:val="-12"/>
          <w:w w:val="105"/>
          <w:sz w:val="28"/>
          <w:szCs w:val="28"/>
        </w:rPr>
        <w:t xml:space="preserve"> </w:t>
      </w:r>
      <w:r w:rsidRPr="001A456E">
        <w:rPr>
          <w:rFonts w:ascii="Times New Roman" w:hAnsi="Times New Roman"/>
          <w:spacing w:val="-4"/>
          <w:w w:val="105"/>
          <w:sz w:val="28"/>
          <w:szCs w:val="28"/>
        </w:rPr>
        <w:t>№</w:t>
      </w:r>
      <w:r w:rsidRPr="001A456E">
        <w:rPr>
          <w:rFonts w:ascii="Times New Roman" w:hAnsi="Times New Roman"/>
          <w:spacing w:val="-12"/>
          <w:w w:val="105"/>
          <w:sz w:val="28"/>
          <w:szCs w:val="28"/>
        </w:rPr>
        <w:t xml:space="preserve"> </w:t>
      </w:r>
      <w:r w:rsidRPr="001A456E">
        <w:rPr>
          <w:rFonts w:ascii="Times New Roman" w:hAnsi="Times New Roman"/>
          <w:spacing w:val="-4"/>
          <w:w w:val="105"/>
          <w:sz w:val="28"/>
          <w:szCs w:val="28"/>
        </w:rPr>
        <w:t>06-221</w:t>
      </w:r>
      <w:r w:rsidRPr="001A456E">
        <w:rPr>
          <w:rFonts w:ascii="Times New Roman" w:hAnsi="Times New Roman"/>
          <w:spacing w:val="-12"/>
          <w:w w:val="105"/>
          <w:sz w:val="28"/>
          <w:szCs w:val="28"/>
        </w:rPr>
        <w:t xml:space="preserve"> </w:t>
      </w:r>
      <w:r w:rsidRPr="001A456E">
        <w:rPr>
          <w:rFonts w:ascii="Times New Roman" w:hAnsi="Times New Roman"/>
          <w:spacing w:val="-4"/>
          <w:w w:val="105"/>
          <w:sz w:val="28"/>
          <w:szCs w:val="28"/>
        </w:rPr>
        <w:t>«О</w:t>
      </w:r>
      <w:r w:rsidRPr="001A456E">
        <w:rPr>
          <w:rFonts w:ascii="Times New Roman" w:hAnsi="Times New Roman"/>
          <w:spacing w:val="-12"/>
          <w:w w:val="105"/>
          <w:sz w:val="28"/>
          <w:szCs w:val="28"/>
        </w:rPr>
        <w:t xml:space="preserve"> </w:t>
      </w:r>
      <w:r w:rsidRPr="001A456E">
        <w:rPr>
          <w:rFonts w:ascii="Times New Roman" w:hAnsi="Times New Roman"/>
          <w:spacing w:val="-4"/>
          <w:w w:val="105"/>
          <w:sz w:val="28"/>
          <w:szCs w:val="28"/>
        </w:rPr>
        <w:t xml:space="preserve">направлении </w:t>
      </w:r>
      <w:r w:rsidRPr="001A456E">
        <w:rPr>
          <w:rFonts w:ascii="Times New Roman" w:hAnsi="Times New Roman"/>
          <w:w w:val="105"/>
          <w:sz w:val="28"/>
          <w:szCs w:val="28"/>
        </w:rPr>
        <w:t>информации»</w:t>
      </w:r>
      <w:r w:rsidRPr="001A456E">
        <w:rPr>
          <w:rFonts w:ascii="Times New Roman" w:hAnsi="Times New Roman"/>
          <w:spacing w:val="-14"/>
          <w:w w:val="105"/>
          <w:sz w:val="28"/>
          <w:szCs w:val="28"/>
        </w:rPr>
        <w:t xml:space="preserve"> </w:t>
      </w:r>
      <w:r w:rsidRPr="001A456E">
        <w:rPr>
          <w:rFonts w:ascii="Times New Roman" w:hAnsi="Times New Roman"/>
          <w:w w:val="105"/>
          <w:sz w:val="28"/>
          <w:szCs w:val="28"/>
        </w:rPr>
        <w:t>(вместе</w:t>
      </w:r>
      <w:r w:rsidRPr="001A456E">
        <w:rPr>
          <w:rFonts w:ascii="Times New Roman" w:hAnsi="Times New Roman"/>
          <w:spacing w:val="-14"/>
          <w:w w:val="105"/>
          <w:sz w:val="28"/>
          <w:szCs w:val="28"/>
        </w:rPr>
        <w:t xml:space="preserve"> </w:t>
      </w:r>
      <w:r w:rsidRPr="001A456E">
        <w:rPr>
          <w:rFonts w:ascii="Times New Roman" w:hAnsi="Times New Roman"/>
          <w:w w:val="105"/>
          <w:sz w:val="28"/>
          <w:szCs w:val="28"/>
        </w:rPr>
        <w:t>с</w:t>
      </w:r>
      <w:r w:rsidRPr="001A456E">
        <w:rPr>
          <w:rFonts w:ascii="Times New Roman" w:hAnsi="Times New Roman"/>
          <w:spacing w:val="-14"/>
          <w:w w:val="105"/>
          <w:sz w:val="28"/>
          <w:szCs w:val="28"/>
        </w:rPr>
        <w:t xml:space="preserve"> </w:t>
      </w:r>
      <w:r w:rsidRPr="001A456E">
        <w:rPr>
          <w:rFonts w:ascii="Times New Roman" w:hAnsi="Times New Roman"/>
          <w:w w:val="105"/>
          <w:sz w:val="28"/>
          <w:szCs w:val="28"/>
        </w:rPr>
        <w:t>Методическими</w:t>
      </w:r>
      <w:r w:rsidRPr="001A456E">
        <w:rPr>
          <w:rFonts w:ascii="Times New Roman" w:hAnsi="Times New Roman"/>
          <w:spacing w:val="-14"/>
          <w:w w:val="105"/>
          <w:sz w:val="28"/>
          <w:szCs w:val="28"/>
        </w:rPr>
        <w:t xml:space="preserve"> </w:t>
      </w:r>
      <w:r w:rsidRPr="001A456E">
        <w:rPr>
          <w:rFonts w:ascii="Times New Roman" w:hAnsi="Times New Roman"/>
          <w:w w:val="105"/>
          <w:sz w:val="28"/>
          <w:szCs w:val="28"/>
        </w:rPr>
        <w:t>рекомендациями</w:t>
      </w:r>
      <w:r w:rsidRPr="001A456E">
        <w:rPr>
          <w:rFonts w:ascii="Times New Roman" w:hAnsi="Times New Roman"/>
          <w:spacing w:val="-14"/>
          <w:w w:val="105"/>
          <w:sz w:val="28"/>
          <w:szCs w:val="28"/>
        </w:rPr>
        <w:t xml:space="preserve"> </w:t>
      </w:r>
      <w:r w:rsidRPr="001A456E">
        <w:rPr>
          <w:rFonts w:ascii="Times New Roman" w:hAnsi="Times New Roman"/>
          <w:w w:val="105"/>
          <w:sz w:val="28"/>
          <w:szCs w:val="28"/>
        </w:rPr>
        <w:t>по</w:t>
      </w:r>
      <w:r w:rsidRPr="001A456E">
        <w:rPr>
          <w:rFonts w:ascii="Times New Roman" w:hAnsi="Times New Roman"/>
          <w:spacing w:val="-14"/>
          <w:w w:val="105"/>
          <w:sz w:val="28"/>
          <w:szCs w:val="28"/>
        </w:rPr>
        <w:t xml:space="preserve"> </w:t>
      </w:r>
      <w:r w:rsidRPr="001A456E">
        <w:rPr>
          <w:rFonts w:ascii="Times New Roman" w:hAnsi="Times New Roman"/>
          <w:w w:val="105"/>
          <w:sz w:val="28"/>
          <w:szCs w:val="28"/>
        </w:rPr>
        <w:t>реализации цикла</w:t>
      </w:r>
      <w:r w:rsidRPr="001A456E">
        <w:rPr>
          <w:rFonts w:ascii="Times New Roman" w:hAnsi="Times New Roman"/>
          <w:spacing w:val="-7"/>
          <w:w w:val="105"/>
          <w:sz w:val="28"/>
          <w:szCs w:val="28"/>
        </w:rPr>
        <w:t xml:space="preserve"> </w:t>
      </w:r>
      <w:r w:rsidRPr="001A456E">
        <w:rPr>
          <w:rFonts w:ascii="Times New Roman" w:hAnsi="Times New Roman"/>
          <w:w w:val="105"/>
          <w:sz w:val="28"/>
          <w:szCs w:val="28"/>
        </w:rPr>
        <w:t>внеурочных</w:t>
      </w:r>
      <w:r w:rsidRPr="001A456E">
        <w:rPr>
          <w:rFonts w:ascii="Times New Roman" w:hAnsi="Times New Roman"/>
          <w:spacing w:val="-7"/>
          <w:w w:val="105"/>
          <w:sz w:val="28"/>
          <w:szCs w:val="28"/>
        </w:rPr>
        <w:t xml:space="preserve"> </w:t>
      </w:r>
      <w:r w:rsidRPr="001A456E">
        <w:rPr>
          <w:rFonts w:ascii="Times New Roman" w:hAnsi="Times New Roman"/>
          <w:w w:val="105"/>
          <w:sz w:val="28"/>
          <w:szCs w:val="28"/>
        </w:rPr>
        <w:t>занятий</w:t>
      </w:r>
      <w:r w:rsidRPr="001A456E">
        <w:rPr>
          <w:rFonts w:ascii="Times New Roman" w:hAnsi="Times New Roman"/>
          <w:spacing w:val="-7"/>
          <w:w w:val="105"/>
          <w:sz w:val="28"/>
          <w:szCs w:val="28"/>
        </w:rPr>
        <w:t xml:space="preserve"> </w:t>
      </w:r>
      <w:r w:rsidRPr="001A456E">
        <w:rPr>
          <w:rFonts w:ascii="Times New Roman" w:hAnsi="Times New Roman"/>
          <w:w w:val="105"/>
          <w:sz w:val="28"/>
          <w:szCs w:val="28"/>
        </w:rPr>
        <w:t>«Разговоры</w:t>
      </w:r>
      <w:r w:rsidRPr="001A456E">
        <w:rPr>
          <w:rFonts w:ascii="Times New Roman" w:hAnsi="Times New Roman"/>
          <w:spacing w:val="-7"/>
          <w:w w:val="105"/>
          <w:sz w:val="28"/>
          <w:szCs w:val="28"/>
        </w:rPr>
        <w:t xml:space="preserve"> </w:t>
      </w:r>
      <w:r w:rsidRPr="001A456E">
        <w:rPr>
          <w:rFonts w:ascii="Times New Roman" w:hAnsi="Times New Roman"/>
          <w:w w:val="105"/>
          <w:sz w:val="28"/>
          <w:szCs w:val="28"/>
        </w:rPr>
        <w:t>о</w:t>
      </w:r>
      <w:r w:rsidRPr="001A456E">
        <w:rPr>
          <w:rFonts w:ascii="Times New Roman" w:hAnsi="Times New Roman"/>
          <w:spacing w:val="-7"/>
          <w:w w:val="105"/>
          <w:sz w:val="28"/>
          <w:szCs w:val="28"/>
        </w:rPr>
        <w:t xml:space="preserve"> </w:t>
      </w:r>
      <w:r w:rsidRPr="001A456E">
        <w:rPr>
          <w:rFonts w:ascii="Times New Roman" w:hAnsi="Times New Roman"/>
          <w:w w:val="105"/>
          <w:sz w:val="28"/>
          <w:szCs w:val="28"/>
        </w:rPr>
        <w:t>важном»).</w:t>
      </w:r>
    </w:p>
    <w:p w:rsidR="00AD3ABA" w:rsidRPr="001A456E" w:rsidRDefault="00AD3ABA" w:rsidP="003772B6">
      <w:pPr>
        <w:pStyle w:val="aff5"/>
        <w:spacing w:line="240" w:lineRule="auto"/>
        <w:jc w:val="both"/>
        <w:rPr>
          <w:rFonts w:ascii="Times New Roman" w:hAnsi="Times New Roman"/>
          <w:sz w:val="28"/>
          <w:szCs w:val="28"/>
        </w:rPr>
        <w:sectPr w:rsidR="00AD3ABA" w:rsidRPr="001A456E" w:rsidSect="00AD3ABA">
          <w:type w:val="continuous"/>
          <w:pgSz w:w="11910" w:h="16840"/>
          <w:pgMar w:top="880" w:right="708" w:bottom="900" w:left="992" w:header="0" w:footer="715" w:gutter="0"/>
          <w:cols w:space="720"/>
        </w:sectPr>
      </w:pPr>
    </w:p>
    <w:p w:rsidR="00AD3ABA" w:rsidRPr="001A456E" w:rsidRDefault="00AD3ABA" w:rsidP="003772B6">
      <w:pPr>
        <w:pStyle w:val="aff"/>
        <w:spacing w:before="118"/>
        <w:ind w:right="196"/>
        <w:jc w:val="both"/>
        <w:rPr>
          <w:rFonts w:ascii="Times New Roman" w:hAnsi="Times New Roman"/>
          <w:sz w:val="28"/>
          <w:szCs w:val="28"/>
        </w:rPr>
      </w:pPr>
      <w:r w:rsidRPr="001A456E">
        <w:rPr>
          <w:rFonts w:ascii="Times New Roman" w:hAnsi="Times New Roman"/>
          <w:sz w:val="28"/>
          <w:szCs w:val="28"/>
        </w:rPr>
        <w:lastRenderedPageBreak/>
        <w:t xml:space="preserve">Программа может быть реализована в работе с обучающимися 1–4 </w:t>
      </w:r>
      <w:r w:rsidRPr="001A456E">
        <w:rPr>
          <w:rFonts w:ascii="Times New Roman" w:hAnsi="Times New Roman"/>
          <w:spacing w:val="-2"/>
          <w:sz w:val="28"/>
          <w:szCs w:val="28"/>
        </w:rPr>
        <w:t xml:space="preserve"> </w:t>
      </w:r>
      <w:r w:rsidRPr="001A456E">
        <w:rPr>
          <w:rFonts w:ascii="Times New Roman" w:hAnsi="Times New Roman"/>
          <w:sz w:val="28"/>
          <w:szCs w:val="28"/>
        </w:rPr>
        <w:t>классов,</w:t>
      </w:r>
      <w:r w:rsidRPr="001A456E">
        <w:rPr>
          <w:rFonts w:ascii="Times New Roman" w:hAnsi="Times New Roman"/>
          <w:spacing w:val="-2"/>
          <w:sz w:val="28"/>
          <w:szCs w:val="28"/>
        </w:rPr>
        <w:t xml:space="preserve"> </w:t>
      </w:r>
      <w:r w:rsidRPr="001A456E">
        <w:rPr>
          <w:rFonts w:ascii="Times New Roman" w:hAnsi="Times New Roman"/>
          <w:sz w:val="28"/>
          <w:szCs w:val="28"/>
        </w:rPr>
        <w:t>в</w:t>
      </w:r>
      <w:r w:rsidRPr="001A456E">
        <w:rPr>
          <w:rFonts w:ascii="Times New Roman" w:hAnsi="Times New Roman"/>
          <w:spacing w:val="-2"/>
          <w:sz w:val="28"/>
          <w:szCs w:val="28"/>
        </w:rPr>
        <w:t xml:space="preserve"> </w:t>
      </w:r>
      <w:r w:rsidRPr="001A456E">
        <w:rPr>
          <w:rFonts w:ascii="Times New Roman" w:hAnsi="Times New Roman"/>
          <w:sz w:val="28"/>
          <w:szCs w:val="28"/>
        </w:rPr>
        <w:t>течение</w:t>
      </w:r>
      <w:r w:rsidRPr="001A456E">
        <w:rPr>
          <w:rFonts w:ascii="Times New Roman" w:hAnsi="Times New Roman"/>
          <w:spacing w:val="-2"/>
          <w:sz w:val="28"/>
          <w:szCs w:val="28"/>
        </w:rPr>
        <w:t xml:space="preserve"> </w:t>
      </w:r>
      <w:r w:rsidRPr="001A456E">
        <w:rPr>
          <w:rFonts w:ascii="Times New Roman" w:hAnsi="Times New Roman"/>
          <w:sz w:val="28"/>
          <w:szCs w:val="28"/>
        </w:rPr>
        <w:t>одного</w:t>
      </w:r>
      <w:r w:rsidRPr="001A456E">
        <w:rPr>
          <w:rFonts w:ascii="Times New Roman" w:hAnsi="Times New Roman"/>
          <w:spacing w:val="-2"/>
          <w:sz w:val="28"/>
          <w:szCs w:val="28"/>
        </w:rPr>
        <w:t xml:space="preserve"> </w:t>
      </w:r>
      <w:r w:rsidRPr="001A456E">
        <w:rPr>
          <w:rFonts w:ascii="Times New Roman" w:hAnsi="Times New Roman"/>
          <w:sz w:val="28"/>
          <w:szCs w:val="28"/>
        </w:rPr>
        <w:t>учебного</w:t>
      </w:r>
      <w:r w:rsidRPr="001A456E">
        <w:rPr>
          <w:rFonts w:ascii="Times New Roman" w:hAnsi="Times New Roman"/>
          <w:spacing w:val="-2"/>
          <w:sz w:val="28"/>
          <w:szCs w:val="28"/>
        </w:rPr>
        <w:t xml:space="preserve"> </w:t>
      </w:r>
      <w:r w:rsidRPr="001A456E">
        <w:rPr>
          <w:rFonts w:ascii="Times New Roman" w:hAnsi="Times New Roman"/>
          <w:sz w:val="28"/>
          <w:szCs w:val="28"/>
        </w:rPr>
        <w:t>года,</w:t>
      </w:r>
      <w:r w:rsidRPr="001A456E">
        <w:rPr>
          <w:rFonts w:ascii="Times New Roman" w:hAnsi="Times New Roman"/>
          <w:spacing w:val="-2"/>
          <w:sz w:val="28"/>
          <w:szCs w:val="28"/>
        </w:rPr>
        <w:t xml:space="preserve"> </w:t>
      </w:r>
      <w:r w:rsidRPr="001A456E">
        <w:rPr>
          <w:rFonts w:ascii="Times New Roman" w:hAnsi="Times New Roman"/>
          <w:sz w:val="28"/>
          <w:szCs w:val="28"/>
        </w:rPr>
        <w:t>если</w:t>
      </w:r>
      <w:r w:rsidRPr="001A456E">
        <w:rPr>
          <w:rFonts w:ascii="Times New Roman" w:hAnsi="Times New Roman"/>
          <w:spacing w:val="-2"/>
          <w:sz w:val="28"/>
          <w:szCs w:val="28"/>
        </w:rPr>
        <w:t xml:space="preserve"> </w:t>
      </w:r>
      <w:r w:rsidRPr="001A456E">
        <w:rPr>
          <w:rFonts w:ascii="Times New Roman" w:hAnsi="Times New Roman"/>
          <w:sz w:val="28"/>
          <w:szCs w:val="28"/>
        </w:rPr>
        <w:t>занятия</w:t>
      </w:r>
      <w:r w:rsidRPr="001A456E">
        <w:rPr>
          <w:rFonts w:ascii="Times New Roman" w:hAnsi="Times New Roman"/>
          <w:spacing w:val="-2"/>
          <w:sz w:val="28"/>
          <w:szCs w:val="28"/>
        </w:rPr>
        <w:t xml:space="preserve"> </w:t>
      </w:r>
      <w:r w:rsidRPr="001A456E">
        <w:rPr>
          <w:rFonts w:ascii="Times New Roman" w:hAnsi="Times New Roman"/>
          <w:sz w:val="28"/>
          <w:szCs w:val="28"/>
        </w:rPr>
        <w:t>проводятся</w:t>
      </w:r>
      <w:r w:rsidRPr="001A456E">
        <w:rPr>
          <w:rFonts w:ascii="Times New Roman" w:hAnsi="Times New Roman"/>
          <w:spacing w:val="-2"/>
          <w:sz w:val="28"/>
          <w:szCs w:val="28"/>
        </w:rPr>
        <w:t xml:space="preserve"> </w:t>
      </w:r>
      <w:r w:rsidRPr="001A456E">
        <w:rPr>
          <w:rFonts w:ascii="Times New Roman" w:hAnsi="Times New Roman"/>
          <w:w w:val="95"/>
          <w:sz w:val="28"/>
          <w:szCs w:val="28"/>
        </w:rPr>
        <w:t xml:space="preserve">1 </w:t>
      </w:r>
      <w:r w:rsidRPr="001A456E">
        <w:rPr>
          <w:rFonts w:ascii="Times New Roman" w:hAnsi="Times New Roman"/>
          <w:sz w:val="28"/>
          <w:szCs w:val="28"/>
        </w:rPr>
        <w:t>раз в неделю, 33/34 учебных часов.</w:t>
      </w:r>
    </w:p>
    <w:p w:rsidR="00AD3ABA" w:rsidRPr="001A456E" w:rsidRDefault="00AD3ABA" w:rsidP="003772B6">
      <w:pPr>
        <w:pStyle w:val="aff"/>
        <w:spacing w:before="117"/>
        <w:ind w:right="197"/>
        <w:jc w:val="both"/>
        <w:rPr>
          <w:rFonts w:ascii="Times New Roman" w:hAnsi="Times New Roman"/>
          <w:sz w:val="28"/>
          <w:szCs w:val="28"/>
        </w:rPr>
      </w:pPr>
      <w:r w:rsidRPr="001A456E">
        <w:rPr>
          <w:rFonts w:ascii="Times New Roman" w:hAnsi="Times New Roman"/>
          <w:sz w:val="28"/>
          <w:szCs w:val="28"/>
        </w:rPr>
        <w:t>Занятия по программе проводятся в формах, соответствующих возрастным особенностям обучающихся и позволяющих им вырабатывать собственную ми- ровоззренческую позицию по обсуждаемым темам (например, познавательные беседы,</w:t>
      </w:r>
      <w:r w:rsidRPr="001A456E">
        <w:rPr>
          <w:rFonts w:ascii="Times New Roman" w:hAnsi="Times New Roman"/>
          <w:spacing w:val="-19"/>
          <w:sz w:val="28"/>
          <w:szCs w:val="28"/>
        </w:rPr>
        <w:t xml:space="preserve"> </w:t>
      </w:r>
      <w:r w:rsidRPr="001A456E">
        <w:rPr>
          <w:rFonts w:ascii="Times New Roman" w:hAnsi="Times New Roman"/>
          <w:sz w:val="28"/>
          <w:szCs w:val="28"/>
        </w:rPr>
        <w:t>деловые</w:t>
      </w:r>
      <w:r w:rsidRPr="001A456E">
        <w:rPr>
          <w:rFonts w:ascii="Times New Roman" w:hAnsi="Times New Roman"/>
          <w:spacing w:val="-19"/>
          <w:sz w:val="28"/>
          <w:szCs w:val="28"/>
        </w:rPr>
        <w:t xml:space="preserve"> </w:t>
      </w:r>
      <w:r w:rsidRPr="001A456E">
        <w:rPr>
          <w:rFonts w:ascii="Times New Roman" w:hAnsi="Times New Roman"/>
          <w:sz w:val="28"/>
          <w:szCs w:val="28"/>
        </w:rPr>
        <w:t>игры,</w:t>
      </w:r>
      <w:r w:rsidRPr="001A456E">
        <w:rPr>
          <w:rFonts w:ascii="Times New Roman" w:hAnsi="Times New Roman"/>
          <w:spacing w:val="-19"/>
          <w:sz w:val="28"/>
          <w:szCs w:val="28"/>
        </w:rPr>
        <w:t xml:space="preserve"> </w:t>
      </w:r>
      <w:r w:rsidRPr="001A456E">
        <w:rPr>
          <w:rFonts w:ascii="Times New Roman" w:hAnsi="Times New Roman"/>
          <w:sz w:val="28"/>
          <w:szCs w:val="28"/>
        </w:rPr>
        <w:t>викторины,</w:t>
      </w:r>
      <w:r w:rsidRPr="001A456E">
        <w:rPr>
          <w:rFonts w:ascii="Times New Roman" w:hAnsi="Times New Roman"/>
          <w:spacing w:val="-19"/>
          <w:sz w:val="28"/>
          <w:szCs w:val="28"/>
        </w:rPr>
        <w:t xml:space="preserve"> </w:t>
      </w:r>
      <w:r w:rsidRPr="001A456E">
        <w:rPr>
          <w:rFonts w:ascii="Times New Roman" w:hAnsi="Times New Roman"/>
          <w:sz w:val="28"/>
          <w:szCs w:val="28"/>
        </w:rPr>
        <w:t>интервью,</w:t>
      </w:r>
      <w:r w:rsidRPr="001A456E">
        <w:rPr>
          <w:rFonts w:ascii="Times New Roman" w:hAnsi="Times New Roman"/>
          <w:spacing w:val="-19"/>
          <w:sz w:val="28"/>
          <w:szCs w:val="28"/>
        </w:rPr>
        <w:t xml:space="preserve"> </w:t>
      </w:r>
      <w:r w:rsidRPr="001A456E">
        <w:rPr>
          <w:rFonts w:ascii="Times New Roman" w:hAnsi="Times New Roman"/>
          <w:sz w:val="28"/>
          <w:szCs w:val="28"/>
        </w:rPr>
        <w:t>блиц-опросы</w:t>
      </w:r>
      <w:r w:rsidRPr="001A456E">
        <w:rPr>
          <w:rFonts w:ascii="Times New Roman" w:hAnsi="Times New Roman"/>
          <w:spacing w:val="-19"/>
          <w:sz w:val="28"/>
          <w:szCs w:val="28"/>
        </w:rPr>
        <w:t xml:space="preserve"> </w:t>
      </w:r>
      <w:r w:rsidRPr="001A456E">
        <w:rPr>
          <w:rFonts w:ascii="Times New Roman" w:hAnsi="Times New Roman"/>
          <w:sz w:val="28"/>
          <w:szCs w:val="28"/>
        </w:rPr>
        <w:t>и</w:t>
      </w:r>
      <w:r w:rsidRPr="001A456E">
        <w:rPr>
          <w:rFonts w:ascii="Times New Roman" w:hAnsi="Times New Roman"/>
          <w:spacing w:val="-19"/>
          <w:sz w:val="28"/>
          <w:szCs w:val="28"/>
        </w:rPr>
        <w:t xml:space="preserve"> </w:t>
      </w:r>
      <w:r w:rsidRPr="001A456E">
        <w:rPr>
          <w:rFonts w:ascii="Times New Roman" w:hAnsi="Times New Roman"/>
          <w:sz w:val="28"/>
          <w:szCs w:val="28"/>
        </w:rPr>
        <w:t>т.</w:t>
      </w:r>
      <w:r w:rsidRPr="001A456E">
        <w:rPr>
          <w:rFonts w:ascii="Times New Roman" w:hAnsi="Times New Roman"/>
          <w:spacing w:val="-19"/>
          <w:sz w:val="28"/>
          <w:szCs w:val="28"/>
        </w:rPr>
        <w:t xml:space="preserve"> </w:t>
      </w:r>
      <w:r w:rsidRPr="001A456E">
        <w:rPr>
          <w:rFonts w:ascii="Times New Roman" w:hAnsi="Times New Roman"/>
          <w:sz w:val="28"/>
          <w:szCs w:val="28"/>
        </w:rPr>
        <w:t>д.).</w:t>
      </w:r>
      <w:r w:rsidRPr="001A456E">
        <w:rPr>
          <w:rFonts w:ascii="Times New Roman" w:hAnsi="Times New Roman"/>
          <w:spacing w:val="-19"/>
          <w:sz w:val="28"/>
          <w:szCs w:val="28"/>
        </w:rPr>
        <w:t xml:space="preserve"> </w:t>
      </w:r>
      <w:r w:rsidRPr="001A456E">
        <w:rPr>
          <w:rFonts w:ascii="Times New Roman" w:hAnsi="Times New Roman"/>
          <w:sz w:val="28"/>
          <w:szCs w:val="28"/>
        </w:rPr>
        <w:t>Следует</w:t>
      </w:r>
      <w:r w:rsidRPr="001A456E">
        <w:rPr>
          <w:rFonts w:ascii="Times New Roman" w:hAnsi="Times New Roman"/>
          <w:spacing w:val="-19"/>
          <w:sz w:val="28"/>
          <w:szCs w:val="28"/>
        </w:rPr>
        <w:t xml:space="preserve"> </w:t>
      </w:r>
      <w:r w:rsidRPr="001A456E">
        <w:rPr>
          <w:rFonts w:ascii="Times New Roman" w:hAnsi="Times New Roman"/>
          <w:sz w:val="28"/>
          <w:szCs w:val="28"/>
        </w:rPr>
        <w:t>отме- тить, что внеурочные занятия входят в общую систему воспитательной работы образовательной организации, поэтому тематика и содержание должны обеспе- чить реализацию их назначения и целей. Это позволяет на практике соединить учебную и воспитательную деятельность педагога, ориентировать её не только- на интеллектуальное, но и на нравственное, социальное развитие ребёнка.</w:t>
      </w:r>
    </w:p>
    <w:p w:rsidR="00AD3ABA" w:rsidRPr="001A456E" w:rsidRDefault="00AD3ABA" w:rsidP="003772B6">
      <w:pPr>
        <w:pStyle w:val="aff"/>
        <w:spacing w:before="126"/>
        <w:ind w:right="199"/>
        <w:jc w:val="both"/>
        <w:rPr>
          <w:rFonts w:ascii="Times New Roman" w:hAnsi="Times New Roman"/>
          <w:sz w:val="28"/>
          <w:szCs w:val="28"/>
        </w:rPr>
      </w:pPr>
      <w:r w:rsidRPr="001A456E">
        <w:rPr>
          <w:rFonts w:ascii="Times New Roman" w:hAnsi="Times New Roman"/>
          <w:spacing w:val="-2"/>
          <w:w w:val="105"/>
          <w:sz w:val="28"/>
          <w:szCs w:val="28"/>
        </w:rPr>
        <w:t>Многие</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темы</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внеурочных</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занятий</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выходят</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за</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рамки</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содержания,</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 xml:space="preserve">изучаемого </w:t>
      </w:r>
      <w:r w:rsidRPr="001A456E">
        <w:rPr>
          <w:rFonts w:ascii="Times New Roman" w:hAnsi="Times New Roman"/>
          <w:w w:val="105"/>
          <w:sz w:val="28"/>
          <w:szCs w:val="28"/>
        </w:rPr>
        <w:t>на уроках, но это не означает, что учитель будет обязательно добиваться точного усвоения нового знания, запоминания и чёткого воспроизведения нового</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термина</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или</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понятия.</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В</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течение</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учебного</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года</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обучающиеся</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много</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 xml:space="preserve">раз будут возвращаться к обсуждению одних и тех же понятий, что послужит </w:t>
      </w:r>
      <w:r w:rsidRPr="001A456E">
        <w:rPr>
          <w:rFonts w:ascii="Times New Roman" w:hAnsi="Times New Roman"/>
          <w:spacing w:val="-2"/>
          <w:w w:val="105"/>
          <w:sz w:val="28"/>
          <w:szCs w:val="28"/>
        </w:rPr>
        <w:t>постепенному</w:t>
      </w:r>
      <w:r w:rsidRPr="001A456E">
        <w:rPr>
          <w:rFonts w:ascii="Times New Roman" w:hAnsi="Times New Roman"/>
          <w:spacing w:val="-8"/>
          <w:w w:val="105"/>
          <w:sz w:val="28"/>
          <w:szCs w:val="28"/>
        </w:rPr>
        <w:t xml:space="preserve"> </w:t>
      </w:r>
      <w:r w:rsidRPr="001A456E">
        <w:rPr>
          <w:rFonts w:ascii="Times New Roman" w:hAnsi="Times New Roman"/>
          <w:spacing w:val="-2"/>
          <w:w w:val="105"/>
          <w:sz w:val="28"/>
          <w:szCs w:val="28"/>
        </w:rPr>
        <w:t>осознанному</w:t>
      </w:r>
      <w:r w:rsidRPr="001A456E">
        <w:rPr>
          <w:rFonts w:ascii="Times New Roman" w:hAnsi="Times New Roman"/>
          <w:spacing w:val="-8"/>
          <w:w w:val="105"/>
          <w:sz w:val="28"/>
          <w:szCs w:val="28"/>
        </w:rPr>
        <w:t xml:space="preserve"> </w:t>
      </w:r>
      <w:r w:rsidRPr="001A456E">
        <w:rPr>
          <w:rFonts w:ascii="Times New Roman" w:hAnsi="Times New Roman"/>
          <w:spacing w:val="-2"/>
          <w:w w:val="105"/>
          <w:sz w:val="28"/>
          <w:szCs w:val="28"/>
        </w:rPr>
        <w:t>их</w:t>
      </w:r>
      <w:r w:rsidRPr="001A456E">
        <w:rPr>
          <w:rFonts w:ascii="Times New Roman" w:hAnsi="Times New Roman"/>
          <w:spacing w:val="-8"/>
          <w:w w:val="105"/>
          <w:sz w:val="28"/>
          <w:szCs w:val="28"/>
        </w:rPr>
        <w:t xml:space="preserve"> </w:t>
      </w:r>
      <w:r w:rsidRPr="001A456E">
        <w:rPr>
          <w:rFonts w:ascii="Times New Roman" w:hAnsi="Times New Roman"/>
          <w:spacing w:val="-2"/>
          <w:w w:val="105"/>
          <w:sz w:val="28"/>
          <w:szCs w:val="28"/>
        </w:rPr>
        <w:t>принятию.</w:t>
      </w:r>
    </w:p>
    <w:p w:rsidR="00AD3ABA" w:rsidRPr="001A456E" w:rsidRDefault="00AD3ABA" w:rsidP="003772B6">
      <w:pPr>
        <w:pStyle w:val="aff"/>
        <w:spacing w:before="122"/>
        <w:ind w:right="196"/>
        <w:jc w:val="both"/>
        <w:rPr>
          <w:rFonts w:ascii="Times New Roman" w:hAnsi="Times New Roman"/>
          <w:sz w:val="28"/>
          <w:szCs w:val="28"/>
        </w:rPr>
      </w:pPr>
      <w:r w:rsidRPr="001A456E">
        <w:rPr>
          <w:rFonts w:ascii="Times New Roman" w:hAnsi="Times New Roman"/>
          <w:w w:val="105"/>
          <w:sz w:val="28"/>
          <w:szCs w:val="28"/>
        </w:rPr>
        <w:t>Наличие</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сценариев</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внеурочных</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занятий</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не</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означает</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формального</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 xml:space="preserve">следова- </w:t>
      </w:r>
      <w:r w:rsidRPr="001A456E">
        <w:rPr>
          <w:rFonts w:ascii="Times New Roman" w:hAnsi="Times New Roman"/>
          <w:sz w:val="28"/>
          <w:szCs w:val="28"/>
        </w:rPr>
        <w:t xml:space="preserve">ния им. При реализации содержания занятия, которое предлагается в сценарии, </w:t>
      </w:r>
      <w:r w:rsidRPr="001A456E">
        <w:rPr>
          <w:rFonts w:ascii="Times New Roman" w:hAnsi="Times New Roman"/>
          <w:spacing w:val="-2"/>
          <w:w w:val="105"/>
          <w:sz w:val="28"/>
          <w:szCs w:val="28"/>
        </w:rPr>
        <w:t>педагог</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учитывает</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региональные,</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национальные,</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этнокультурные</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особенности территории,</w:t>
      </w:r>
      <w:r w:rsidRPr="001A456E">
        <w:rPr>
          <w:rFonts w:ascii="Times New Roman" w:hAnsi="Times New Roman"/>
          <w:spacing w:val="-14"/>
          <w:w w:val="105"/>
          <w:sz w:val="28"/>
          <w:szCs w:val="28"/>
        </w:rPr>
        <w:t xml:space="preserve"> </w:t>
      </w:r>
      <w:r w:rsidRPr="001A456E">
        <w:rPr>
          <w:rFonts w:ascii="Times New Roman" w:hAnsi="Times New Roman"/>
          <w:spacing w:val="-2"/>
          <w:w w:val="105"/>
          <w:sz w:val="28"/>
          <w:szCs w:val="28"/>
        </w:rPr>
        <w:t>где</w:t>
      </w:r>
      <w:r w:rsidRPr="001A456E">
        <w:rPr>
          <w:rFonts w:ascii="Times New Roman" w:hAnsi="Times New Roman"/>
          <w:spacing w:val="-14"/>
          <w:w w:val="105"/>
          <w:sz w:val="28"/>
          <w:szCs w:val="28"/>
        </w:rPr>
        <w:t xml:space="preserve"> </w:t>
      </w:r>
      <w:r w:rsidRPr="001A456E">
        <w:rPr>
          <w:rFonts w:ascii="Times New Roman" w:hAnsi="Times New Roman"/>
          <w:spacing w:val="-2"/>
          <w:w w:val="105"/>
          <w:sz w:val="28"/>
          <w:szCs w:val="28"/>
        </w:rPr>
        <w:t>функционирует</w:t>
      </w:r>
      <w:r w:rsidRPr="001A456E">
        <w:rPr>
          <w:rFonts w:ascii="Times New Roman" w:hAnsi="Times New Roman"/>
          <w:spacing w:val="-14"/>
          <w:w w:val="105"/>
          <w:sz w:val="28"/>
          <w:szCs w:val="28"/>
        </w:rPr>
        <w:t xml:space="preserve"> </w:t>
      </w:r>
      <w:r w:rsidRPr="001A456E">
        <w:rPr>
          <w:rFonts w:ascii="Times New Roman" w:hAnsi="Times New Roman"/>
          <w:spacing w:val="-2"/>
          <w:w w:val="105"/>
          <w:sz w:val="28"/>
          <w:szCs w:val="28"/>
        </w:rPr>
        <w:t>данная</w:t>
      </w:r>
      <w:r w:rsidRPr="001A456E">
        <w:rPr>
          <w:rFonts w:ascii="Times New Roman" w:hAnsi="Times New Roman"/>
          <w:spacing w:val="-14"/>
          <w:w w:val="105"/>
          <w:sz w:val="28"/>
          <w:szCs w:val="28"/>
        </w:rPr>
        <w:t xml:space="preserve"> </w:t>
      </w:r>
      <w:r w:rsidRPr="001A456E">
        <w:rPr>
          <w:rFonts w:ascii="Times New Roman" w:hAnsi="Times New Roman"/>
          <w:spacing w:val="-2"/>
          <w:w w:val="105"/>
          <w:sz w:val="28"/>
          <w:szCs w:val="28"/>
        </w:rPr>
        <w:t>образовательная</w:t>
      </w:r>
      <w:r w:rsidRPr="001A456E">
        <w:rPr>
          <w:rFonts w:ascii="Times New Roman" w:hAnsi="Times New Roman"/>
          <w:spacing w:val="-14"/>
          <w:w w:val="105"/>
          <w:sz w:val="28"/>
          <w:szCs w:val="28"/>
        </w:rPr>
        <w:t xml:space="preserve"> </w:t>
      </w:r>
      <w:r w:rsidRPr="001A456E">
        <w:rPr>
          <w:rFonts w:ascii="Times New Roman" w:hAnsi="Times New Roman"/>
          <w:spacing w:val="-2"/>
          <w:w w:val="105"/>
          <w:sz w:val="28"/>
          <w:szCs w:val="28"/>
        </w:rPr>
        <w:t>организация.</w:t>
      </w:r>
      <w:r w:rsidRPr="001A456E">
        <w:rPr>
          <w:rFonts w:ascii="Times New Roman" w:hAnsi="Times New Roman"/>
          <w:spacing w:val="-14"/>
          <w:w w:val="105"/>
          <w:sz w:val="28"/>
          <w:szCs w:val="28"/>
        </w:rPr>
        <w:t xml:space="preserve"> </w:t>
      </w:r>
      <w:r w:rsidRPr="001A456E">
        <w:rPr>
          <w:rFonts w:ascii="Times New Roman" w:hAnsi="Times New Roman"/>
          <w:spacing w:val="-2"/>
          <w:w w:val="105"/>
          <w:sz w:val="28"/>
          <w:szCs w:val="28"/>
        </w:rPr>
        <w:t xml:space="preserve">Обяза- </w:t>
      </w:r>
      <w:r w:rsidRPr="001A456E">
        <w:rPr>
          <w:rFonts w:ascii="Times New Roman" w:hAnsi="Times New Roman"/>
          <w:w w:val="105"/>
          <w:sz w:val="28"/>
          <w:szCs w:val="28"/>
        </w:rPr>
        <w:t>тельно</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учитывается</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уровень</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развития</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школьников,</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их</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интересы</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 xml:space="preserve">потребно- </w:t>
      </w:r>
      <w:r w:rsidRPr="001A456E">
        <w:rPr>
          <w:rFonts w:ascii="Times New Roman" w:hAnsi="Times New Roman"/>
          <w:sz w:val="28"/>
          <w:szCs w:val="28"/>
        </w:rPr>
        <w:t xml:space="preserve">сти. При необходимости, исходя из статуса семей обучающихся, целесообразно уточнить (изменить, скорректировать) и творческие задания, выполнять которые </w:t>
      </w:r>
      <w:r w:rsidRPr="001A456E">
        <w:rPr>
          <w:rFonts w:ascii="Times New Roman" w:hAnsi="Times New Roman"/>
          <w:spacing w:val="-4"/>
          <w:w w:val="105"/>
          <w:sz w:val="28"/>
          <w:szCs w:val="28"/>
        </w:rPr>
        <w:t>предлагается</w:t>
      </w:r>
      <w:r w:rsidRPr="001A456E">
        <w:rPr>
          <w:rFonts w:ascii="Times New Roman" w:hAnsi="Times New Roman"/>
          <w:spacing w:val="-7"/>
          <w:w w:val="105"/>
          <w:sz w:val="28"/>
          <w:szCs w:val="28"/>
        </w:rPr>
        <w:t xml:space="preserve"> </w:t>
      </w:r>
      <w:r w:rsidRPr="001A456E">
        <w:rPr>
          <w:rFonts w:ascii="Times New Roman" w:hAnsi="Times New Roman"/>
          <w:spacing w:val="-4"/>
          <w:w w:val="105"/>
          <w:sz w:val="28"/>
          <w:szCs w:val="28"/>
        </w:rPr>
        <w:t>вместе</w:t>
      </w:r>
      <w:r w:rsidRPr="001A456E">
        <w:rPr>
          <w:rFonts w:ascii="Times New Roman" w:hAnsi="Times New Roman"/>
          <w:spacing w:val="-7"/>
          <w:w w:val="105"/>
          <w:sz w:val="28"/>
          <w:szCs w:val="28"/>
        </w:rPr>
        <w:t xml:space="preserve"> </w:t>
      </w:r>
      <w:r w:rsidRPr="001A456E">
        <w:rPr>
          <w:rFonts w:ascii="Times New Roman" w:hAnsi="Times New Roman"/>
          <w:spacing w:val="-4"/>
          <w:w w:val="105"/>
          <w:sz w:val="28"/>
          <w:szCs w:val="28"/>
        </w:rPr>
        <w:t>с</w:t>
      </w:r>
      <w:r w:rsidRPr="001A456E">
        <w:rPr>
          <w:rFonts w:ascii="Times New Roman" w:hAnsi="Times New Roman"/>
          <w:spacing w:val="-7"/>
          <w:w w:val="105"/>
          <w:sz w:val="28"/>
          <w:szCs w:val="28"/>
        </w:rPr>
        <w:t xml:space="preserve"> </w:t>
      </w:r>
      <w:r w:rsidRPr="001A456E">
        <w:rPr>
          <w:rFonts w:ascii="Times New Roman" w:hAnsi="Times New Roman"/>
          <w:spacing w:val="-4"/>
          <w:w w:val="105"/>
          <w:sz w:val="28"/>
          <w:szCs w:val="28"/>
        </w:rPr>
        <w:t>родителями,</w:t>
      </w:r>
      <w:r w:rsidRPr="001A456E">
        <w:rPr>
          <w:rFonts w:ascii="Times New Roman" w:hAnsi="Times New Roman"/>
          <w:spacing w:val="-7"/>
          <w:w w:val="105"/>
          <w:sz w:val="28"/>
          <w:szCs w:val="28"/>
        </w:rPr>
        <w:t xml:space="preserve"> </w:t>
      </w:r>
      <w:r w:rsidRPr="001A456E">
        <w:rPr>
          <w:rFonts w:ascii="Times New Roman" w:hAnsi="Times New Roman"/>
          <w:spacing w:val="-4"/>
          <w:w w:val="105"/>
          <w:sz w:val="28"/>
          <w:szCs w:val="28"/>
        </w:rPr>
        <w:t>другими</w:t>
      </w:r>
      <w:r w:rsidRPr="001A456E">
        <w:rPr>
          <w:rFonts w:ascii="Times New Roman" w:hAnsi="Times New Roman"/>
          <w:spacing w:val="-7"/>
          <w:w w:val="105"/>
          <w:sz w:val="28"/>
          <w:szCs w:val="28"/>
        </w:rPr>
        <w:t xml:space="preserve"> </w:t>
      </w:r>
      <w:r w:rsidRPr="001A456E">
        <w:rPr>
          <w:rFonts w:ascii="Times New Roman" w:hAnsi="Times New Roman"/>
          <w:spacing w:val="-4"/>
          <w:w w:val="105"/>
          <w:sz w:val="28"/>
          <w:szCs w:val="28"/>
        </w:rPr>
        <w:t>членами</w:t>
      </w:r>
      <w:r w:rsidRPr="001A456E">
        <w:rPr>
          <w:rFonts w:ascii="Times New Roman" w:hAnsi="Times New Roman"/>
          <w:spacing w:val="-7"/>
          <w:w w:val="105"/>
          <w:sz w:val="28"/>
          <w:szCs w:val="28"/>
        </w:rPr>
        <w:t xml:space="preserve"> </w:t>
      </w:r>
      <w:r w:rsidRPr="001A456E">
        <w:rPr>
          <w:rFonts w:ascii="Times New Roman" w:hAnsi="Times New Roman"/>
          <w:spacing w:val="-4"/>
          <w:w w:val="105"/>
          <w:sz w:val="28"/>
          <w:szCs w:val="28"/>
        </w:rPr>
        <w:t>семьи.</w:t>
      </w:r>
    </w:p>
    <w:p w:rsidR="00AD3ABA" w:rsidRPr="001A456E" w:rsidRDefault="00AD3ABA" w:rsidP="003772B6">
      <w:pPr>
        <w:pStyle w:val="aff"/>
        <w:spacing w:before="70"/>
        <w:ind w:right="196"/>
        <w:jc w:val="both"/>
        <w:rPr>
          <w:rFonts w:ascii="Times New Roman" w:hAnsi="Times New Roman"/>
          <w:sz w:val="28"/>
          <w:szCs w:val="28"/>
        </w:rPr>
      </w:pPr>
      <w:r w:rsidRPr="001A456E">
        <w:rPr>
          <w:rFonts w:ascii="Times New Roman" w:hAnsi="Times New Roman"/>
          <w:w w:val="105"/>
          <w:sz w:val="28"/>
          <w:szCs w:val="28"/>
        </w:rPr>
        <w:t>Личностных результатов можно достичь, увлекая школьников совместной, ин-тересной и многообразной деятельностью, позволяющей раскрыть потенциал</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каждого; используя разные</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формы работы; устанавливая во время занятий доброжелательную, поддерживающую атмосферу; насыщая занятия ценностным содержанием. Задача педагога, организуя беседы, дать возможность</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школьнику</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анализировать,</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сравнивать</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выбирать.</w:t>
      </w:r>
    </w:p>
    <w:p w:rsidR="00AD3ABA" w:rsidRPr="001A456E" w:rsidRDefault="00AD3ABA" w:rsidP="003772B6">
      <w:pPr>
        <w:pStyle w:val="aff"/>
        <w:spacing w:before="110"/>
        <w:ind w:right="196"/>
        <w:jc w:val="both"/>
        <w:rPr>
          <w:rFonts w:ascii="Times New Roman" w:hAnsi="Times New Roman"/>
          <w:sz w:val="28"/>
          <w:szCs w:val="28"/>
        </w:rPr>
      </w:pPr>
      <w:r w:rsidRPr="001A456E">
        <w:rPr>
          <w:rFonts w:ascii="Times New Roman" w:hAnsi="Times New Roman"/>
          <w:w w:val="105"/>
          <w:sz w:val="28"/>
          <w:szCs w:val="28"/>
        </w:rPr>
        <w:t>Внеурочное занятие проходит каждый понедельник. Оно начинается подняти-ем Государственного флага Российской Федерации, слушанием (исполнением) Государственного гимна Российской Федерации. Это мероприятие проходит в</w:t>
      </w:r>
      <w:r w:rsidRPr="001A456E">
        <w:rPr>
          <w:rFonts w:ascii="Times New Roman" w:hAnsi="Times New Roman"/>
          <w:spacing w:val="-8"/>
          <w:w w:val="105"/>
          <w:sz w:val="28"/>
          <w:szCs w:val="28"/>
        </w:rPr>
        <w:t xml:space="preserve"> </w:t>
      </w:r>
      <w:r w:rsidRPr="001A456E">
        <w:rPr>
          <w:rFonts w:ascii="Times New Roman" w:hAnsi="Times New Roman"/>
          <w:w w:val="105"/>
          <w:sz w:val="28"/>
          <w:szCs w:val="28"/>
        </w:rPr>
        <w:t>общем</w:t>
      </w:r>
      <w:r w:rsidRPr="001A456E">
        <w:rPr>
          <w:rFonts w:ascii="Times New Roman" w:hAnsi="Times New Roman"/>
          <w:spacing w:val="-8"/>
          <w:w w:val="105"/>
          <w:sz w:val="28"/>
          <w:szCs w:val="28"/>
        </w:rPr>
        <w:t xml:space="preserve"> </w:t>
      </w:r>
      <w:r w:rsidRPr="001A456E">
        <w:rPr>
          <w:rFonts w:ascii="Times New Roman" w:hAnsi="Times New Roman"/>
          <w:w w:val="105"/>
          <w:sz w:val="28"/>
          <w:szCs w:val="28"/>
        </w:rPr>
        <w:t>школьном</w:t>
      </w:r>
      <w:r w:rsidRPr="001A456E">
        <w:rPr>
          <w:rFonts w:ascii="Times New Roman" w:hAnsi="Times New Roman"/>
          <w:spacing w:val="-8"/>
          <w:w w:val="105"/>
          <w:sz w:val="28"/>
          <w:szCs w:val="28"/>
        </w:rPr>
        <w:t xml:space="preserve"> </w:t>
      </w:r>
      <w:r w:rsidRPr="001A456E">
        <w:rPr>
          <w:rFonts w:ascii="Times New Roman" w:hAnsi="Times New Roman"/>
          <w:w w:val="105"/>
          <w:sz w:val="28"/>
          <w:szCs w:val="28"/>
        </w:rPr>
        <w:t>актовом</w:t>
      </w:r>
      <w:r w:rsidRPr="001A456E">
        <w:rPr>
          <w:rFonts w:ascii="Times New Roman" w:hAnsi="Times New Roman"/>
          <w:spacing w:val="-8"/>
          <w:w w:val="105"/>
          <w:sz w:val="28"/>
          <w:szCs w:val="28"/>
        </w:rPr>
        <w:t xml:space="preserve"> </w:t>
      </w:r>
      <w:r w:rsidRPr="001A456E">
        <w:rPr>
          <w:rFonts w:ascii="Times New Roman" w:hAnsi="Times New Roman"/>
          <w:w w:val="105"/>
          <w:sz w:val="28"/>
          <w:szCs w:val="28"/>
        </w:rPr>
        <w:t>зале.</w:t>
      </w:r>
      <w:r w:rsidRPr="001A456E">
        <w:rPr>
          <w:rFonts w:ascii="Times New Roman" w:hAnsi="Times New Roman"/>
          <w:spacing w:val="-8"/>
          <w:w w:val="105"/>
          <w:sz w:val="28"/>
          <w:szCs w:val="28"/>
        </w:rPr>
        <w:t xml:space="preserve"> </w:t>
      </w:r>
      <w:r w:rsidRPr="001A456E">
        <w:rPr>
          <w:rFonts w:ascii="Times New Roman" w:hAnsi="Times New Roman"/>
          <w:w w:val="105"/>
          <w:sz w:val="28"/>
          <w:szCs w:val="28"/>
        </w:rPr>
        <w:t>Затем</w:t>
      </w:r>
      <w:r w:rsidRPr="001A456E">
        <w:rPr>
          <w:rFonts w:ascii="Times New Roman" w:hAnsi="Times New Roman"/>
          <w:spacing w:val="-8"/>
          <w:w w:val="105"/>
          <w:sz w:val="28"/>
          <w:szCs w:val="28"/>
        </w:rPr>
        <w:t xml:space="preserve"> </w:t>
      </w:r>
      <w:r w:rsidRPr="001A456E">
        <w:rPr>
          <w:rFonts w:ascii="Times New Roman" w:hAnsi="Times New Roman"/>
          <w:w w:val="105"/>
          <w:sz w:val="28"/>
          <w:szCs w:val="28"/>
        </w:rPr>
        <w:t xml:space="preserve">обучающиеся </w:t>
      </w:r>
      <w:r w:rsidRPr="001A456E">
        <w:rPr>
          <w:rFonts w:ascii="Times New Roman" w:hAnsi="Times New Roman"/>
          <w:spacing w:val="-2"/>
          <w:w w:val="105"/>
          <w:sz w:val="28"/>
          <w:szCs w:val="28"/>
        </w:rPr>
        <w:t>расходятся</w:t>
      </w:r>
      <w:r w:rsidRPr="001A456E">
        <w:rPr>
          <w:rFonts w:ascii="Times New Roman" w:hAnsi="Times New Roman"/>
          <w:spacing w:val="-15"/>
          <w:w w:val="105"/>
          <w:sz w:val="28"/>
          <w:szCs w:val="28"/>
        </w:rPr>
        <w:t xml:space="preserve"> </w:t>
      </w:r>
      <w:r w:rsidRPr="001A456E">
        <w:rPr>
          <w:rFonts w:ascii="Times New Roman" w:hAnsi="Times New Roman"/>
          <w:spacing w:val="-2"/>
          <w:w w:val="105"/>
          <w:sz w:val="28"/>
          <w:szCs w:val="28"/>
        </w:rPr>
        <w:t>по</w:t>
      </w:r>
      <w:r w:rsidRPr="001A456E">
        <w:rPr>
          <w:rFonts w:ascii="Times New Roman" w:hAnsi="Times New Roman"/>
          <w:spacing w:val="-15"/>
          <w:w w:val="105"/>
          <w:sz w:val="28"/>
          <w:szCs w:val="28"/>
        </w:rPr>
        <w:t xml:space="preserve"> </w:t>
      </w:r>
      <w:r w:rsidRPr="001A456E">
        <w:rPr>
          <w:rFonts w:ascii="Times New Roman" w:hAnsi="Times New Roman"/>
          <w:spacing w:val="-2"/>
          <w:w w:val="105"/>
          <w:sz w:val="28"/>
          <w:szCs w:val="28"/>
        </w:rPr>
        <w:t>классам,</w:t>
      </w:r>
      <w:r w:rsidRPr="001A456E">
        <w:rPr>
          <w:rFonts w:ascii="Times New Roman" w:hAnsi="Times New Roman"/>
          <w:spacing w:val="-15"/>
          <w:w w:val="105"/>
          <w:sz w:val="28"/>
          <w:szCs w:val="28"/>
        </w:rPr>
        <w:t xml:space="preserve"> </w:t>
      </w:r>
      <w:r w:rsidRPr="001A456E">
        <w:rPr>
          <w:rFonts w:ascii="Times New Roman" w:hAnsi="Times New Roman"/>
          <w:spacing w:val="-2"/>
          <w:w w:val="105"/>
          <w:sz w:val="28"/>
          <w:szCs w:val="28"/>
        </w:rPr>
        <w:t>где</w:t>
      </w:r>
      <w:r w:rsidRPr="001A456E">
        <w:rPr>
          <w:rFonts w:ascii="Times New Roman" w:hAnsi="Times New Roman"/>
          <w:spacing w:val="-15"/>
          <w:w w:val="105"/>
          <w:sz w:val="28"/>
          <w:szCs w:val="28"/>
        </w:rPr>
        <w:t xml:space="preserve"> </w:t>
      </w:r>
      <w:r w:rsidRPr="001A456E">
        <w:rPr>
          <w:rFonts w:ascii="Times New Roman" w:hAnsi="Times New Roman"/>
          <w:spacing w:val="-2"/>
          <w:w w:val="105"/>
          <w:sz w:val="28"/>
          <w:szCs w:val="28"/>
        </w:rPr>
        <w:t>проходит</w:t>
      </w:r>
      <w:r w:rsidRPr="001A456E">
        <w:rPr>
          <w:rFonts w:ascii="Times New Roman" w:hAnsi="Times New Roman"/>
          <w:spacing w:val="-15"/>
          <w:w w:val="105"/>
          <w:sz w:val="28"/>
          <w:szCs w:val="28"/>
        </w:rPr>
        <w:t xml:space="preserve"> </w:t>
      </w:r>
      <w:r w:rsidRPr="001A456E">
        <w:rPr>
          <w:rFonts w:ascii="Times New Roman" w:hAnsi="Times New Roman"/>
          <w:spacing w:val="-2"/>
          <w:w w:val="105"/>
          <w:sz w:val="28"/>
          <w:szCs w:val="28"/>
        </w:rPr>
        <w:t>тематическая</w:t>
      </w:r>
      <w:r w:rsidRPr="001A456E">
        <w:rPr>
          <w:rFonts w:ascii="Times New Roman" w:hAnsi="Times New Roman"/>
          <w:spacing w:val="-15"/>
          <w:w w:val="105"/>
          <w:sz w:val="28"/>
          <w:szCs w:val="28"/>
        </w:rPr>
        <w:t xml:space="preserve"> </w:t>
      </w:r>
      <w:r w:rsidRPr="001A456E">
        <w:rPr>
          <w:rFonts w:ascii="Times New Roman" w:hAnsi="Times New Roman"/>
          <w:spacing w:val="-2"/>
          <w:w w:val="105"/>
          <w:sz w:val="28"/>
          <w:szCs w:val="28"/>
        </w:rPr>
        <w:t>часть</w:t>
      </w:r>
      <w:r w:rsidRPr="001A456E">
        <w:rPr>
          <w:rFonts w:ascii="Times New Roman" w:hAnsi="Times New Roman"/>
          <w:spacing w:val="-15"/>
          <w:w w:val="105"/>
          <w:sz w:val="28"/>
          <w:szCs w:val="28"/>
        </w:rPr>
        <w:t xml:space="preserve"> </w:t>
      </w:r>
      <w:r w:rsidRPr="001A456E">
        <w:rPr>
          <w:rFonts w:ascii="Times New Roman" w:hAnsi="Times New Roman"/>
          <w:spacing w:val="-2"/>
          <w:w w:val="105"/>
          <w:sz w:val="28"/>
          <w:szCs w:val="28"/>
        </w:rPr>
        <w:t>занятия.</w:t>
      </w:r>
    </w:p>
    <w:p w:rsidR="00AD3ABA" w:rsidRPr="001A456E" w:rsidRDefault="00AD3ABA" w:rsidP="003772B6">
      <w:pPr>
        <w:pStyle w:val="aff"/>
        <w:spacing w:before="112"/>
        <w:ind w:right="196"/>
        <w:jc w:val="both"/>
        <w:rPr>
          <w:rFonts w:ascii="Times New Roman" w:hAnsi="Times New Roman"/>
          <w:sz w:val="28"/>
          <w:szCs w:val="28"/>
        </w:rPr>
      </w:pPr>
      <w:r w:rsidRPr="001A456E">
        <w:rPr>
          <w:rFonts w:ascii="Times New Roman" w:hAnsi="Times New Roman"/>
          <w:sz w:val="28"/>
          <w:szCs w:val="28"/>
        </w:rPr>
        <w:t xml:space="preserve">При подготовке к занятию учитель должен внимательно ознакомиться со сце- нарием и методическими комментариями к нему. Необходимо обратить внима- </w:t>
      </w:r>
      <w:r w:rsidRPr="001A456E">
        <w:rPr>
          <w:rFonts w:ascii="Times New Roman" w:hAnsi="Times New Roman"/>
          <w:spacing w:val="-2"/>
          <w:w w:val="105"/>
          <w:sz w:val="28"/>
          <w:szCs w:val="28"/>
        </w:rPr>
        <w:t>ние</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на</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три</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структурные</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части</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сценария:</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первая</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часть</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мотивационная,</w:t>
      </w:r>
      <w:r w:rsidRPr="001A456E">
        <w:rPr>
          <w:rFonts w:ascii="Times New Roman" w:hAnsi="Times New Roman"/>
          <w:spacing w:val="-18"/>
          <w:w w:val="105"/>
          <w:sz w:val="28"/>
          <w:szCs w:val="28"/>
        </w:rPr>
        <w:t xml:space="preserve"> </w:t>
      </w:r>
      <w:r w:rsidRPr="001A456E">
        <w:rPr>
          <w:rFonts w:ascii="Times New Roman" w:hAnsi="Times New Roman"/>
          <w:spacing w:val="-2"/>
          <w:w w:val="105"/>
          <w:sz w:val="28"/>
          <w:szCs w:val="28"/>
        </w:rPr>
        <w:t xml:space="preserve">вторая </w:t>
      </w:r>
      <w:r w:rsidRPr="001A456E">
        <w:rPr>
          <w:rFonts w:ascii="Times New Roman" w:hAnsi="Times New Roman"/>
          <w:w w:val="105"/>
          <w:sz w:val="28"/>
          <w:szCs w:val="28"/>
        </w:rPr>
        <w:t>часть</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основная,</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третья</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часть</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заключительная.</w:t>
      </w:r>
    </w:p>
    <w:p w:rsidR="00AD3ABA" w:rsidRPr="001A456E" w:rsidRDefault="00AD3ABA" w:rsidP="003772B6">
      <w:pPr>
        <w:pStyle w:val="aff"/>
        <w:jc w:val="both"/>
        <w:rPr>
          <w:rFonts w:ascii="Times New Roman" w:hAnsi="Times New Roman"/>
          <w:sz w:val="28"/>
          <w:szCs w:val="28"/>
        </w:rPr>
        <w:sectPr w:rsidR="00AD3ABA" w:rsidRPr="001A456E">
          <w:pgSz w:w="11910" w:h="16840"/>
          <w:pgMar w:top="900" w:right="708" w:bottom="900" w:left="992" w:header="0" w:footer="715" w:gutter="0"/>
          <w:cols w:space="720"/>
        </w:sectPr>
      </w:pPr>
    </w:p>
    <w:p w:rsidR="00AD3ABA" w:rsidRPr="001A456E" w:rsidRDefault="00AD3ABA" w:rsidP="003772B6">
      <w:pPr>
        <w:pStyle w:val="aff"/>
        <w:spacing w:before="111"/>
        <w:ind w:right="196"/>
        <w:jc w:val="both"/>
        <w:rPr>
          <w:rFonts w:ascii="Times New Roman" w:hAnsi="Times New Roman"/>
          <w:sz w:val="28"/>
          <w:szCs w:val="28"/>
        </w:rPr>
      </w:pPr>
      <w:r w:rsidRPr="001A456E">
        <w:rPr>
          <w:rFonts w:ascii="Times New Roman" w:hAnsi="Times New Roman"/>
          <w:sz w:val="28"/>
          <w:szCs w:val="28"/>
        </w:rPr>
        <w:lastRenderedPageBreak/>
        <w:t>Цель мотивационной части занятия — знакомство обучающихся с темой заня- тия, выдвижение мотива его проведения. Эта часть обычно начинается с</w:t>
      </w:r>
      <w:r w:rsidRPr="001A456E">
        <w:rPr>
          <w:rFonts w:ascii="Times New Roman" w:hAnsi="Times New Roman"/>
          <w:spacing w:val="80"/>
          <w:sz w:val="28"/>
          <w:szCs w:val="28"/>
        </w:rPr>
        <w:t xml:space="preserve"> </w:t>
      </w:r>
      <w:r w:rsidRPr="001A456E">
        <w:rPr>
          <w:rFonts w:ascii="Times New Roman" w:hAnsi="Times New Roman"/>
          <w:sz w:val="28"/>
          <w:szCs w:val="28"/>
        </w:rPr>
        <w:t>просмо-тра видеоматериала, оценка которого является введением в дальнейшую содер-жательную часть занятия.</w:t>
      </w:r>
    </w:p>
    <w:p w:rsidR="00AD3ABA" w:rsidRPr="001A456E" w:rsidRDefault="00AD3ABA" w:rsidP="003772B6">
      <w:pPr>
        <w:pStyle w:val="aff"/>
        <w:spacing w:before="112"/>
        <w:ind w:right="196"/>
        <w:jc w:val="both"/>
        <w:rPr>
          <w:rFonts w:ascii="Times New Roman" w:hAnsi="Times New Roman"/>
          <w:sz w:val="28"/>
          <w:szCs w:val="28"/>
        </w:rPr>
      </w:pPr>
      <w:r w:rsidRPr="001A456E">
        <w:rPr>
          <w:rFonts w:ascii="Times New Roman" w:hAnsi="Times New Roman"/>
          <w:w w:val="105"/>
          <w:sz w:val="28"/>
          <w:szCs w:val="28"/>
        </w:rPr>
        <w:t>Основная часть строится как сочетание разнообразной деятельности</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обу- чающихся: интеллектуальной (работа с представленной информацией), ком- муникативной</w:t>
      </w:r>
      <w:r w:rsidRPr="001A456E">
        <w:rPr>
          <w:rFonts w:ascii="Times New Roman" w:hAnsi="Times New Roman"/>
          <w:spacing w:val="-19"/>
          <w:w w:val="105"/>
          <w:sz w:val="28"/>
          <w:szCs w:val="28"/>
        </w:rPr>
        <w:t xml:space="preserve"> </w:t>
      </w:r>
      <w:r w:rsidRPr="001A456E">
        <w:rPr>
          <w:rFonts w:ascii="Times New Roman" w:hAnsi="Times New Roman"/>
          <w:w w:val="105"/>
          <w:sz w:val="28"/>
          <w:szCs w:val="28"/>
        </w:rPr>
        <w:t>(беседы,</w:t>
      </w:r>
      <w:r w:rsidRPr="001A456E">
        <w:rPr>
          <w:rFonts w:ascii="Times New Roman" w:hAnsi="Times New Roman"/>
          <w:spacing w:val="-19"/>
          <w:w w:val="105"/>
          <w:sz w:val="28"/>
          <w:szCs w:val="28"/>
        </w:rPr>
        <w:t xml:space="preserve"> </w:t>
      </w:r>
      <w:r w:rsidRPr="001A456E">
        <w:rPr>
          <w:rFonts w:ascii="Times New Roman" w:hAnsi="Times New Roman"/>
          <w:w w:val="105"/>
          <w:sz w:val="28"/>
          <w:szCs w:val="28"/>
        </w:rPr>
        <w:t>обсуждение</w:t>
      </w:r>
      <w:r w:rsidRPr="001A456E">
        <w:rPr>
          <w:rFonts w:ascii="Times New Roman" w:hAnsi="Times New Roman"/>
          <w:spacing w:val="-19"/>
          <w:w w:val="105"/>
          <w:sz w:val="28"/>
          <w:szCs w:val="28"/>
        </w:rPr>
        <w:t xml:space="preserve"> </w:t>
      </w:r>
      <w:r w:rsidRPr="001A456E">
        <w:rPr>
          <w:rFonts w:ascii="Times New Roman" w:hAnsi="Times New Roman"/>
          <w:w w:val="105"/>
          <w:sz w:val="28"/>
          <w:szCs w:val="28"/>
        </w:rPr>
        <w:t>видеоролика),</w:t>
      </w:r>
      <w:r w:rsidRPr="001A456E">
        <w:rPr>
          <w:rFonts w:ascii="Times New Roman" w:hAnsi="Times New Roman"/>
          <w:spacing w:val="-19"/>
          <w:w w:val="105"/>
          <w:sz w:val="28"/>
          <w:szCs w:val="28"/>
        </w:rPr>
        <w:t xml:space="preserve"> </w:t>
      </w:r>
      <w:r w:rsidRPr="001A456E">
        <w:rPr>
          <w:rFonts w:ascii="Times New Roman" w:hAnsi="Times New Roman"/>
          <w:w w:val="105"/>
          <w:sz w:val="28"/>
          <w:szCs w:val="28"/>
        </w:rPr>
        <w:t>практической</w:t>
      </w:r>
      <w:r w:rsidRPr="001A456E">
        <w:rPr>
          <w:rFonts w:ascii="Times New Roman" w:hAnsi="Times New Roman"/>
          <w:spacing w:val="-19"/>
          <w:w w:val="105"/>
          <w:sz w:val="28"/>
          <w:szCs w:val="28"/>
        </w:rPr>
        <w:t xml:space="preserve"> </w:t>
      </w:r>
      <w:r w:rsidRPr="001A456E">
        <w:rPr>
          <w:rFonts w:ascii="Times New Roman" w:hAnsi="Times New Roman"/>
          <w:w w:val="105"/>
          <w:sz w:val="28"/>
          <w:szCs w:val="28"/>
        </w:rPr>
        <w:t xml:space="preserve">(выполнение разнообразных заданий), игровой (дидактическая и ролевая игра), творческой (обсуждение воображаемых ситуаций, художественное </w:t>
      </w:r>
      <w:r w:rsidRPr="001A456E">
        <w:rPr>
          <w:rFonts w:ascii="Times New Roman" w:hAnsi="Times New Roman"/>
          <w:spacing w:val="-2"/>
          <w:w w:val="105"/>
          <w:sz w:val="28"/>
          <w:szCs w:val="28"/>
        </w:rPr>
        <w:t>творчество).</w:t>
      </w:r>
    </w:p>
    <w:p w:rsidR="00AD3ABA" w:rsidRPr="001A456E" w:rsidRDefault="00AD3ABA" w:rsidP="003772B6">
      <w:pPr>
        <w:pStyle w:val="aff"/>
        <w:spacing w:before="53"/>
        <w:ind w:left="438"/>
        <w:jc w:val="both"/>
        <w:rPr>
          <w:rFonts w:ascii="Times New Roman" w:hAnsi="Times New Roman"/>
          <w:spacing w:val="-2"/>
          <w:sz w:val="28"/>
          <w:szCs w:val="28"/>
        </w:rPr>
      </w:pPr>
      <w:r w:rsidRPr="001A456E">
        <w:rPr>
          <w:rFonts w:ascii="Times New Roman" w:hAnsi="Times New Roman"/>
          <w:sz w:val="28"/>
          <w:szCs w:val="28"/>
        </w:rPr>
        <w:t>В</w:t>
      </w:r>
      <w:r w:rsidRPr="001A456E">
        <w:rPr>
          <w:rFonts w:ascii="Times New Roman" w:hAnsi="Times New Roman"/>
          <w:spacing w:val="4"/>
          <w:sz w:val="28"/>
          <w:szCs w:val="28"/>
        </w:rPr>
        <w:t xml:space="preserve"> </w:t>
      </w:r>
      <w:r w:rsidRPr="001A456E">
        <w:rPr>
          <w:rFonts w:ascii="Times New Roman" w:hAnsi="Times New Roman"/>
          <w:sz w:val="28"/>
          <w:szCs w:val="28"/>
        </w:rPr>
        <w:t>заключительной</w:t>
      </w:r>
      <w:r w:rsidRPr="001A456E">
        <w:rPr>
          <w:rFonts w:ascii="Times New Roman" w:hAnsi="Times New Roman"/>
          <w:spacing w:val="5"/>
          <w:sz w:val="28"/>
          <w:szCs w:val="28"/>
        </w:rPr>
        <w:t xml:space="preserve"> </w:t>
      </w:r>
      <w:r w:rsidRPr="001A456E">
        <w:rPr>
          <w:rFonts w:ascii="Times New Roman" w:hAnsi="Times New Roman"/>
          <w:sz w:val="28"/>
          <w:szCs w:val="28"/>
        </w:rPr>
        <w:t>части</w:t>
      </w:r>
      <w:r w:rsidRPr="001A456E">
        <w:rPr>
          <w:rFonts w:ascii="Times New Roman" w:hAnsi="Times New Roman"/>
          <w:spacing w:val="5"/>
          <w:sz w:val="28"/>
          <w:szCs w:val="28"/>
        </w:rPr>
        <w:t xml:space="preserve"> </w:t>
      </w:r>
      <w:r w:rsidRPr="001A456E">
        <w:rPr>
          <w:rFonts w:ascii="Times New Roman" w:hAnsi="Times New Roman"/>
          <w:sz w:val="28"/>
          <w:szCs w:val="28"/>
        </w:rPr>
        <w:t>подводятся</w:t>
      </w:r>
      <w:r w:rsidRPr="001A456E">
        <w:rPr>
          <w:rFonts w:ascii="Times New Roman" w:hAnsi="Times New Roman"/>
          <w:spacing w:val="4"/>
          <w:sz w:val="28"/>
          <w:szCs w:val="28"/>
        </w:rPr>
        <w:t xml:space="preserve"> </w:t>
      </w:r>
      <w:r w:rsidRPr="001A456E">
        <w:rPr>
          <w:rFonts w:ascii="Times New Roman" w:hAnsi="Times New Roman"/>
          <w:sz w:val="28"/>
          <w:szCs w:val="28"/>
        </w:rPr>
        <w:t>итоги</w:t>
      </w:r>
      <w:r w:rsidRPr="001A456E">
        <w:rPr>
          <w:rFonts w:ascii="Times New Roman" w:hAnsi="Times New Roman"/>
          <w:spacing w:val="5"/>
          <w:sz w:val="28"/>
          <w:szCs w:val="28"/>
        </w:rPr>
        <w:t xml:space="preserve"> </w:t>
      </w:r>
      <w:r w:rsidRPr="001A456E">
        <w:rPr>
          <w:rFonts w:ascii="Times New Roman" w:hAnsi="Times New Roman"/>
          <w:spacing w:val="-2"/>
          <w:sz w:val="28"/>
          <w:szCs w:val="28"/>
        </w:rPr>
        <w:t>занятия.</w:t>
      </w:r>
    </w:p>
    <w:p w:rsidR="00C44676" w:rsidRPr="001A456E" w:rsidRDefault="00C44676" w:rsidP="003772B6">
      <w:pPr>
        <w:pStyle w:val="aff"/>
        <w:spacing w:before="70"/>
        <w:ind w:right="196"/>
        <w:jc w:val="both"/>
        <w:rPr>
          <w:rFonts w:ascii="Times New Roman" w:hAnsi="Times New Roman"/>
          <w:w w:val="105"/>
          <w:sz w:val="28"/>
          <w:szCs w:val="28"/>
        </w:rPr>
      </w:pPr>
      <w:r w:rsidRPr="001A456E">
        <w:rPr>
          <w:rFonts w:ascii="Times New Roman" w:hAnsi="Times New Roman"/>
          <w:w w:val="105"/>
          <w:sz w:val="28"/>
          <w:szCs w:val="28"/>
        </w:rPr>
        <w:t>сплоченный народ.</w:t>
      </w:r>
    </w:p>
    <w:p w:rsidR="003F0867" w:rsidRPr="001A456E" w:rsidRDefault="003F0867" w:rsidP="003772B6">
      <w:pPr>
        <w:pStyle w:val="aff"/>
        <w:spacing w:before="70"/>
        <w:ind w:right="196"/>
        <w:jc w:val="both"/>
        <w:rPr>
          <w:rFonts w:ascii="Times New Roman" w:hAnsi="Times New Roman"/>
          <w:w w:val="105"/>
          <w:sz w:val="28"/>
          <w:szCs w:val="28"/>
        </w:rPr>
      </w:pPr>
    </w:p>
    <w:p w:rsidR="003F0867" w:rsidRPr="001A456E" w:rsidRDefault="003F0867" w:rsidP="003772B6">
      <w:pPr>
        <w:pStyle w:val="2a"/>
        <w:keepNext/>
        <w:keepLines/>
        <w:rPr>
          <w:rFonts w:ascii="Times New Roman" w:hAnsi="Times New Roman" w:cs="Times New Roman"/>
          <w:color w:val="auto"/>
        </w:rPr>
      </w:pPr>
      <w:bookmarkStart w:id="4" w:name="bookmark79"/>
      <w:bookmarkStart w:id="5" w:name="bookmark80"/>
      <w:bookmarkStart w:id="6" w:name="bookmark81"/>
      <w:r w:rsidRPr="001A456E">
        <w:rPr>
          <w:rFonts w:ascii="Times New Roman" w:hAnsi="Times New Roman" w:cs="Times New Roman"/>
          <w:color w:val="auto"/>
        </w:rPr>
        <w:t>СОДЕРЖАНИЕ КУРСА ВНЕУРОЧНОЙ ДЕЯТЕЛЬНОСТИ</w:t>
      </w:r>
      <w:r w:rsidRPr="001A456E">
        <w:rPr>
          <w:rFonts w:ascii="Times New Roman" w:hAnsi="Times New Roman" w:cs="Times New Roman"/>
          <w:color w:val="auto"/>
        </w:rPr>
        <w:br/>
        <w:t>«РАЗГОВОРЫ О ВАЖНОМ»</w:t>
      </w:r>
      <w:bookmarkEnd w:id="4"/>
      <w:bookmarkEnd w:id="5"/>
      <w:bookmarkEnd w:id="6"/>
    </w:p>
    <w:p w:rsidR="003F0867" w:rsidRPr="001A456E" w:rsidRDefault="003F0867" w:rsidP="003772B6">
      <w:pPr>
        <w:pStyle w:val="36"/>
        <w:keepNext/>
        <w:keepLines/>
        <w:spacing w:after="280" w:line="240" w:lineRule="auto"/>
        <w:ind w:firstLine="0"/>
        <w:jc w:val="center"/>
        <w:rPr>
          <w:rFonts w:ascii="Times New Roman" w:hAnsi="Times New Roman" w:cs="Times New Roman"/>
          <w:color w:val="auto"/>
          <w:sz w:val="28"/>
          <w:szCs w:val="28"/>
        </w:rPr>
      </w:pPr>
      <w:bookmarkStart w:id="7" w:name="bookmark82"/>
      <w:bookmarkStart w:id="8" w:name="bookmark83"/>
      <w:bookmarkStart w:id="9" w:name="bookmark84"/>
      <w:r w:rsidRPr="001A456E">
        <w:rPr>
          <w:rFonts w:ascii="Times New Roman" w:hAnsi="Times New Roman" w:cs="Times New Roman"/>
          <w:color w:val="auto"/>
          <w:sz w:val="28"/>
          <w:szCs w:val="28"/>
        </w:rPr>
        <w:t>НАЧАЛЬНОЕ ОБЩЕЕ ОБРАЗОВАНИЕ</w:t>
      </w:r>
      <w:bookmarkEnd w:id="7"/>
      <w:bookmarkEnd w:id="8"/>
      <w:bookmarkEnd w:id="9"/>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Подвиг и память. К 85-летию начала блокады Ленинграда. </w:t>
      </w:r>
      <w:r w:rsidRPr="001A456E">
        <w:rPr>
          <w:rFonts w:cs="Times New Roman"/>
          <w:color w:val="auto"/>
          <w:sz w:val="28"/>
          <w:szCs w:val="28"/>
        </w:rPr>
        <w:t>Блокада Ленинграда - одна из самых трагических и героических страниц истории нашей страны, память о которой сохраняется в судьбах миллионов семей. Она помогает понять, какой ценой был спасён город и что позволяло людям выстоять в нечеловеческих условиях. Несмотря на тяжелейшие испытания, Ленинград продолжал жить: работали школы, больницы, заводы, радио и учреждения культуры. У подвига были разные лица — военные, врачи, учителя, рабочие, водители, дети и подростки, каждый из которых вносил свой вклад в общее дело. Маленькие поступки могли спасать жизни. Поделиться хлебом, принести воду, поддержать близкого, не оставить человека в беде — в тяжёлых обстоятельствах даже простой поступок приобретал огромное значение. Память об этих событиях помогает не только сохранять историческую правду, но и глубже понимать ценность мира, человеческой жизни и ответственности друг за друга.</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Первым делом самолёты. История гражданской авиации России. </w:t>
      </w:r>
      <w:r w:rsidRPr="001A456E">
        <w:rPr>
          <w:rFonts w:cs="Times New Roman"/>
          <w:color w:val="auto"/>
          <w:sz w:val="28"/>
          <w:szCs w:val="28"/>
        </w:rPr>
        <w:t>Отечественная авиация имеет выдающиеся достижения и рекорды, связанные с дальностью полё</w:t>
      </w:r>
      <w:r w:rsidRPr="001A456E">
        <w:rPr>
          <w:rFonts w:cs="Times New Roman"/>
          <w:color w:val="auto"/>
          <w:sz w:val="28"/>
          <w:szCs w:val="28"/>
        </w:rPr>
        <w:softHyphen/>
        <w:t>тов, освоением труднодоступных территорий и развитием пассажирских перевозок. Российские конструкторы, инженеры и предприятия создают современные самолёты, развивая технологическую независимость и укрепляя авиационный потенциал страны и сегодня. Пилот — почётная профессия, требующая глубоких знаний, дисциплины, самообладания, внимательности, решительности и готовности нести ответственность за жизнь людей. Безопасный полёт — результат слаженной работы большой команды: пилотов, бортпроводников, диспетчеров, инженеров, техников, сотрудников аэропорта и других специалистов. Аэропорты России носят имена выдающихся соотечественни</w:t>
      </w:r>
      <w:r w:rsidRPr="001A456E">
        <w:rPr>
          <w:rFonts w:cs="Times New Roman"/>
          <w:color w:val="auto"/>
          <w:sz w:val="28"/>
          <w:szCs w:val="28"/>
        </w:rPr>
        <w:softHyphen/>
        <w:t>ков - героев, учёных, писателей, полководцев и деятелей культуры, сохраняя память об их вкладе в историю страны. Гражданская авиация объединяет страну, делает доступными образование, труд, путешествия и общение между людьми, а работа её специалистов является предметом национальной гордости.</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lastRenderedPageBreak/>
        <w:t xml:space="preserve">Естественный и искусственный интеллект. </w:t>
      </w:r>
      <w:r w:rsidRPr="001A456E">
        <w:rPr>
          <w:rFonts w:cs="Times New Roman"/>
          <w:color w:val="auto"/>
          <w:sz w:val="28"/>
          <w:szCs w:val="28"/>
        </w:rPr>
        <w:t>Искусственный интеллект — это соз</w:t>
      </w:r>
      <w:r w:rsidRPr="001A456E">
        <w:rPr>
          <w:rFonts w:cs="Times New Roman"/>
          <w:color w:val="auto"/>
          <w:sz w:val="28"/>
          <w:szCs w:val="28"/>
        </w:rPr>
        <w:softHyphen/>
        <w:t>данный людьми инструмент, который помогает решать различные задачи и может предлагать разные варианты действий. Однако окончательное решение, в том числе в ситуациях нравственного выбора, всегда принимает человек — и именно он несет за него ответственность. Необходимо развивать критическое мышление и не доверять личную информацию ИИ-помощникам. Когда человек размышляет и решает задачи самостоятельно, он развивает свои интеллектуальные способности. Искусственный интеллект может ускорять работу, расширять наши знания и возможности, помогая человеку, обществу и стране, но не должен заменять собственные размышления и разрушать нравственные ориентиры. Искусственный интеллект уже стал частью повседневной жизни, и наша задача — не бояться нового мира, а научиться правильно и ответственно пользоваться его возможностями.</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Зачем человеку читать? </w:t>
      </w:r>
      <w:r w:rsidRPr="001A456E">
        <w:rPr>
          <w:rFonts w:cs="Times New Roman"/>
          <w:color w:val="auto"/>
          <w:sz w:val="28"/>
          <w:szCs w:val="28"/>
        </w:rPr>
        <w:t>Книга как постоянный спутник человека в учёбе и по</w:t>
      </w:r>
      <w:r w:rsidRPr="001A456E">
        <w:rPr>
          <w:rFonts w:cs="Times New Roman"/>
          <w:color w:val="auto"/>
          <w:sz w:val="28"/>
          <w:szCs w:val="28"/>
        </w:rPr>
        <w:softHyphen/>
        <w:t>знании мира: история возникновения и развития книг. Влияние чтения на мышление, воображение, память и способность понимать чувства и поступки других людей. Многообразие литературных жанров и читательских интересов: каждому важно найти близкие ему темы, жанры и авторов. Чтение как способ лучше понять себя. Истории, герои и их выбор помогают человеку размышлять о собственных чувствах, ценностях и жизненном пути. Путь книги от замысла до читателя: как появляется идея, создаётся текст и над книгой работают писатель, редактор, художник и другие специалисты. Как начать писать собственную книгу и развивать литературные способности.</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Сила слова. Ко Дню учителя. </w:t>
      </w:r>
      <w:r w:rsidRPr="001A456E">
        <w:rPr>
          <w:rFonts w:cs="Times New Roman"/>
          <w:color w:val="auto"/>
          <w:sz w:val="28"/>
          <w:szCs w:val="28"/>
        </w:rPr>
        <w:t>Учитель — это не только человек, который передаёт знания, но и наставник, помогающий ученику увидеть свои способности, научиться самостоятельно мыслить, отличать правду от лжи, принимать решения и отвечать за них. Образ учителя существует во всех культурах мира: в разных странах есть собственные традиции выражения уважения к педагогам и празднования Дня учителя. Настоящий учитель становится примером для подрастающего поколения. Его работа не заканчивается вместе с уроком: педагог готовится к занятиям, ищет подход к ка</w:t>
      </w:r>
      <w:r w:rsidRPr="001A456E">
        <w:rPr>
          <w:rFonts w:cs="Times New Roman"/>
          <w:color w:val="auto"/>
          <w:sz w:val="28"/>
          <w:szCs w:val="28"/>
        </w:rPr>
        <w:softHyphen/>
        <w:t>ждому ученику, поддерживает его и помогает раскрыть способности. Иногда значение советов учителя становится понятным лишь спустя годы, когда они помогают человеку определить свой жизненный путь или принять важные решения. В мире быстрых тех</w:t>
      </w:r>
      <w:r w:rsidRPr="001A456E">
        <w:rPr>
          <w:rFonts w:cs="Times New Roman"/>
          <w:color w:val="auto"/>
          <w:sz w:val="28"/>
          <w:szCs w:val="28"/>
        </w:rPr>
        <w:softHyphen/>
        <w:t>нологий роль учителя особенно важна: он помогает не только получать информацию, но и понимать её смысл, сохранять нравственные ориентиры и оставаться челове</w:t>
      </w:r>
      <w:r w:rsidRPr="001A456E">
        <w:rPr>
          <w:rFonts w:cs="Times New Roman"/>
          <w:color w:val="auto"/>
          <w:sz w:val="28"/>
          <w:szCs w:val="28"/>
        </w:rPr>
        <w:softHyphen/>
        <w:t>ком. Уважение к учителю — это уважение к знаниям, опыту и труду людей, которые берут на себя ответственность за воспитание нового поколения. Оно проявляется не только в поздравлениях, но и во внимании, старании, благодарности и бережном отношении к труду педагога. Служение учителя Отечеству заключается в воспитании образованных, честных и ответственных людей, от которых зависит будущее страны. Слова имеют большую силу: ими можно поддержать человека, вдохновить, утешить, но в то же время можно и ранить. Необходимо ответственно относиться к своим словам — и в личном общении, и в социальных сетях. Культура речи формируется в процессе образования, чтения книг, саморазвития. Умение говорить грамотно, правильно раскрывать смыслы помогает человеку на протяжении всей жизни. Кон</w:t>
      </w:r>
      <w:r w:rsidRPr="001A456E">
        <w:rPr>
          <w:rFonts w:cs="Times New Roman"/>
          <w:color w:val="auto"/>
          <w:sz w:val="28"/>
          <w:szCs w:val="28"/>
        </w:rPr>
        <w:softHyphen/>
        <w:t>фликтные ситуации часто возникают из-за необдуманных, поспешно сказанных, слов, но также и разрешить эти ситуации по</w:t>
      </w:r>
      <w:r w:rsidRPr="001A456E">
        <w:rPr>
          <w:rFonts w:cs="Times New Roman"/>
          <w:color w:val="auto"/>
          <w:sz w:val="28"/>
          <w:szCs w:val="28"/>
        </w:rPr>
        <w:lastRenderedPageBreak/>
        <w:t>может вдумчивый душевный разговор.</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Безопасность в сети Интернет. </w:t>
      </w:r>
      <w:r w:rsidRPr="001A456E">
        <w:rPr>
          <w:rFonts w:cs="Times New Roman"/>
          <w:color w:val="auto"/>
          <w:sz w:val="28"/>
          <w:szCs w:val="28"/>
        </w:rPr>
        <w:t>Интернет — важная часть жизни современного человека. Он помогает учиться, общаться, находить нужную информацию и откры</w:t>
      </w:r>
      <w:r w:rsidRPr="001A456E">
        <w:rPr>
          <w:rFonts w:cs="Times New Roman"/>
          <w:color w:val="auto"/>
          <w:sz w:val="28"/>
          <w:szCs w:val="28"/>
        </w:rPr>
        <w:softHyphen/>
        <w:t>вает новые возможности. Социальные сети делают общение быстрее и доступнее, но требуют внимательного и ответственного поведения. Цифровая среда может быть не только полезной, но и опасной: в ней можно столкнуться с мошенничеством, кибер- буллингом и другими угрозами. Умение распознавать опасность и соблюдать правила безопасности помогает защитить жизнь, здоровье и личное пространство человека. Если в Интернете происходит что-то тревожное или непонятное, важно не бояться обращаться за помощью к родителям, педагогам и другим взрослым. Ответственное поведение в сети — это забота не только о себе, но и о других людях, а также вклад каждого человека в безопасность общего цифрового пространства.</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История железных дорог России. </w:t>
      </w:r>
      <w:r w:rsidRPr="001A456E">
        <w:rPr>
          <w:rFonts w:cs="Times New Roman"/>
          <w:color w:val="auto"/>
          <w:sz w:val="28"/>
          <w:szCs w:val="28"/>
        </w:rPr>
        <w:t>Железные дороги сделали ближе города и людей, а Транссибирская магистраль стала символом масштаба страны и одной из самых протяжённых железнодорожных линий мира. С железной дорогой свя</w:t>
      </w:r>
      <w:r w:rsidRPr="001A456E">
        <w:rPr>
          <w:rFonts w:cs="Times New Roman"/>
          <w:color w:val="auto"/>
          <w:sz w:val="28"/>
          <w:szCs w:val="28"/>
        </w:rPr>
        <w:softHyphen/>
        <w:t>зано множество интересных фактов, инженерных решений и профессиональных традиций: от знаменитых подстаканников до определения неисправностей по звуку. Современные российские поезда и вагоны становятся быстрее, удобнее, безопас</w:t>
      </w:r>
      <w:r w:rsidRPr="001A456E">
        <w:rPr>
          <w:rFonts w:cs="Times New Roman"/>
          <w:color w:val="auto"/>
          <w:sz w:val="28"/>
          <w:szCs w:val="28"/>
        </w:rPr>
        <w:softHyphen/>
        <w:t>нее и технологичнее. Работа железной дороги — результат труда большой команды машинистов, проводников, диспетчеров, инженеров и путейцев, от точности и ответ</w:t>
      </w:r>
      <w:r w:rsidRPr="001A456E">
        <w:rPr>
          <w:rFonts w:cs="Times New Roman"/>
          <w:color w:val="auto"/>
          <w:sz w:val="28"/>
          <w:szCs w:val="28"/>
        </w:rPr>
        <w:softHyphen/>
        <w:t>ственности которых зависит безопасность пассажиров. Железные дороги улучшают транспортную доступность и связывают регионы. Благодаря строительству железных дорог развиваются промышленность, сельское хозяйство, появляются новые рабочие места и повышается уровень жизни местного населения. В сфере железнодорожного транспорта работает много различных специалистов: от машинистов и диспетчеров до инженеров, проводников и других работников. Железнодорожник должен быть внимательным, дисциплинированным, выносливым, уметь замечать малейшие изме</w:t>
      </w:r>
      <w:r w:rsidRPr="001A456E">
        <w:rPr>
          <w:rFonts w:cs="Times New Roman"/>
          <w:color w:val="auto"/>
          <w:sz w:val="28"/>
          <w:szCs w:val="28"/>
        </w:rPr>
        <w:softHyphen/>
        <w:t>нения, работать в режиме многозадачности и быстро включаться в работу.</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Как звучит Россия? Ко Дню народного единства. </w:t>
      </w:r>
      <w:r w:rsidRPr="001A456E">
        <w:rPr>
          <w:rFonts w:cs="Times New Roman"/>
          <w:color w:val="auto"/>
          <w:sz w:val="28"/>
          <w:szCs w:val="28"/>
        </w:rPr>
        <w:t>Единство страны строится на общей истории, общей ответственности и уважении к культурному многообразию народов России. Обращение к общей истории помогает увидеть, как на протяже</w:t>
      </w:r>
      <w:r w:rsidRPr="001A456E">
        <w:rPr>
          <w:rFonts w:cs="Times New Roman"/>
          <w:color w:val="auto"/>
          <w:sz w:val="28"/>
          <w:szCs w:val="28"/>
        </w:rPr>
        <w:softHyphen/>
        <w:t>нии веков складывалось единство народов нашей страны. Оно не означает полного единообразия: разные традиции, языки и культуры обогащают Россию и становятся источником её силы. У народов России есть свои музыкальные инструменты, мелодии и песни, но музыка каждого народа выражает понятные и знакомые всем чувства — лю</w:t>
      </w:r>
      <w:r w:rsidRPr="001A456E">
        <w:rPr>
          <w:rFonts w:cs="Times New Roman"/>
          <w:color w:val="auto"/>
          <w:sz w:val="28"/>
          <w:szCs w:val="28"/>
        </w:rPr>
        <w:softHyphen/>
        <w:t>бовь к Родине, семье и родному дому. Традиции и культура разных народов России, легенды и предания создают особый колорит, который превращает изучение истории нашей страны в увлекательное путешествие. Семейные традиции разных народов России помогают понять ценность крепкой семьи и связи между различными поколе</w:t>
      </w:r>
      <w:r w:rsidRPr="001A456E">
        <w:rPr>
          <w:rFonts w:cs="Times New Roman"/>
          <w:color w:val="auto"/>
          <w:sz w:val="28"/>
          <w:szCs w:val="28"/>
        </w:rPr>
        <w:softHyphen/>
        <w:t>ниями, эти традиции учат нас выбирать мир, взаимопонимание и поддержку, беречь своих близких. В трудные периоды истории именно взаимопомощь, сплочённость и готовность ставить общее благо выше личных интересов помогали стране преодо</w:t>
      </w:r>
      <w:r w:rsidRPr="001A456E">
        <w:rPr>
          <w:rFonts w:cs="Times New Roman"/>
          <w:color w:val="auto"/>
          <w:sz w:val="28"/>
          <w:szCs w:val="28"/>
        </w:rPr>
        <w:softHyphen/>
        <w:t>левать испытания. Мы можем влиять на будущее России, если вдумчиво анализируем её прошлое и настоящее, понимаем причины событий и из</w:t>
      </w:r>
      <w:r w:rsidRPr="001A456E">
        <w:rPr>
          <w:rFonts w:cs="Times New Roman"/>
          <w:color w:val="auto"/>
          <w:sz w:val="28"/>
          <w:szCs w:val="28"/>
        </w:rPr>
        <w:lastRenderedPageBreak/>
        <w:t>влекаем из них уроки.</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От мечты к открытиям. К 315-летию со дня рождения М. В. Ломоносова. </w:t>
      </w:r>
      <w:r w:rsidRPr="001A456E">
        <w:rPr>
          <w:rFonts w:cs="Times New Roman"/>
          <w:color w:val="auto"/>
          <w:sz w:val="28"/>
          <w:szCs w:val="28"/>
        </w:rPr>
        <w:t>Любое открытие было когда-то мечтой, которая могла не реализоваться, если бы не были приложены усилия. Мечта — это первый шаг, чтобы стать тем, кем ты хочешь быть. Однако для её достижения важно уметь ставить цели, определять последовательность действий, проявлять настойчивость и быть готовым корректировать свой путь. Есть полезные инструменты, которые помогают намечать этот путь и развивать гибкость по мере его прохождения. Жизненный путь М. В. Ломоносова служит примером того, как стремление к знаниям, труд и вера в успех помогают человеку приблизиться к мечте. Наследие М. В. Ломоносова охватывает науку, литературу, язык, просвещение и искусство. М. В. Ломоносов создавал методологию, соединял теорию с практикой и выстраивал систему подготовки специалистов. Он был инициатором создания первого в России университета. Получение новых знаний не должно быть самоце</w:t>
      </w:r>
      <w:r w:rsidRPr="001A456E">
        <w:rPr>
          <w:rFonts w:cs="Times New Roman"/>
          <w:color w:val="auto"/>
          <w:sz w:val="28"/>
          <w:szCs w:val="28"/>
        </w:rPr>
        <w:softHyphen/>
        <w:t>лью — это путь к пониманию себя, своего места в мире и возможности приносить пользу обществу. Научные достижения и открытия должны делать жизнь людей лучше и интереснее.</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Народные промыслы России. </w:t>
      </w:r>
      <w:r w:rsidRPr="001A456E">
        <w:rPr>
          <w:rFonts w:cs="Times New Roman"/>
          <w:color w:val="auto"/>
          <w:sz w:val="28"/>
          <w:szCs w:val="28"/>
        </w:rPr>
        <w:t>Народные промыслы — часть культурного достоя</w:t>
      </w:r>
      <w:r w:rsidRPr="001A456E">
        <w:rPr>
          <w:rFonts w:cs="Times New Roman"/>
          <w:color w:val="auto"/>
          <w:sz w:val="28"/>
          <w:szCs w:val="28"/>
        </w:rPr>
        <w:softHyphen/>
        <w:t>ния России, живая память о предшествующих поколениях и способ сохранить связь с историей своего народа. В традиционных ремёслах отражаются характер, ценности и душа народа. Повседневные занятия, узоры, материалы и изделия, созданные руками жителей разных регионов, запечатлевают в себе образ нашей Родины. Каждый человек может продолжать традиции своей семьи и своего края. Народный промысел может стать семейным делом, объединяющим поколения и передающим знания и мастерство от старших к младшим. Современные мастера и региональные бренды развивают народные промыслы, создают рабочие места, поддерживают туризм и помогают реги</w:t>
      </w:r>
      <w:r w:rsidRPr="001A456E">
        <w:rPr>
          <w:rFonts w:cs="Times New Roman"/>
          <w:color w:val="auto"/>
          <w:sz w:val="28"/>
          <w:szCs w:val="28"/>
        </w:rPr>
        <w:softHyphen/>
        <w:t>онам сохранять свою самобытность. Поддержка и развитие народных художественных промыслов — важное направление государственной политики и экономики России.</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Семья. Дела домашние. </w:t>
      </w:r>
      <w:r w:rsidRPr="001A456E">
        <w:rPr>
          <w:rFonts w:cs="Times New Roman"/>
          <w:color w:val="auto"/>
          <w:sz w:val="28"/>
          <w:szCs w:val="28"/>
        </w:rPr>
        <w:t>Самое важное в жизни каждого человека — это семья. Та среда, которая нас сформировала как личность. Чтобы семья была крепкой, нужно работать над отношениями внутри нее. Помощь по дому, организация семейных праздников, совместные прогулки и игры, задушевные беседы с родными — всё это остаётся в памяти человека надолго и даёт внутреннюю силу для того, чтобы справ</w:t>
      </w:r>
      <w:r w:rsidRPr="001A456E">
        <w:rPr>
          <w:rFonts w:cs="Times New Roman"/>
          <w:color w:val="auto"/>
          <w:sz w:val="28"/>
          <w:szCs w:val="28"/>
        </w:rPr>
        <w:softHyphen/>
        <w:t>ляться с негативными ситуациями в жизни. Понятие семьи включает в себя и близких родственников, и самых дальних: мы должны помнить свои корни и знать свой род. В семье у каждого своя особая и важная роль. Изучение семейного древа может быть интересным времяпрепровождением для всех членов семьи. Узнавая ближе своих родных, мы лучше начинаем понимать себя.</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Дарим добро! </w:t>
      </w:r>
      <w:r w:rsidRPr="001A456E">
        <w:rPr>
          <w:rFonts w:cs="Times New Roman"/>
          <w:color w:val="auto"/>
          <w:sz w:val="28"/>
          <w:szCs w:val="28"/>
        </w:rPr>
        <w:t>Милосердие — это эмпатия, сострадание, прощение и поступки, направленные на благо других людей. Быть милосердным — значит видеть в другом человеке его достоинство, уважать его жизнь и не оставаться равнодушным к чужой боли. Нельзя быть милосердным только в отдельные моменты, милосердие — это образ жизни: важно развивать в себе постоянное доброжелательное и заботливое отношение к окружающим. Милосердие является одной из духовно-нравственных ценностей русского народа, что подтверждают многочисленные примеры из исто</w:t>
      </w:r>
      <w:r w:rsidRPr="001A456E">
        <w:rPr>
          <w:rFonts w:cs="Times New Roman"/>
          <w:color w:val="auto"/>
          <w:sz w:val="28"/>
          <w:szCs w:val="28"/>
        </w:rPr>
        <w:softHyphen/>
        <w:t>рии России. Продолжая традиции наших предшественников, мы учимся проявлять ми</w:t>
      </w:r>
      <w:r w:rsidRPr="001A456E">
        <w:rPr>
          <w:rFonts w:cs="Times New Roman"/>
          <w:color w:val="auto"/>
          <w:sz w:val="28"/>
          <w:szCs w:val="28"/>
        </w:rPr>
        <w:lastRenderedPageBreak/>
        <w:t>лосердие ко всем людям, независимо от их происхождения, воспитания и личных качеств. Общие ценности объединяют людей в различные организации, связанные с благотворительностью, помощью другим людям или животным. Государство активно поддерживает развитие НКО (некоммерческие организации) в России.</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День Героев Отечества. 130 лет со дня рождения Г. К. Жукова. </w:t>
      </w:r>
      <w:r w:rsidRPr="001A456E">
        <w:rPr>
          <w:rFonts w:cs="Times New Roman"/>
          <w:color w:val="auto"/>
          <w:sz w:val="28"/>
          <w:szCs w:val="28"/>
        </w:rPr>
        <w:t>Героизм, мужество и готовность служить Отечеству являются важными чертами русского национального характера. Жизнь и деятельность Г. К. Жукова, как и примеры других героев Отечества, показывают, что служение стране требует стойкости, ответственности и верности своему долгу. Истории героев вдохновляют современных людей работать над собой, развивать духовные и нравственные качества. Имена многих героев России сохраня</w:t>
      </w:r>
      <w:r w:rsidRPr="001A456E">
        <w:rPr>
          <w:rFonts w:cs="Times New Roman"/>
          <w:color w:val="auto"/>
          <w:sz w:val="28"/>
          <w:szCs w:val="28"/>
        </w:rPr>
        <w:softHyphen/>
        <w:t>ются в названиях городов, улиц и памятных мест, однако существуют и безымянные герои, чей подвиг живёт в народной памяти. Благодарность героям и сохранение памяти об их служении помогают человеку становиться более нравственным, ответ</w:t>
      </w:r>
      <w:r w:rsidRPr="001A456E">
        <w:rPr>
          <w:rFonts w:cs="Times New Roman"/>
          <w:color w:val="auto"/>
          <w:sz w:val="28"/>
          <w:szCs w:val="28"/>
        </w:rPr>
        <w:softHyphen/>
        <w:t>ственным и осознавать свою связь с судьбой страны.</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По каким правилам живет страна? Ко Дню Конституции Российской Федерации. </w:t>
      </w:r>
      <w:r w:rsidRPr="001A456E">
        <w:rPr>
          <w:rFonts w:cs="Times New Roman"/>
          <w:color w:val="auto"/>
          <w:sz w:val="28"/>
          <w:szCs w:val="28"/>
        </w:rPr>
        <w:t>Закон защищает жизнь, достоинство, права и свободы человека в разных сферах общественной жизни. Правила и законы — это не ограничение, они позволяют пони</w:t>
      </w:r>
      <w:r w:rsidRPr="001A456E">
        <w:rPr>
          <w:rFonts w:cs="Times New Roman"/>
          <w:color w:val="auto"/>
          <w:sz w:val="28"/>
          <w:szCs w:val="28"/>
        </w:rPr>
        <w:softHyphen/>
        <w:t>мать границы допустимого и делают жизнь в обществе безопасной и справедливой. История законодательства в России имеет глубокие корни: система правовых норм и государственных институтов формировалась на протяжении веков. Конституция закрепляет основные права и свободы граждан, а Государственная Дума участвует в создании законов страны. Права человека связаны с ответственностью перед госу</w:t>
      </w:r>
      <w:r w:rsidRPr="001A456E">
        <w:rPr>
          <w:rFonts w:cs="Times New Roman"/>
          <w:color w:val="auto"/>
          <w:sz w:val="28"/>
          <w:szCs w:val="28"/>
        </w:rPr>
        <w:softHyphen/>
        <w:t>дарством, обществом и окружающими. Соблюдение общих правил помогает уважать достоинство каждого, чувствовать себя защищённым и поддерживать справедливые отношения в обществе. Знание законов своей страны позволяет избежать их нару</w:t>
      </w:r>
      <w:r w:rsidRPr="001A456E">
        <w:rPr>
          <w:rFonts w:cs="Times New Roman"/>
          <w:color w:val="auto"/>
          <w:sz w:val="28"/>
          <w:szCs w:val="28"/>
        </w:rPr>
        <w:softHyphen/>
        <w:t>шения и принимать обоснованные решения в повседневной жизни.</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«Шайбу! Шайбу!» 80 лет отечественному хоккею. </w:t>
      </w:r>
      <w:r w:rsidRPr="001A456E">
        <w:rPr>
          <w:rFonts w:cs="Times New Roman"/>
          <w:color w:val="auto"/>
          <w:sz w:val="28"/>
          <w:szCs w:val="28"/>
        </w:rPr>
        <w:t>История отечественного хоккея — это путь от первых соревнований до создания одной из сильнейших хок</w:t>
      </w:r>
      <w:r w:rsidRPr="001A456E">
        <w:rPr>
          <w:rFonts w:cs="Times New Roman"/>
          <w:color w:val="auto"/>
          <w:sz w:val="28"/>
          <w:szCs w:val="28"/>
        </w:rPr>
        <w:softHyphen/>
        <w:t>кейных школ мира. Победы сборной и клубов стали частью спортивной истории и национальной гордости России. Легендарные хоккеисты и тренеры прославили страну благодаря таланту, мужеству, дисциплине и многолетнему труду. Их пример показывает, что большие достижения начинаются с ежедневной работы над собой. Фе</w:t>
      </w:r>
      <w:r w:rsidRPr="001A456E">
        <w:rPr>
          <w:rFonts w:cs="Times New Roman"/>
          <w:color w:val="auto"/>
          <w:sz w:val="28"/>
          <w:szCs w:val="28"/>
        </w:rPr>
        <w:softHyphen/>
        <w:t>дерация хоккея России развивает профессиональный, детский, юношеский и женский хоккей, организует соревнования и помогает готовить новые поколения спортсменов. Хоккей — командный вид спорта, в котором важен вклад каждого: игроков, тренеров, врачей и других специалистов. Успех зависит от доверия, взаимопомощи, умения выполнять свою роль и ставить общий результат выше личных достижений. Настоящий спортсмен умеет достойно принимать и победу, и поражение, уважает соперников, соблюдает правила и отвечает за своё поведение на площадке и за её предела</w:t>
      </w:r>
      <w:r w:rsidRPr="001A456E">
        <w:rPr>
          <w:rFonts w:cs="Times New Roman"/>
          <w:color w:val="auto"/>
          <w:sz w:val="28"/>
          <w:szCs w:val="28"/>
        </w:rPr>
        <w:softHyphen/>
        <w:t>ми. Выступая за сборную, спортсмен представляет не только себя и свою команду, но и всю страну. Спортивные достижения объединяют людей, укрепляют чувство сопричастности и вдохновляют детей заниматься спортом.</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Игрушечный переполох. </w:t>
      </w:r>
      <w:r w:rsidRPr="001A456E">
        <w:rPr>
          <w:rFonts w:cs="Times New Roman"/>
          <w:color w:val="auto"/>
          <w:sz w:val="28"/>
          <w:szCs w:val="28"/>
        </w:rPr>
        <w:t>Новогодние праздники и зимние каникулы — время, ко</w:t>
      </w:r>
      <w:r w:rsidRPr="001A456E">
        <w:rPr>
          <w:rFonts w:cs="Times New Roman"/>
          <w:color w:val="auto"/>
          <w:sz w:val="28"/>
          <w:szCs w:val="28"/>
        </w:rPr>
        <w:softHyphen/>
        <w:t xml:space="preserve">торое можно посвятить семье, друзьям и совместным традициям. Новогодние игрушки помогают создавать атмосферу праздника и семейного уюта, объединяют </w:t>
      </w:r>
      <w:r w:rsidRPr="001A456E">
        <w:rPr>
          <w:rFonts w:cs="Times New Roman"/>
          <w:color w:val="auto"/>
          <w:sz w:val="28"/>
          <w:szCs w:val="28"/>
        </w:rPr>
        <w:lastRenderedPageBreak/>
        <w:t>людей раз</w:t>
      </w:r>
      <w:r w:rsidRPr="001A456E">
        <w:rPr>
          <w:rFonts w:cs="Times New Roman"/>
          <w:color w:val="auto"/>
          <w:sz w:val="28"/>
          <w:szCs w:val="28"/>
        </w:rPr>
        <w:softHyphen/>
        <w:t>ных поколений и остаются интересными в любом возрасте. В разных регионах России существуют свои традиции изготовления и украшения ёлочных игрушек, отражающие особенности культуры и народных промыслов. Каникулы дают возможность быть рядом с близкими, находить время для отдыха, полезных дел и совместных занятий, не забывая о правилах безопасного и ответственного поведения.</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Как появляются персонажи и почему они становятся любимыми? </w:t>
      </w:r>
      <w:r w:rsidRPr="001A456E">
        <w:rPr>
          <w:rFonts w:cs="Times New Roman"/>
          <w:color w:val="auto"/>
          <w:sz w:val="28"/>
          <w:szCs w:val="28"/>
        </w:rPr>
        <w:t>Персонажи часто вдохновлены реальными людьми, их характерами, поступками и жизненными историями. Автор продумывает внешность героя, его внутренние качества, ценности, отношения с другими и мир, в котором он существует. Характер персонажа особенно ярко раскрывается через выбор и поступки в сложных ситуациях. Через героев мы учимся различать хорошее и плохое, видеть последствия решений и поступков. Мы узнаём в персонажах себя, хотим равняться на одних и воспринимаем других как отрицательный пример. Любимые герои часто отражают наши собственные ценности и представления о себе. При этом один и тот же персонаж может восприниматься людьми по-разному, а на его образ влияют эпоха, культура и представления общества о добре, зле и героизме.</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Как быть самостоятельным? </w:t>
      </w:r>
      <w:r w:rsidRPr="001A456E">
        <w:rPr>
          <w:rFonts w:cs="Times New Roman"/>
          <w:color w:val="auto"/>
          <w:sz w:val="28"/>
          <w:szCs w:val="28"/>
        </w:rPr>
        <w:t>Самостоятельность проявляется в готовности прини</w:t>
      </w:r>
      <w:r w:rsidRPr="001A456E">
        <w:rPr>
          <w:rFonts w:cs="Times New Roman"/>
          <w:color w:val="auto"/>
          <w:sz w:val="28"/>
          <w:szCs w:val="28"/>
        </w:rPr>
        <w:softHyphen/>
        <w:t>мать решения, отвечать за свои поступки, управлять эмоциями и выстраивать добрые отношения с окружающими. Самостоятельный человек учится организовывать своё время, исполнять обязанности, признавать ошибки и исправлять их. Важно с детства учиться разумно обращаться с деньгами: обдумывать покупки, отличать необходимое от желаемого, не тратить сразу всё, что подарили или дали на карманные расходы, а часть средств откладывать на важную цель. Постепенно приобретая новые навыки и принимая ответственность за свои решения, человек становится увереннее и лучше понимает, как заботиться о себе и помогать другим.</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Зачётный день! Ко Дню российского студенчества. </w:t>
      </w:r>
      <w:r w:rsidRPr="001A456E">
        <w:rPr>
          <w:rFonts w:cs="Times New Roman"/>
          <w:color w:val="auto"/>
          <w:sz w:val="28"/>
          <w:szCs w:val="28"/>
        </w:rPr>
        <w:t>Студенчество — время, когда человек может искать свой путь и своё предназначение, пробуя новое, обучаясь и развиваясь. Часто в пору студенчества у людей появляются те друзья, общение с которыми полно разных открытий и познания себя, и такая дружба затем может длиться всю жизнь. Зачёты и экзамены становятся подготовкой ко взрослой жизни и проверкой того, насколько человек ответственно относится к своему времени, своим ресурсам и как он реализует свои амбиции. Получение высшего образования — это важный шаг к профессионализму. Современный мир меняется быстро, появляются новые профессии — для того чтобы выбрать своё направление и быть успешным в нём, необходимо постоянно обучаться и развивать в себе гибкость.</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Технологии, которые меняют мир. </w:t>
      </w:r>
      <w:r w:rsidRPr="001A456E">
        <w:rPr>
          <w:rFonts w:cs="Times New Roman"/>
          <w:color w:val="auto"/>
          <w:sz w:val="28"/>
          <w:szCs w:val="28"/>
        </w:rPr>
        <w:t>Технологическое предпринимательство — это путь от научной или инженерной идеи до полезного продукта, который решает реальные задачи людей, развивается как бизнес и приносит пользу стране. В основе такого проекта лежит инновационная высокотехнологичная или наукоёмкая идея - решение, созданное с использованием современных научных знаний, исследований и сложных технологий. Технологии меняют разные сферы жизни, делают многие процессы быстрее и удобнее, помогают человеку экономить время для общения, дружбы, семьи и творчества. Новые технологии используются не только на производ</w:t>
      </w:r>
      <w:r w:rsidRPr="001A456E">
        <w:rPr>
          <w:rFonts w:cs="Times New Roman"/>
          <w:color w:val="auto"/>
          <w:sz w:val="28"/>
          <w:szCs w:val="28"/>
        </w:rPr>
        <w:softHyphen/>
        <w:t>стве, но и дома, делая быт комфортнее. Появление новых технологий создаёт новые профессии и помогает молодым людям найти дело, соответствующее их интере</w:t>
      </w:r>
      <w:r w:rsidRPr="001A456E">
        <w:rPr>
          <w:rFonts w:cs="Times New Roman"/>
          <w:color w:val="auto"/>
          <w:sz w:val="28"/>
          <w:szCs w:val="28"/>
        </w:rPr>
        <w:lastRenderedPageBreak/>
        <w:t>сам и способностям. Чтобы стать технологическим предпринимателем, важно видеть про</w:t>
      </w:r>
      <w:r w:rsidRPr="001A456E">
        <w:rPr>
          <w:rFonts w:cs="Times New Roman"/>
          <w:color w:val="auto"/>
          <w:sz w:val="28"/>
          <w:szCs w:val="28"/>
        </w:rPr>
        <w:softHyphen/>
        <w:t>блемы, предлагать новые решения, разбираться в науке и технологиях, уметь работать в команде и не бояться ошибок. Ответственная работа всех членов команды помогает найти идеальное решение и приблизиться к успеху. Современные предприниматели продолжают традиции российских учёных, инженеров и изобретателей, укрепляя технологическую независимость и будущее страны.</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Люди, которые меняют мир. Ко Дню российской науки. </w:t>
      </w:r>
      <w:r w:rsidRPr="001A456E">
        <w:rPr>
          <w:rFonts w:cs="Times New Roman"/>
          <w:color w:val="auto"/>
          <w:sz w:val="28"/>
          <w:szCs w:val="28"/>
        </w:rPr>
        <w:t>Российская наука име</w:t>
      </w:r>
      <w:r w:rsidRPr="001A456E">
        <w:rPr>
          <w:rFonts w:cs="Times New Roman"/>
          <w:color w:val="auto"/>
          <w:sz w:val="28"/>
          <w:szCs w:val="28"/>
        </w:rPr>
        <w:softHyphen/>
        <w:t>ет многовековую историю и связана с именами выдающихся учёных, чьи открытия изменили представления о мире и повлияли на развитие человечества. От трудов Владимира Вернадского до исследований современного физика Юрия Оганеся</w:t>
      </w:r>
      <w:r w:rsidRPr="001A456E">
        <w:rPr>
          <w:rFonts w:cs="Times New Roman"/>
          <w:color w:val="auto"/>
          <w:sz w:val="28"/>
          <w:szCs w:val="28"/>
        </w:rPr>
        <w:softHyphen/>
        <w:t>на — российские учёные продолжают расширять знания о мире и решать значимые для страны задачи. Настоящий учёный постоянно учится, задаёт вопросы, проверяет идеи и не останавливается на достигнутом. Любое открытие, даже небольшое, создает основу для дальнейшего развития. Современные технологии расширяют возможности исследователей и помогают находить новые решения для настоящего и будущего России. Становление учёного часто начинается в семье: поддержка близких, пример родителей и родственников, уважение к знаниям и любознательность помогают че</w:t>
      </w:r>
      <w:r w:rsidRPr="001A456E">
        <w:rPr>
          <w:rFonts w:cs="Times New Roman"/>
          <w:color w:val="auto"/>
          <w:sz w:val="28"/>
          <w:szCs w:val="28"/>
        </w:rPr>
        <w:softHyphen/>
        <w:t>ловеку найти свой путь и поверить в собственные силы. Государство поддерживает развитие науки, молодых исследователей и перспективные разработки. Начать за</w:t>
      </w:r>
      <w:r w:rsidRPr="001A456E">
        <w:rPr>
          <w:rFonts w:cs="Times New Roman"/>
          <w:color w:val="auto"/>
          <w:sz w:val="28"/>
          <w:szCs w:val="28"/>
        </w:rPr>
        <w:softHyphen/>
        <w:t>ниматься наукой можно уже в школе и студенчестве — помогут кружки, олимпиады, проектные лаборатории, технопарки, конференции, исследовательские конкурсы, стажировки и студенческие научные сообщества.</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Что такое подлинное товарищество? </w:t>
      </w:r>
      <w:r w:rsidRPr="001A456E">
        <w:rPr>
          <w:rFonts w:cs="Times New Roman"/>
          <w:color w:val="auto"/>
          <w:sz w:val="28"/>
          <w:szCs w:val="28"/>
        </w:rPr>
        <w:t>Подлинное товарищество строится на друж</w:t>
      </w:r>
      <w:r w:rsidRPr="001A456E">
        <w:rPr>
          <w:rFonts w:cs="Times New Roman"/>
          <w:color w:val="auto"/>
          <w:sz w:val="28"/>
          <w:szCs w:val="28"/>
        </w:rPr>
        <w:softHyphen/>
        <w:t>бе, доверии и ответственности друг за друга. Важно не только ждать поддержки, но и самому быть внимательным, надёжным и готовым прийти на помощь. Настоящий друг не всегда соглашается со всем. Он способен честно сказать о неправильном поступке, уберечь от опасного решения и помочь исправить ошибку. Между друзьями могут быть непонимание и конфликты, но их всегда можно преодолеть, если искренне побеседовать, найти компромисс, попросить прощения и самому от чистого сердца простить. Ответственность друг за друга не отменяет личной ответственности каждого за свои поступки. Дружба проявляется и в трудностях, и в умении искренне радоваться успехам другого. Настоящая дружба — это богатство, чтобы найти друзей, нужно быть открытым миру. Просить и принимать помощь — это не слабость, а проявление доверия и готовности быть частью команды. Где можно найти друзей и как можно узнать, кто твой настоящий друг. Примеры людей, которые готовы помочь не только близким друзьям, но и другим людям.</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Призвание — защищать. Ко Дню защитника Отечества. </w:t>
      </w:r>
      <w:r w:rsidRPr="001A456E">
        <w:rPr>
          <w:rFonts w:cs="Times New Roman"/>
          <w:color w:val="auto"/>
          <w:sz w:val="28"/>
          <w:szCs w:val="28"/>
        </w:rPr>
        <w:t>Защита Родины — обя</w:t>
      </w:r>
      <w:r w:rsidRPr="001A456E">
        <w:rPr>
          <w:rFonts w:cs="Times New Roman"/>
          <w:color w:val="auto"/>
          <w:sz w:val="28"/>
          <w:szCs w:val="28"/>
        </w:rPr>
        <w:softHyphen/>
        <w:t>занность каждого гражданина, потому что безопасность и будущее страны зависят от ответственности её жителей. Свой вклад в защиту Отечества вносят люди разных профессий: врачи, учёные, инженеры, техники, спасатели и многие другие специ</w:t>
      </w:r>
      <w:r w:rsidRPr="001A456E">
        <w:rPr>
          <w:rFonts w:cs="Times New Roman"/>
          <w:color w:val="auto"/>
          <w:sz w:val="28"/>
          <w:szCs w:val="28"/>
        </w:rPr>
        <w:softHyphen/>
        <w:t>алисты. Особая роль принадлежит военнослужащим, которые непосредственно обеспечивают безопасность страны, защищают её границы и готовы действовать в самых сложных условиях. Профессия военного требует мужества, дисциплины, ответственности и верности долгу. Осознанный выбор этого пути связан с понима</w:t>
      </w:r>
      <w:r w:rsidRPr="001A456E">
        <w:rPr>
          <w:rFonts w:cs="Times New Roman"/>
          <w:color w:val="auto"/>
          <w:sz w:val="28"/>
          <w:szCs w:val="28"/>
        </w:rPr>
        <w:softHyphen/>
        <w:t xml:space="preserve">нием своего призвания и готовностью посвятить жизнь служению Родине. Уважение к защитникам Отечества — проявление патриотизма, благодарности и гражданской </w:t>
      </w:r>
      <w:r w:rsidRPr="001A456E">
        <w:rPr>
          <w:rFonts w:cs="Times New Roman"/>
          <w:color w:val="auto"/>
          <w:sz w:val="28"/>
          <w:szCs w:val="28"/>
        </w:rPr>
        <w:lastRenderedPageBreak/>
        <w:t>ответственности перед теми, кто обеспечивает безопасность страны.</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Международный женский день. </w:t>
      </w:r>
      <w:r w:rsidRPr="001A456E">
        <w:rPr>
          <w:rFonts w:cs="Times New Roman"/>
          <w:color w:val="auto"/>
          <w:sz w:val="28"/>
          <w:szCs w:val="28"/>
        </w:rPr>
        <w:t>Женщины России внесли огромный вклад в раз</w:t>
      </w:r>
      <w:r w:rsidRPr="001A456E">
        <w:rPr>
          <w:rFonts w:cs="Times New Roman"/>
          <w:color w:val="auto"/>
          <w:sz w:val="28"/>
          <w:szCs w:val="28"/>
        </w:rPr>
        <w:softHyphen/>
        <w:t>витие страны — в науку, образование, медицину, культуру, промышленность и другие сферы. Их достижения стали частью национальной истории. В годы Великой Отече</w:t>
      </w:r>
      <w:r w:rsidRPr="001A456E">
        <w:rPr>
          <w:rFonts w:cs="Times New Roman"/>
          <w:color w:val="auto"/>
          <w:sz w:val="28"/>
          <w:szCs w:val="28"/>
        </w:rPr>
        <w:softHyphen/>
        <w:t>ственной войны женщины сражались на фронте, спасали раненых, трудились в тылу и участвовали в восстановлении страны. Подвиг тружениц тыла и женщин-героев сохраняется в исторической памяти народа. Образ матери в российской культуре связан с образом Родины, заботы, стойкости и сохранения жизни. Женский труд не</w:t>
      </w:r>
      <w:r w:rsidRPr="001A456E">
        <w:rPr>
          <w:rFonts w:cs="Times New Roman"/>
          <w:color w:val="auto"/>
          <w:sz w:val="28"/>
          <w:szCs w:val="28"/>
        </w:rPr>
        <w:softHyphen/>
        <w:t>редко остаётся незаметным, хотя именно он поддерживает семью, сохраняет традиции и связывает поколения. Международный женский день напоминает о важности любви, заботы и благодарности к женщинам не только в праздник, но и каждый день.</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Заповедники России. </w:t>
      </w:r>
      <w:r w:rsidRPr="001A456E">
        <w:rPr>
          <w:rFonts w:cs="Times New Roman"/>
          <w:color w:val="auto"/>
          <w:sz w:val="28"/>
          <w:szCs w:val="28"/>
        </w:rPr>
        <w:t>Заповедные места России — это уникальное природное богатство, которое необходимо сохранять для будущих поколений. Они защищают редкие виды животных и растений, природные ландшафты и экосистемы. Сохране</w:t>
      </w:r>
      <w:r w:rsidRPr="001A456E">
        <w:rPr>
          <w:rFonts w:cs="Times New Roman"/>
          <w:color w:val="auto"/>
          <w:sz w:val="28"/>
          <w:szCs w:val="28"/>
        </w:rPr>
        <w:softHyphen/>
        <w:t>ние заповедных территорий обеспечивается трудом учёных, экологов, лесников, волонтёров и государственной системой охраны природы. Бережное отношение к ним — ответственность каждого гражданина. Экологическая культура — это часть общей культуры человека. Красота и многообразие российской природы на протя</w:t>
      </w:r>
      <w:r w:rsidRPr="001A456E">
        <w:rPr>
          <w:rFonts w:cs="Times New Roman"/>
          <w:color w:val="auto"/>
          <w:sz w:val="28"/>
          <w:szCs w:val="28"/>
        </w:rPr>
        <w:softHyphen/>
        <w:t>жении веков вдохновляли писателей, художников, музыкантов и других деятелей культуры на создание выдающихся произведений. Самые известные заповедники России. Можно ли туда попасть обычному человеку. Как мы можем вносить свой вклад в защиту заповедных мест.</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Региональное занятие. «Путешествуем по России: культура родного края». </w:t>
      </w:r>
      <w:r w:rsidRPr="001A456E">
        <w:rPr>
          <w:rFonts w:cs="Times New Roman"/>
          <w:color w:val="auto"/>
          <w:sz w:val="28"/>
          <w:szCs w:val="28"/>
        </w:rPr>
        <w:t>Регионы России на карте и в истории нашей страны: переплетение судеб, культур и традиций. Почему люди стремятся путешествовать и как путешествия расширяют представления о мире. Путешествие по России как способ узнать больше о людях, истории, культуре родной страны и о самом себе. Сокровища регионов России: места, традиции и культурные особенности, которые важно увидеть и сохранить. В каждом регионе есть свои достопримечательности и памятные места, среди которых — объекты наследия мирового значения. Важно знать, чем уникальны родной край и Россия, бережно относиться к историческому и культурному наследию, сохранять его для будущих поколений.</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После меня чище. </w:t>
      </w:r>
      <w:r w:rsidRPr="001A456E">
        <w:rPr>
          <w:rFonts w:cs="Times New Roman"/>
          <w:color w:val="auto"/>
          <w:sz w:val="28"/>
          <w:szCs w:val="28"/>
        </w:rPr>
        <w:t>Окружающая среда зависит от повседневных действий каж</w:t>
      </w:r>
      <w:r w:rsidRPr="001A456E">
        <w:rPr>
          <w:rFonts w:cs="Times New Roman"/>
          <w:color w:val="auto"/>
          <w:sz w:val="28"/>
          <w:szCs w:val="28"/>
        </w:rPr>
        <w:softHyphen/>
        <w:t>дого человека, поэтому забота о природе начинается с простых и регулярных шагов. Экологически ответственное поведение как часть обычной жизни: привычки, которые помогают бережно относиться к природным ресурсам и окружающему простран</w:t>
      </w:r>
      <w:r w:rsidRPr="001A456E">
        <w:rPr>
          <w:rFonts w:cs="Times New Roman"/>
          <w:color w:val="auto"/>
          <w:sz w:val="28"/>
          <w:szCs w:val="28"/>
        </w:rPr>
        <w:softHyphen/>
        <w:t>ству. Кто такой экологически осознанный гражданин. Забота о природе может стать семейной традицией и интересным хобби. Ответственность за мир, в котором мы живём, лежит на каждом из нас. Бережное отношение к природе своей страны — это проявление патриотизма и заботы о будущих поколениях.</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Космические технологии. Ко Дню космонавтики. </w:t>
      </w:r>
      <w:r w:rsidRPr="001A456E">
        <w:rPr>
          <w:rFonts w:cs="Times New Roman"/>
          <w:color w:val="auto"/>
          <w:sz w:val="28"/>
          <w:szCs w:val="28"/>
        </w:rPr>
        <w:t>Современные космические технологии: новые направления исследований, разработки и открытия. Космические профессии как воплощение мечты человека об исследовании и освоении космоса. До</w:t>
      </w:r>
      <w:r w:rsidRPr="001A456E">
        <w:rPr>
          <w:rFonts w:cs="Times New Roman"/>
          <w:color w:val="auto"/>
          <w:sz w:val="28"/>
          <w:szCs w:val="28"/>
        </w:rPr>
        <w:softHyphen/>
        <w:t>стижения отечественной космонавтики и их значение для развития науки, технологий и страны в целом. Перспективы российской космонавтики и роль нового по</w:t>
      </w:r>
      <w:r w:rsidRPr="001A456E">
        <w:rPr>
          <w:rFonts w:cs="Times New Roman"/>
          <w:color w:val="auto"/>
          <w:sz w:val="28"/>
          <w:szCs w:val="28"/>
        </w:rPr>
        <w:lastRenderedPageBreak/>
        <w:t>коления специалистов в её будущем.</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Красная книга России. </w:t>
      </w:r>
      <w:r w:rsidRPr="001A456E">
        <w:rPr>
          <w:rFonts w:cs="Times New Roman"/>
          <w:color w:val="auto"/>
          <w:sz w:val="28"/>
          <w:szCs w:val="28"/>
        </w:rPr>
        <w:t>Россия отличается огромным разнообразием живот</w:t>
      </w:r>
      <w:r w:rsidRPr="001A456E">
        <w:rPr>
          <w:rFonts w:cs="Times New Roman"/>
          <w:color w:val="auto"/>
          <w:sz w:val="28"/>
          <w:szCs w:val="28"/>
        </w:rPr>
        <w:softHyphen/>
        <w:t>ного мира. В разных природных зонах нашей страны обитают редкие животные, а некоторые виды и подвиды встречаются только в России, например, байкальская нерпа и путоранский снежный баран. Красная книга — это не просто список редких животных, а предупреждение о том, какие виды находятся под угрозой и нуждаются в особой защите. Она помогает учёным, государству и обществу сохранять животный мир страны. Многие виды животных уже исчезли, и вернуть их невозможно. Каждый вид важен и занимает своё место в природе, поэтому исчезновение даже одного может повлиять на целую экосистему. Редких животных защищают в заповедниках и национальных парках, за ними наблюдают учёные, восстанавливают их численность и сохраняют места обитания. Будущее животного мира зависит от поведения каждого человека. Бережное отношение к природе начинается с простых поступков: не трево</w:t>
      </w:r>
      <w:r w:rsidRPr="001A456E">
        <w:rPr>
          <w:rFonts w:cs="Times New Roman"/>
          <w:color w:val="auto"/>
          <w:sz w:val="28"/>
          <w:szCs w:val="28"/>
        </w:rPr>
        <w:softHyphen/>
        <w:t>жить животных, не разрушать их жилища, соблюдать правила поведения на природе и помогать сохранять природное богатство Родины.</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«Всё для фронта! Всё для Победы!» Ко Дню Победы. </w:t>
      </w:r>
      <w:r w:rsidRPr="001A456E">
        <w:rPr>
          <w:rFonts w:cs="Times New Roman"/>
          <w:color w:val="auto"/>
          <w:sz w:val="28"/>
          <w:szCs w:val="28"/>
        </w:rPr>
        <w:t>Роль тружеников тыла в Победе в Великой Отечественной войне. Вклад простых людей, семей, подростков и детей в борьбу с фашизмом и приближение Победы. Взаимная поддержка, само</w:t>
      </w:r>
      <w:r w:rsidRPr="001A456E">
        <w:rPr>
          <w:rFonts w:cs="Times New Roman"/>
          <w:color w:val="auto"/>
          <w:sz w:val="28"/>
          <w:szCs w:val="28"/>
        </w:rPr>
        <w:softHyphen/>
        <w:t>отверженность и готовность жертвовать собой ради общего дела как сила народа, позволившая выстоять в тяжелейших обстоятельствах.</w:t>
      </w:r>
    </w:p>
    <w:p w:rsidR="003F0867" w:rsidRPr="001A456E" w:rsidRDefault="003F0867" w:rsidP="003772B6">
      <w:pPr>
        <w:pStyle w:val="1b"/>
        <w:spacing w:line="240" w:lineRule="auto"/>
        <w:ind w:firstLine="580"/>
        <w:jc w:val="both"/>
        <w:rPr>
          <w:rFonts w:cs="Times New Roman"/>
          <w:color w:val="auto"/>
          <w:sz w:val="28"/>
          <w:szCs w:val="28"/>
        </w:rPr>
      </w:pPr>
      <w:r w:rsidRPr="001A456E">
        <w:rPr>
          <w:rFonts w:cs="Times New Roman"/>
          <w:b/>
          <w:bCs/>
          <w:color w:val="auto"/>
          <w:sz w:val="28"/>
          <w:szCs w:val="28"/>
        </w:rPr>
        <w:t xml:space="preserve">Марафон здоровых привычек. </w:t>
      </w:r>
      <w:r w:rsidRPr="001A456E">
        <w:rPr>
          <w:rFonts w:cs="Times New Roman"/>
          <w:color w:val="auto"/>
          <w:sz w:val="28"/>
          <w:szCs w:val="28"/>
        </w:rPr>
        <w:t>Полезные привычки — это действия, которые помогают поддерживать здоровье, сохранять энергию, лучше учиться, работать и справляться с повседневными задачами. Они связаны не только со спортом, но и со сном, питанием, отдыхом, режимом дня и эмоциональным состоянием. Здоро</w:t>
      </w:r>
      <w:r w:rsidRPr="001A456E">
        <w:rPr>
          <w:rFonts w:cs="Times New Roman"/>
          <w:color w:val="auto"/>
          <w:sz w:val="28"/>
          <w:szCs w:val="28"/>
        </w:rPr>
        <w:softHyphen/>
        <w:t>вые привычки формируются постепенно. Иногда эффективнее начинать с небольшого действия и повторять его каждый день, чем сразу ставить перед собой слишком сложную цель. У каждого человека свой темп и способ формирования привычек. Важно наблюдать за собой, выбирать подходящий режим и понимать, что устойчивый результат требует мотивации, терпения и выдержки. Полезные привычки — это вклад в здоровье и качество жизни в будущем. Они помогают сохранять активность, работо</w:t>
      </w:r>
      <w:r w:rsidRPr="001A456E">
        <w:rPr>
          <w:rFonts w:cs="Times New Roman"/>
          <w:color w:val="auto"/>
          <w:sz w:val="28"/>
          <w:szCs w:val="28"/>
        </w:rPr>
        <w:softHyphen/>
        <w:t>способность и хорошее самочувствие на протяжении многих лет. Поддержка друзей, семьи и единомышленников помогает не терять мотивацию. Совместные цели, личный пример и вдохновляющие истории активных людей могут сделать путь к здоровому образу жизни легче и интереснее.</w:t>
      </w:r>
    </w:p>
    <w:p w:rsidR="003F0867" w:rsidRPr="001A456E" w:rsidRDefault="003F0867" w:rsidP="003772B6">
      <w:pPr>
        <w:pStyle w:val="aff"/>
        <w:spacing w:before="70"/>
        <w:ind w:right="196"/>
        <w:jc w:val="both"/>
        <w:rPr>
          <w:rFonts w:ascii="Times New Roman" w:hAnsi="Times New Roman"/>
          <w:sz w:val="28"/>
          <w:szCs w:val="28"/>
        </w:rPr>
        <w:sectPr w:rsidR="003F0867" w:rsidRPr="001A456E">
          <w:pgSz w:w="11910" w:h="16840"/>
          <w:pgMar w:top="900" w:right="708" w:bottom="900" w:left="992" w:header="0" w:footer="715" w:gutter="0"/>
          <w:cols w:space="720"/>
        </w:sectPr>
      </w:pPr>
      <w:r w:rsidRPr="001A456E">
        <w:rPr>
          <w:rFonts w:ascii="Times New Roman" w:hAnsi="Times New Roman"/>
          <w:b/>
          <w:bCs/>
          <w:sz w:val="28"/>
          <w:szCs w:val="28"/>
        </w:rPr>
        <w:t xml:space="preserve">Ценности, которые нас объединяют. </w:t>
      </w:r>
      <w:r w:rsidRPr="001A456E">
        <w:rPr>
          <w:rFonts w:ascii="Times New Roman" w:hAnsi="Times New Roman"/>
          <w:sz w:val="28"/>
          <w:szCs w:val="28"/>
        </w:rPr>
        <w:t>Занятие проходит по итогам всех занятий года. Ценности — это ориентир, который помогает нам поступать правильно и ответ</w:t>
      </w:r>
      <w:r w:rsidRPr="001A456E">
        <w:rPr>
          <w:rFonts w:ascii="Times New Roman" w:hAnsi="Times New Roman"/>
          <w:sz w:val="28"/>
          <w:szCs w:val="28"/>
        </w:rPr>
        <w:softHyphen/>
        <w:t>ственно. Традиционные ценности помогают чувствовать себя частью единого народа, способствуют укреплению общества и развитию страны. Следование ценностям помогает человеку развиваться и достигать успеха. Уникальность каждого человека и опыт разных поколений обогащают общество, но только в сочетании с единством, взаимопомощью и уважением друг к другу существует сильный и сп</w:t>
      </w:r>
    </w:p>
    <w:p w:rsidR="00AD3ABA" w:rsidRPr="001A456E" w:rsidRDefault="00AD3ABA" w:rsidP="003772B6">
      <w:pPr>
        <w:pStyle w:val="1"/>
        <w:numPr>
          <w:ilvl w:val="0"/>
          <w:numId w:val="0"/>
        </w:numPr>
        <w:rPr>
          <w:rFonts w:ascii="Times New Roman" w:hAnsi="Times New Roman"/>
          <w:color w:val="auto"/>
        </w:rPr>
      </w:pPr>
      <w:bookmarkStart w:id="10" w:name="_TOC_250007"/>
      <w:r w:rsidRPr="001A456E">
        <w:rPr>
          <w:rFonts w:ascii="Times New Roman" w:hAnsi="Times New Roman"/>
          <w:color w:val="auto"/>
        </w:rPr>
        <w:lastRenderedPageBreak/>
        <w:t>ПЛАНИРУЕМЫЕ</w:t>
      </w:r>
      <w:r w:rsidRPr="001A456E">
        <w:rPr>
          <w:rFonts w:ascii="Times New Roman" w:hAnsi="Times New Roman"/>
          <w:color w:val="auto"/>
          <w:spacing w:val="26"/>
        </w:rPr>
        <w:t xml:space="preserve"> </w:t>
      </w:r>
      <w:r w:rsidRPr="001A456E">
        <w:rPr>
          <w:rFonts w:ascii="Times New Roman" w:hAnsi="Times New Roman"/>
          <w:color w:val="auto"/>
        </w:rPr>
        <w:t>РЕЗУЛЬТАТЫ</w:t>
      </w:r>
      <w:r w:rsidRPr="001A456E">
        <w:rPr>
          <w:rFonts w:ascii="Times New Roman" w:hAnsi="Times New Roman"/>
          <w:color w:val="auto"/>
          <w:spacing w:val="26"/>
        </w:rPr>
        <w:t xml:space="preserve"> </w:t>
      </w:r>
      <w:r w:rsidRPr="001A456E">
        <w:rPr>
          <w:rFonts w:ascii="Times New Roman" w:hAnsi="Times New Roman"/>
          <w:color w:val="auto"/>
        </w:rPr>
        <w:t>ОСВОЕНИЯ</w:t>
      </w:r>
      <w:r w:rsidRPr="001A456E">
        <w:rPr>
          <w:rFonts w:ascii="Times New Roman" w:hAnsi="Times New Roman"/>
          <w:color w:val="auto"/>
          <w:spacing w:val="26"/>
        </w:rPr>
        <w:t xml:space="preserve"> </w:t>
      </w:r>
      <w:bookmarkEnd w:id="10"/>
      <w:r w:rsidRPr="001A456E">
        <w:rPr>
          <w:rFonts w:ascii="Times New Roman" w:hAnsi="Times New Roman"/>
          <w:color w:val="auto"/>
          <w:spacing w:val="-2"/>
        </w:rPr>
        <w:t>КУРСА</w:t>
      </w:r>
    </w:p>
    <w:p w:rsidR="00AD3ABA" w:rsidRPr="001A456E" w:rsidRDefault="00AD3ABA" w:rsidP="003772B6">
      <w:pPr>
        <w:pStyle w:val="aff"/>
        <w:spacing w:before="227"/>
        <w:rPr>
          <w:rFonts w:ascii="Times New Roman" w:hAnsi="Times New Roman"/>
          <w:b/>
          <w:sz w:val="28"/>
          <w:szCs w:val="28"/>
        </w:rPr>
      </w:pPr>
    </w:p>
    <w:p w:rsidR="00AD3ABA" w:rsidRPr="001A456E" w:rsidRDefault="00AD3ABA" w:rsidP="003772B6">
      <w:pPr>
        <w:pStyle w:val="21"/>
        <w:rPr>
          <w:sz w:val="28"/>
          <w:szCs w:val="28"/>
        </w:rPr>
      </w:pPr>
      <w:bookmarkStart w:id="11" w:name="_TOC_250006"/>
      <w:r w:rsidRPr="001A456E">
        <w:rPr>
          <w:w w:val="105"/>
          <w:sz w:val="28"/>
          <w:szCs w:val="28"/>
        </w:rPr>
        <w:t>НАЧАЛЬНОЕ</w:t>
      </w:r>
      <w:r w:rsidRPr="001A456E">
        <w:rPr>
          <w:spacing w:val="2"/>
          <w:w w:val="105"/>
          <w:sz w:val="28"/>
          <w:szCs w:val="28"/>
        </w:rPr>
        <w:t xml:space="preserve"> </w:t>
      </w:r>
      <w:r w:rsidRPr="001A456E">
        <w:rPr>
          <w:w w:val="105"/>
          <w:sz w:val="28"/>
          <w:szCs w:val="28"/>
        </w:rPr>
        <w:t>ОБЩЕЕ</w:t>
      </w:r>
      <w:r w:rsidRPr="001A456E">
        <w:rPr>
          <w:spacing w:val="2"/>
          <w:w w:val="105"/>
          <w:sz w:val="28"/>
          <w:szCs w:val="28"/>
        </w:rPr>
        <w:t xml:space="preserve"> </w:t>
      </w:r>
      <w:bookmarkEnd w:id="11"/>
      <w:r w:rsidRPr="001A456E">
        <w:rPr>
          <w:spacing w:val="-2"/>
          <w:w w:val="105"/>
          <w:sz w:val="28"/>
          <w:szCs w:val="28"/>
        </w:rPr>
        <w:t>ОБРАЗОВАНИЕ</w:t>
      </w:r>
    </w:p>
    <w:p w:rsidR="00AD3ABA" w:rsidRPr="001A456E" w:rsidRDefault="00AD3ABA" w:rsidP="003772B6">
      <w:pPr>
        <w:pStyle w:val="aff"/>
        <w:spacing w:before="208"/>
        <w:ind w:right="197"/>
        <w:jc w:val="both"/>
        <w:rPr>
          <w:rFonts w:ascii="Times New Roman" w:hAnsi="Times New Roman"/>
          <w:sz w:val="28"/>
          <w:szCs w:val="28"/>
        </w:rPr>
      </w:pPr>
      <w:r w:rsidRPr="001A456E">
        <w:rPr>
          <w:rFonts w:ascii="Times New Roman" w:hAnsi="Times New Roman"/>
          <w:w w:val="105"/>
          <w:sz w:val="28"/>
          <w:szCs w:val="28"/>
        </w:rPr>
        <w:t>Занятия</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в</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рамках</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программы</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направлены</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на</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обеспечение</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достижения</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 xml:space="preserve">обу- </w:t>
      </w:r>
      <w:r w:rsidRPr="001A456E">
        <w:rPr>
          <w:rFonts w:ascii="Times New Roman" w:hAnsi="Times New Roman"/>
          <w:sz w:val="28"/>
          <w:szCs w:val="28"/>
        </w:rPr>
        <w:t xml:space="preserve">чающимися личностных, метапредметных и предметных образовательных ре- </w:t>
      </w:r>
      <w:r w:rsidRPr="001A456E">
        <w:rPr>
          <w:rFonts w:ascii="Times New Roman" w:hAnsi="Times New Roman"/>
          <w:spacing w:val="-2"/>
          <w:w w:val="105"/>
          <w:sz w:val="28"/>
          <w:szCs w:val="28"/>
        </w:rPr>
        <w:t>зультатов.</w:t>
      </w:r>
    </w:p>
    <w:p w:rsidR="00AD3ABA" w:rsidRPr="001A456E" w:rsidRDefault="00AD3ABA" w:rsidP="003772B6">
      <w:pPr>
        <w:pStyle w:val="aff"/>
        <w:spacing w:before="224"/>
        <w:jc w:val="both"/>
        <w:rPr>
          <w:rFonts w:ascii="Times New Roman" w:hAnsi="Times New Roman"/>
          <w:sz w:val="28"/>
          <w:szCs w:val="28"/>
        </w:rPr>
      </w:pPr>
    </w:p>
    <w:p w:rsidR="00AD3ABA" w:rsidRPr="001A456E" w:rsidRDefault="00AD3ABA" w:rsidP="003772B6">
      <w:pPr>
        <w:pStyle w:val="aff"/>
        <w:ind w:left="425"/>
        <w:jc w:val="both"/>
        <w:rPr>
          <w:rFonts w:ascii="Times New Roman" w:hAnsi="Times New Roman"/>
          <w:sz w:val="28"/>
          <w:szCs w:val="28"/>
        </w:rPr>
      </w:pPr>
      <w:r w:rsidRPr="001A456E">
        <w:rPr>
          <w:rFonts w:ascii="Times New Roman" w:hAnsi="Times New Roman"/>
          <w:w w:val="105"/>
          <w:sz w:val="28"/>
          <w:szCs w:val="28"/>
        </w:rPr>
        <w:t>ЛИЧНОСТНЫЕ</w:t>
      </w:r>
      <w:r w:rsidRPr="001A456E">
        <w:rPr>
          <w:rFonts w:ascii="Times New Roman" w:hAnsi="Times New Roman"/>
          <w:spacing w:val="38"/>
          <w:w w:val="110"/>
          <w:sz w:val="28"/>
          <w:szCs w:val="28"/>
        </w:rPr>
        <w:t xml:space="preserve"> </w:t>
      </w:r>
      <w:r w:rsidRPr="001A456E">
        <w:rPr>
          <w:rFonts w:ascii="Times New Roman" w:hAnsi="Times New Roman"/>
          <w:spacing w:val="-2"/>
          <w:w w:val="110"/>
          <w:sz w:val="28"/>
          <w:szCs w:val="28"/>
        </w:rPr>
        <w:t>РЕЗУЛЬТАТЫ</w:t>
      </w:r>
    </w:p>
    <w:p w:rsidR="00AD3ABA" w:rsidRPr="001A456E" w:rsidRDefault="00AD3ABA" w:rsidP="003772B6">
      <w:pPr>
        <w:pStyle w:val="aff"/>
        <w:spacing w:before="151"/>
        <w:ind w:right="197"/>
        <w:jc w:val="both"/>
        <w:rPr>
          <w:rFonts w:ascii="Times New Roman" w:hAnsi="Times New Roman"/>
          <w:sz w:val="28"/>
          <w:szCs w:val="28"/>
        </w:rPr>
      </w:pPr>
      <w:r w:rsidRPr="001A456E">
        <w:rPr>
          <w:rFonts w:ascii="Times New Roman" w:hAnsi="Times New Roman"/>
          <w:i/>
          <w:w w:val="105"/>
          <w:sz w:val="28"/>
          <w:szCs w:val="28"/>
        </w:rPr>
        <w:t>В</w:t>
      </w:r>
      <w:r w:rsidRPr="001A456E">
        <w:rPr>
          <w:rFonts w:ascii="Times New Roman" w:hAnsi="Times New Roman"/>
          <w:i/>
          <w:spacing w:val="-18"/>
          <w:w w:val="105"/>
          <w:sz w:val="28"/>
          <w:szCs w:val="28"/>
        </w:rPr>
        <w:t xml:space="preserve"> </w:t>
      </w:r>
      <w:r w:rsidRPr="001A456E">
        <w:rPr>
          <w:rFonts w:ascii="Times New Roman" w:hAnsi="Times New Roman"/>
          <w:i/>
          <w:w w:val="105"/>
          <w:sz w:val="28"/>
          <w:szCs w:val="28"/>
        </w:rPr>
        <w:t>сфере</w:t>
      </w:r>
      <w:r w:rsidRPr="001A456E">
        <w:rPr>
          <w:rFonts w:ascii="Times New Roman" w:hAnsi="Times New Roman"/>
          <w:i/>
          <w:spacing w:val="-17"/>
          <w:w w:val="105"/>
          <w:sz w:val="28"/>
          <w:szCs w:val="28"/>
        </w:rPr>
        <w:t xml:space="preserve"> </w:t>
      </w:r>
      <w:r w:rsidRPr="001A456E">
        <w:rPr>
          <w:rFonts w:ascii="Times New Roman" w:hAnsi="Times New Roman"/>
          <w:i/>
          <w:w w:val="105"/>
          <w:sz w:val="28"/>
          <w:szCs w:val="28"/>
        </w:rPr>
        <w:t>гражданско-патриотического</w:t>
      </w:r>
      <w:r w:rsidRPr="001A456E">
        <w:rPr>
          <w:rFonts w:ascii="Times New Roman" w:hAnsi="Times New Roman"/>
          <w:i/>
          <w:spacing w:val="-18"/>
          <w:w w:val="105"/>
          <w:sz w:val="28"/>
          <w:szCs w:val="28"/>
        </w:rPr>
        <w:t xml:space="preserve"> </w:t>
      </w:r>
      <w:r w:rsidRPr="001A456E">
        <w:rPr>
          <w:rFonts w:ascii="Times New Roman" w:hAnsi="Times New Roman"/>
          <w:i/>
          <w:w w:val="105"/>
          <w:sz w:val="28"/>
          <w:szCs w:val="28"/>
        </w:rPr>
        <w:t>воспитания:</w:t>
      </w:r>
      <w:r w:rsidRPr="001A456E">
        <w:rPr>
          <w:rFonts w:ascii="Times New Roman" w:hAnsi="Times New Roman"/>
          <w:i/>
          <w:spacing w:val="-18"/>
          <w:w w:val="105"/>
          <w:sz w:val="28"/>
          <w:szCs w:val="28"/>
        </w:rPr>
        <w:t xml:space="preserve"> </w:t>
      </w:r>
      <w:r w:rsidRPr="001A456E">
        <w:rPr>
          <w:rFonts w:ascii="Times New Roman" w:hAnsi="Times New Roman"/>
          <w:w w:val="105"/>
          <w:sz w:val="28"/>
          <w:szCs w:val="28"/>
        </w:rPr>
        <w:t>становление</w:t>
      </w:r>
      <w:r w:rsidRPr="001A456E">
        <w:rPr>
          <w:rFonts w:ascii="Times New Roman" w:hAnsi="Times New Roman"/>
          <w:spacing w:val="-19"/>
          <w:w w:val="105"/>
          <w:sz w:val="28"/>
          <w:szCs w:val="28"/>
        </w:rPr>
        <w:t xml:space="preserve"> </w:t>
      </w:r>
      <w:r w:rsidRPr="001A456E">
        <w:rPr>
          <w:rFonts w:ascii="Times New Roman" w:hAnsi="Times New Roman"/>
          <w:w w:val="105"/>
          <w:sz w:val="28"/>
          <w:szCs w:val="28"/>
        </w:rPr>
        <w:t>ценностного отношения</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к</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своей</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Родине</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России;</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осознание</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своей</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этнокультурной</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 xml:space="preserve">рос- </w:t>
      </w:r>
      <w:r w:rsidRPr="001A456E">
        <w:rPr>
          <w:rFonts w:ascii="Times New Roman" w:hAnsi="Times New Roman"/>
          <w:spacing w:val="-2"/>
          <w:w w:val="105"/>
          <w:sz w:val="28"/>
          <w:szCs w:val="28"/>
        </w:rPr>
        <w:t>сийской</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гражданской</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идентичности;</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сопричастность</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к</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прошлому,</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 xml:space="preserve">настоящему </w:t>
      </w:r>
      <w:r w:rsidRPr="001A456E">
        <w:rPr>
          <w:rFonts w:ascii="Times New Roman" w:hAnsi="Times New Roman"/>
          <w:w w:val="105"/>
          <w:sz w:val="28"/>
          <w:szCs w:val="28"/>
        </w:rPr>
        <w:t>и</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будущему</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своей</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страны</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родного</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края;</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уважение</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к</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своему</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другим</w:t>
      </w:r>
      <w:r w:rsidRPr="001A456E">
        <w:rPr>
          <w:rFonts w:ascii="Times New Roman" w:hAnsi="Times New Roman"/>
          <w:spacing w:val="-5"/>
          <w:w w:val="105"/>
          <w:sz w:val="28"/>
          <w:szCs w:val="28"/>
        </w:rPr>
        <w:t xml:space="preserve"> </w:t>
      </w:r>
      <w:r w:rsidRPr="001A456E">
        <w:rPr>
          <w:rFonts w:ascii="Times New Roman" w:hAnsi="Times New Roman"/>
          <w:w w:val="105"/>
          <w:sz w:val="28"/>
          <w:szCs w:val="28"/>
        </w:rPr>
        <w:t xml:space="preserve">наро- </w:t>
      </w:r>
      <w:r w:rsidRPr="001A456E">
        <w:rPr>
          <w:rFonts w:ascii="Times New Roman" w:hAnsi="Times New Roman"/>
          <w:sz w:val="28"/>
          <w:szCs w:val="28"/>
        </w:rPr>
        <w:t xml:space="preserve">дам; первоначальные представления о человеке как члене общества, о правах и </w:t>
      </w:r>
      <w:r w:rsidRPr="001A456E">
        <w:rPr>
          <w:rFonts w:ascii="Times New Roman" w:hAnsi="Times New Roman"/>
          <w:w w:val="105"/>
          <w:sz w:val="28"/>
          <w:szCs w:val="28"/>
        </w:rPr>
        <w:t>ответственности,</w:t>
      </w:r>
      <w:r w:rsidRPr="001A456E">
        <w:rPr>
          <w:rFonts w:ascii="Times New Roman" w:hAnsi="Times New Roman"/>
          <w:spacing w:val="-16"/>
          <w:w w:val="105"/>
          <w:sz w:val="28"/>
          <w:szCs w:val="28"/>
        </w:rPr>
        <w:t xml:space="preserve"> </w:t>
      </w:r>
      <w:r w:rsidRPr="001A456E">
        <w:rPr>
          <w:rFonts w:ascii="Times New Roman" w:hAnsi="Times New Roman"/>
          <w:w w:val="105"/>
          <w:sz w:val="28"/>
          <w:szCs w:val="28"/>
        </w:rPr>
        <w:t>уважении</w:t>
      </w:r>
      <w:r w:rsidRPr="001A456E">
        <w:rPr>
          <w:rFonts w:ascii="Times New Roman" w:hAnsi="Times New Roman"/>
          <w:spacing w:val="-16"/>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16"/>
          <w:w w:val="105"/>
          <w:sz w:val="28"/>
          <w:szCs w:val="28"/>
        </w:rPr>
        <w:t xml:space="preserve"> </w:t>
      </w:r>
      <w:r w:rsidRPr="001A456E">
        <w:rPr>
          <w:rFonts w:ascii="Times New Roman" w:hAnsi="Times New Roman"/>
          <w:w w:val="105"/>
          <w:sz w:val="28"/>
          <w:szCs w:val="28"/>
        </w:rPr>
        <w:t>достоинстве</w:t>
      </w:r>
      <w:r w:rsidRPr="001A456E">
        <w:rPr>
          <w:rFonts w:ascii="Times New Roman" w:hAnsi="Times New Roman"/>
          <w:spacing w:val="-16"/>
          <w:w w:val="105"/>
          <w:sz w:val="28"/>
          <w:szCs w:val="28"/>
        </w:rPr>
        <w:t xml:space="preserve"> </w:t>
      </w:r>
      <w:r w:rsidRPr="001A456E">
        <w:rPr>
          <w:rFonts w:ascii="Times New Roman" w:hAnsi="Times New Roman"/>
          <w:w w:val="105"/>
          <w:sz w:val="28"/>
          <w:szCs w:val="28"/>
        </w:rPr>
        <w:t>человека,</w:t>
      </w:r>
      <w:r w:rsidRPr="001A456E">
        <w:rPr>
          <w:rFonts w:ascii="Times New Roman" w:hAnsi="Times New Roman"/>
          <w:spacing w:val="-16"/>
          <w:w w:val="105"/>
          <w:sz w:val="28"/>
          <w:szCs w:val="28"/>
        </w:rPr>
        <w:t xml:space="preserve"> </w:t>
      </w:r>
      <w:r w:rsidRPr="001A456E">
        <w:rPr>
          <w:rFonts w:ascii="Times New Roman" w:hAnsi="Times New Roman"/>
          <w:w w:val="105"/>
          <w:sz w:val="28"/>
          <w:szCs w:val="28"/>
        </w:rPr>
        <w:t>о</w:t>
      </w:r>
      <w:r w:rsidRPr="001A456E">
        <w:rPr>
          <w:rFonts w:ascii="Times New Roman" w:hAnsi="Times New Roman"/>
          <w:spacing w:val="-16"/>
          <w:w w:val="105"/>
          <w:sz w:val="28"/>
          <w:szCs w:val="28"/>
        </w:rPr>
        <w:t xml:space="preserve"> </w:t>
      </w:r>
      <w:r w:rsidRPr="001A456E">
        <w:rPr>
          <w:rFonts w:ascii="Times New Roman" w:hAnsi="Times New Roman"/>
          <w:w w:val="105"/>
          <w:sz w:val="28"/>
          <w:szCs w:val="28"/>
        </w:rPr>
        <w:t>нравственно-этических нормах</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поведения</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правилах</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межличностных</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отношений.</w:t>
      </w:r>
    </w:p>
    <w:p w:rsidR="00AD3ABA" w:rsidRPr="001A456E" w:rsidRDefault="00AD3ABA" w:rsidP="003772B6">
      <w:pPr>
        <w:pStyle w:val="aff"/>
        <w:spacing w:before="177"/>
        <w:ind w:right="197"/>
        <w:jc w:val="both"/>
        <w:rPr>
          <w:rFonts w:ascii="Times New Roman" w:hAnsi="Times New Roman"/>
          <w:sz w:val="28"/>
          <w:szCs w:val="28"/>
        </w:rPr>
      </w:pPr>
      <w:r w:rsidRPr="001A456E">
        <w:rPr>
          <w:rFonts w:ascii="Times New Roman" w:hAnsi="Times New Roman"/>
          <w:i/>
          <w:sz w:val="28"/>
          <w:szCs w:val="28"/>
        </w:rPr>
        <w:t xml:space="preserve">В сфере духовно-нравственного воспитания: </w:t>
      </w:r>
      <w:r w:rsidRPr="001A456E">
        <w:rPr>
          <w:rFonts w:ascii="Times New Roman" w:hAnsi="Times New Roman"/>
          <w:sz w:val="28"/>
          <w:szCs w:val="28"/>
        </w:rPr>
        <w:t>признание индивидуальности каждого человека; проявление сопереживания, уважения и доброжелательно- сти; неприятие любых форм поведения, направленных на причинение физиче- ского и морального вреда другим людям.</w:t>
      </w:r>
    </w:p>
    <w:p w:rsidR="00AD3ABA" w:rsidRPr="001A456E" w:rsidRDefault="00AD3ABA" w:rsidP="003772B6">
      <w:pPr>
        <w:pStyle w:val="aff"/>
        <w:spacing w:before="175"/>
        <w:ind w:right="197"/>
        <w:jc w:val="both"/>
        <w:rPr>
          <w:rFonts w:ascii="Times New Roman" w:hAnsi="Times New Roman"/>
          <w:sz w:val="28"/>
          <w:szCs w:val="28"/>
        </w:rPr>
      </w:pPr>
      <w:r w:rsidRPr="001A456E">
        <w:rPr>
          <w:rFonts w:ascii="Times New Roman" w:hAnsi="Times New Roman"/>
          <w:i/>
          <w:sz w:val="28"/>
          <w:szCs w:val="28"/>
        </w:rPr>
        <w:t xml:space="preserve">В сфере эстетического воспитания: </w:t>
      </w:r>
      <w:r w:rsidRPr="001A456E">
        <w:rPr>
          <w:rFonts w:ascii="Times New Roman" w:hAnsi="Times New Roman"/>
          <w:sz w:val="28"/>
          <w:szCs w:val="28"/>
        </w:rPr>
        <w:t xml:space="preserve">уважительное отношение и интерес к ху- </w:t>
      </w:r>
      <w:r w:rsidRPr="001A456E">
        <w:rPr>
          <w:rFonts w:ascii="Times New Roman" w:hAnsi="Times New Roman"/>
          <w:w w:val="105"/>
          <w:sz w:val="28"/>
          <w:szCs w:val="28"/>
        </w:rPr>
        <w:t>дожественной культуре, восприимчивость к разным видам искусства, тради- циям и творчеству своего и других народов; стремление к самовыражению в разных видах художественной деятельности.</w:t>
      </w:r>
    </w:p>
    <w:p w:rsidR="00AD3ABA" w:rsidRPr="001A456E" w:rsidRDefault="00AD3ABA" w:rsidP="003772B6">
      <w:pPr>
        <w:spacing w:before="194" w:line="240" w:lineRule="auto"/>
        <w:ind w:left="141" w:right="197" w:firstLine="283"/>
        <w:jc w:val="both"/>
        <w:rPr>
          <w:rFonts w:ascii="Times New Roman" w:hAnsi="Times New Roman" w:cs="Times New Roman"/>
          <w:sz w:val="28"/>
          <w:szCs w:val="28"/>
        </w:rPr>
      </w:pPr>
      <w:r w:rsidRPr="001A456E">
        <w:rPr>
          <w:rFonts w:ascii="Times New Roman" w:hAnsi="Times New Roman" w:cs="Times New Roman"/>
          <w:i/>
          <w:w w:val="105"/>
          <w:sz w:val="28"/>
          <w:szCs w:val="28"/>
        </w:rPr>
        <w:t xml:space="preserve">В сфере физического воспитания, формирования культуры здоровья и эмо- ционального благополучия: </w:t>
      </w:r>
      <w:r w:rsidRPr="001A456E">
        <w:rPr>
          <w:rFonts w:ascii="Times New Roman" w:hAnsi="Times New Roman" w:cs="Times New Roman"/>
          <w:w w:val="105"/>
          <w:sz w:val="28"/>
          <w:szCs w:val="28"/>
        </w:rPr>
        <w:t>соблюдение правил здорового и безопасного (для себя</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и</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других</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людей)</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образа</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жизни</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в</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окружающей</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среде</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(в</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том</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числе</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w w:val="105"/>
          <w:sz w:val="28"/>
          <w:szCs w:val="28"/>
        </w:rPr>
        <w:t>инфор- мационной); бережное отношение к физическому и психическому здоровью.</w:t>
      </w:r>
    </w:p>
    <w:p w:rsidR="00AD3ABA" w:rsidRPr="001A456E" w:rsidRDefault="00AD3ABA" w:rsidP="003772B6">
      <w:pPr>
        <w:pStyle w:val="aff"/>
        <w:spacing w:before="160"/>
        <w:ind w:right="197"/>
        <w:jc w:val="both"/>
        <w:rPr>
          <w:rFonts w:ascii="Times New Roman" w:hAnsi="Times New Roman"/>
          <w:sz w:val="28"/>
          <w:szCs w:val="28"/>
        </w:rPr>
      </w:pPr>
      <w:r w:rsidRPr="001A456E">
        <w:rPr>
          <w:rFonts w:ascii="Times New Roman" w:hAnsi="Times New Roman"/>
          <w:i/>
          <w:w w:val="105"/>
          <w:sz w:val="28"/>
          <w:szCs w:val="28"/>
        </w:rPr>
        <w:t>В</w:t>
      </w:r>
      <w:r w:rsidRPr="001A456E">
        <w:rPr>
          <w:rFonts w:ascii="Times New Roman" w:hAnsi="Times New Roman"/>
          <w:i/>
          <w:spacing w:val="-8"/>
          <w:w w:val="105"/>
          <w:sz w:val="28"/>
          <w:szCs w:val="28"/>
        </w:rPr>
        <w:t xml:space="preserve"> </w:t>
      </w:r>
      <w:r w:rsidRPr="001A456E">
        <w:rPr>
          <w:rFonts w:ascii="Times New Roman" w:hAnsi="Times New Roman"/>
          <w:i/>
          <w:w w:val="105"/>
          <w:sz w:val="28"/>
          <w:szCs w:val="28"/>
        </w:rPr>
        <w:t>сфере</w:t>
      </w:r>
      <w:r w:rsidRPr="001A456E">
        <w:rPr>
          <w:rFonts w:ascii="Times New Roman" w:hAnsi="Times New Roman"/>
          <w:i/>
          <w:spacing w:val="-8"/>
          <w:w w:val="105"/>
          <w:sz w:val="28"/>
          <w:szCs w:val="28"/>
        </w:rPr>
        <w:t xml:space="preserve"> </w:t>
      </w:r>
      <w:r w:rsidRPr="001A456E">
        <w:rPr>
          <w:rFonts w:ascii="Times New Roman" w:hAnsi="Times New Roman"/>
          <w:i/>
          <w:w w:val="105"/>
          <w:sz w:val="28"/>
          <w:szCs w:val="28"/>
        </w:rPr>
        <w:t>трудового</w:t>
      </w:r>
      <w:r w:rsidRPr="001A456E">
        <w:rPr>
          <w:rFonts w:ascii="Times New Roman" w:hAnsi="Times New Roman"/>
          <w:i/>
          <w:spacing w:val="-8"/>
          <w:w w:val="105"/>
          <w:sz w:val="28"/>
          <w:szCs w:val="28"/>
        </w:rPr>
        <w:t xml:space="preserve"> </w:t>
      </w:r>
      <w:r w:rsidRPr="001A456E">
        <w:rPr>
          <w:rFonts w:ascii="Times New Roman" w:hAnsi="Times New Roman"/>
          <w:i/>
          <w:w w:val="105"/>
          <w:sz w:val="28"/>
          <w:szCs w:val="28"/>
        </w:rPr>
        <w:t>воспитания:</w:t>
      </w:r>
      <w:r w:rsidRPr="001A456E">
        <w:rPr>
          <w:rFonts w:ascii="Times New Roman" w:hAnsi="Times New Roman"/>
          <w:i/>
          <w:spacing w:val="-8"/>
          <w:w w:val="105"/>
          <w:sz w:val="28"/>
          <w:szCs w:val="28"/>
        </w:rPr>
        <w:t xml:space="preserve"> </w:t>
      </w:r>
      <w:r w:rsidRPr="001A456E">
        <w:rPr>
          <w:rFonts w:ascii="Times New Roman" w:hAnsi="Times New Roman"/>
          <w:w w:val="105"/>
          <w:sz w:val="28"/>
          <w:szCs w:val="28"/>
        </w:rPr>
        <w:t>осознание</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ценности</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труда</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в</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жизни</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человека и</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общества,</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ответственное</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потребление</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бережное</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отношение</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к</w:t>
      </w:r>
      <w:r w:rsidRPr="001A456E">
        <w:rPr>
          <w:rFonts w:ascii="Times New Roman" w:hAnsi="Times New Roman"/>
          <w:spacing w:val="-18"/>
          <w:w w:val="105"/>
          <w:sz w:val="28"/>
          <w:szCs w:val="28"/>
        </w:rPr>
        <w:t xml:space="preserve"> </w:t>
      </w:r>
      <w:r w:rsidRPr="001A456E">
        <w:rPr>
          <w:rFonts w:ascii="Times New Roman" w:hAnsi="Times New Roman"/>
          <w:w w:val="105"/>
          <w:sz w:val="28"/>
          <w:szCs w:val="28"/>
        </w:rPr>
        <w:t>результатам труда, интерес к различным профессиям.</w:t>
      </w:r>
    </w:p>
    <w:p w:rsidR="00AD3ABA" w:rsidRPr="001A456E" w:rsidRDefault="00AD3ABA" w:rsidP="003772B6">
      <w:pPr>
        <w:spacing w:before="174" w:line="240" w:lineRule="auto"/>
        <w:ind w:left="141" w:right="197" w:firstLine="283"/>
        <w:jc w:val="both"/>
        <w:rPr>
          <w:rFonts w:ascii="Times New Roman" w:hAnsi="Times New Roman" w:cs="Times New Roman"/>
          <w:sz w:val="28"/>
          <w:szCs w:val="28"/>
        </w:rPr>
      </w:pPr>
      <w:r w:rsidRPr="001A456E">
        <w:rPr>
          <w:rFonts w:ascii="Times New Roman" w:hAnsi="Times New Roman" w:cs="Times New Roman"/>
          <w:i/>
          <w:w w:val="105"/>
          <w:sz w:val="28"/>
          <w:szCs w:val="28"/>
        </w:rPr>
        <w:t xml:space="preserve">В сфере экологического воспитания: </w:t>
      </w:r>
      <w:r w:rsidRPr="001A456E">
        <w:rPr>
          <w:rFonts w:ascii="Times New Roman" w:hAnsi="Times New Roman" w:cs="Times New Roman"/>
          <w:w w:val="105"/>
          <w:sz w:val="28"/>
          <w:szCs w:val="28"/>
        </w:rPr>
        <w:t>бережное отношение к природе; не- приятие</w:t>
      </w:r>
      <w:r w:rsidRPr="001A456E">
        <w:rPr>
          <w:rFonts w:ascii="Times New Roman" w:hAnsi="Times New Roman" w:cs="Times New Roman"/>
          <w:spacing w:val="-2"/>
          <w:w w:val="105"/>
          <w:sz w:val="28"/>
          <w:szCs w:val="28"/>
        </w:rPr>
        <w:t xml:space="preserve"> </w:t>
      </w:r>
      <w:r w:rsidRPr="001A456E">
        <w:rPr>
          <w:rFonts w:ascii="Times New Roman" w:hAnsi="Times New Roman" w:cs="Times New Roman"/>
          <w:w w:val="105"/>
          <w:sz w:val="28"/>
          <w:szCs w:val="28"/>
        </w:rPr>
        <w:t>действий,</w:t>
      </w:r>
      <w:r w:rsidRPr="001A456E">
        <w:rPr>
          <w:rFonts w:ascii="Times New Roman" w:hAnsi="Times New Roman" w:cs="Times New Roman"/>
          <w:spacing w:val="-2"/>
          <w:w w:val="105"/>
          <w:sz w:val="28"/>
          <w:szCs w:val="28"/>
        </w:rPr>
        <w:t xml:space="preserve"> </w:t>
      </w:r>
      <w:r w:rsidRPr="001A456E">
        <w:rPr>
          <w:rFonts w:ascii="Times New Roman" w:hAnsi="Times New Roman" w:cs="Times New Roman"/>
          <w:w w:val="105"/>
          <w:sz w:val="28"/>
          <w:szCs w:val="28"/>
        </w:rPr>
        <w:t>приносящих</w:t>
      </w:r>
      <w:r w:rsidRPr="001A456E">
        <w:rPr>
          <w:rFonts w:ascii="Times New Roman" w:hAnsi="Times New Roman" w:cs="Times New Roman"/>
          <w:spacing w:val="-2"/>
          <w:w w:val="105"/>
          <w:sz w:val="28"/>
          <w:szCs w:val="28"/>
        </w:rPr>
        <w:t xml:space="preserve"> </w:t>
      </w:r>
      <w:r w:rsidRPr="001A456E">
        <w:rPr>
          <w:rFonts w:ascii="Times New Roman" w:hAnsi="Times New Roman" w:cs="Times New Roman"/>
          <w:w w:val="105"/>
          <w:sz w:val="28"/>
          <w:szCs w:val="28"/>
        </w:rPr>
        <w:t>ей</w:t>
      </w:r>
      <w:r w:rsidRPr="001A456E">
        <w:rPr>
          <w:rFonts w:ascii="Times New Roman" w:hAnsi="Times New Roman" w:cs="Times New Roman"/>
          <w:spacing w:val="-2"/>
          <w:w w:val="105"/>
          <w:sz w:val="28"/>
          <w:szCs w:val="28"/>
        </w:rPr>
        <w:t xml:space="preserve"> </w:t>
      </w:r>
      <w:r w:rsidRPr="001A456E">
        <w:rPr>
          <w:rFonts w:ascii="Times New Roman" w:hAnsi="Times New Roman" w:cs="Times New Roman"/>
          <w:w w:val="105"/>
          <w:sz w:val="28"/>
          <w:szCs w:val="28"/>
        </w:rPr>
        <w:t>вред.</w:t>
      </w:r>
    </w:p>
    <w:p w:rsidR="00AD3ABA" w:rsidRPr="001A456E" w:rsidRDefault="00AD3ABA" w:rsidP="003772B6">
      <w:pPr>
        <w:spacing w:before="172" w:line="240" w:lineRule="auto"/>
        <w:ind w:left="141" w:right="197" w:firstLine="283"/>
        <w:jc w:val="both"/>
        <w:rPr>
          <w:rFonts w:ascii="Times New Roman" w:hAnsi="Times New Roman" w:cs="Times New Roman"/>
          <w:sz w:val="28"/>
          <w:szCs w:val="28"/>
        </w:rPr>
      </w:pPr>
      <w:r w:rsidRPr="001A456E">
        <w:rPr>
          <w:rFonts w:ascii="Times New Roman" w:hAnsi="Times New Roman" w:cs="Times New Roman"/>
          <w:i/>
          <w:w w:val="105"/>
          <w:sz w:val="28"/>
          <w:szCs w:val="28"/>
        </w:rPr>
        <w:t xml:space="preserve">В сфере понимания ценности научного познания: </w:t>
      </w:r>
      <w:r w:rsidRPr="001A456E">
        <w:rPr>
          <w:rFonts w:ascii="Times New Roman" w:hAnsi="Times New Roman" w:cs="Times New Roman"/>
          <w:w w:val="105"/>
          <w:sz w:val="28"/>
          <w:szCs w:val="28"/>
        </w:rPr>
        <w:t>первоначальные</w:t>
      </w:r>
      <w:r w:rsidRPr="001A456E">
        <w:rPr>
          <w:rFonts w:ascii="Times New Roman" w:hAnsi="Times New Roman" w:cs="Times New Roman"/>
          <w:spacing w:val="-1"/>
          <w:w w:val="105"/>
          <w:sz w:val="28"/>
          <w:szCs w:val="28"/>
        </w:rPr>
        <w:t xml:space="preserve"> </w:t>
      </w:r>
      <w:r w:rsidRPr="001A456E">
        <w:rPr>
          <w:rFonts w:ascii="Times New Roman" w:hAnsi="Times New Roman" w:cs="Times New Roman"/>
          <w:w w:val="105"/>
          <w:sz w:val="28"/>
          <w:szCs w:val="28"/>
        </w:rPr>
        <w:t xml:space="preserve">представ- </w:t>
      </w:r>
      <w:r w:rsidRPr="001A456E">
        <w:rPr>
          <w:rFonts w:ascii="Times New Roman" w:hAnsi="Times New Roman" w:cs="Times New Roman"/>
          <w:sz w:val="28"/>
          <w:szCs w:val="28"/>
        </w:rPr>
        <w:t xml:space="preserve">ления о научной картине мира; познавательные интересы, активность, инициа- </w:t>
      </w:r>
      <w:r w:rsidRPr="001A456E">
        <w:rPr>
          <w:rFonts w:ascii="Times New Roman" w:hAnsi="Times New Roman" w:cs="Times New Roman"/>
          <w:w w:val="105"/>
          <w:sz w:val="28"/>
          <w:szCs w:val="28"/>
        </w:rPr>
        <w:t>тивность, любознательность и самостоятельность в познании.</w:t>
      </w:r>
    </w:p>
    <w:p w:rsidR="00AD3ABA" w:rsidRPr="001A456E" w:rsidRDefault="00AD3ABA" w:rsidP="003772B6">
      <w:pPr>
        <w:spacing w:line="240" w:lineRule="auto"/>
        <w:jc w:val="both"/>
        <w:rPr>
          <w:rFonts w:ascii="Times New Roman" w:hAnsi="Times New Roman" w:cs="Times New Roman"/>
          <w:sz w:val="28"/>
          <w:szCs w:val="28"/>
        </w:rPr>
        <w:sectPr w:rsidR="00AD3ABA" w:rsidRPr="001A456E">
          <w:pgSz w:w="11910" w:h="16840"/>
          <w:pgMar w:top="880" w:right="708" w:bottom="900" w:left="992" w:header="0" w:footer="715" w:gutter="0"/>
          <w:cols w:space="720"/>
        </w:sectPr>
      </w:pPr>
    </w:p>
    <w:p w:rsidR="00AD3ABA" w:rsidRPr="001A456E" w:rsidRDefault="00AD3ABA" w:rsidP="003772B6">
      <w:pPr>
        <w:pStyle w:val="aff"/>
        <w:spacing w:before="14"/>
        <w:ind w:left="425"/>
        <w:jc w:val="both"/>
        <w:rPr>
          <w:rFonts w:ascii="Times New Roman" w:hAnsi="Times New Roman"/>
          <w:sz w:val="28"/>
          <w:szCs w:val="28"/>
        </w:rPr>
      </w:pPr>
      <w:r w:rsidRPr="001A456E">
        <w:rPr>
          <w:rFonts w:ascii="Times New Roman" w:hAnsi="Times New Roman"/>
          <w:spacing w:val="10"/>
          <w:sz w:val="28"/>
          <w:szCs w:val="28"/>
        </w:rPr>
        <w:lastRenderedPageBreak/>
        <w:t>МЕТАПРЕДМЕТНЫЕ</w:t>
      </w:r>
      <w:r w:rsidRPr="001A456E">
        <w:rPr>
          <w:rFonts w:ascii="Times New Roman" w:hAnsi="Times New Roman"/>
          <w:spacing w:val="49"/>
          <w:w w:val="150"/>
          <w:sz w:val="28"/>
          <w:szCs w:val="28"/>
        </w:rPr>
        <w:t xml:space="preserve"> </w:t>
      </w:r>
      <w:r w:rsidRPr="001A456E">
        <w:rPr>
          <w:rFonts w:ascii="Times New Roman" w:hAnsi="Times New Roman"/>
          <w:spacing w:val="-2"/>
          <w:sz w:val="28"/>
          <w:szCs w:val="28"/>
        </w:rPr>
        <w:t>РЕЗУЛЬТАТЫ</w:t>
      </w:r>
    </w:p>
    <w:p w:rsidR="00AD3ABA" w:rsidRPr="001A456E" w:rsidRDefault="00AD3ABA" w:rsidP="003772B6">
      <w:pPr>
        <w:spacing w:before="163" w:line="240" w:lineRule="auto"/>
        <w:ind w:left="141" w:right="197" w:firstLine="283"/>
        <w:jc w:val="both"/>
        <w:rPr>
          <w:rFonts w:ascii="Times New Roman" w:hAnsi="Times New Roman" w:cs="Times New Roman"/>
          <w:sz w:val="28"/>
          <w:szCs w:val="28"/>
        </w:rPr>
      </w:pPr>
      <w:r w:rsidRPr="001A456E">
        <w:rPr>
          <w:rFonts w:ascii="Times New Roman" w:hAnsi="Times New Roman" w:cs="Times New Roman"/>
          <w:i/>
          <w:w w:val="105"/>
          <w:sz w:val="28"/>
          <w:szCs w:val="28"/>
        </w:rPr>
        <w:t xml:space="preserve">В сфере овладения познавательными универсальными учебными действиями: </w:t>
      </w:r>
      <w:r w:rsidRPr="001A456E">
        <w:rPr>
          <w:rFonts w:ascii="Times New Roman" w:hAnsi="Times New Roman" w:cs="Times New Roman"/>
          <w:w w:val="105"/>
          <w:sz w:val="28"/>
          <w:szCs w:val="28"/>
        </w:rPr>
        <w:t>сравнивать объекты, устанавливать основания для сравнения, устанавливать аналогии; определять существенный признак для классификации,</w:t>
      </w:r>
      <w:r w:rsidRPr="001A456E">
        <w:rPr>
          <w:rFonts w:ascii="Times New Roman" w:hAnsi="Times New Roman" w:cs="Times New Roman"/>
          <w:spacing w:val="1"/>
          <w:w w:val="105"/>
          <w:sz w:val="28"/>
          <w:szCs w:val="28"/>
        </w:rPr>
        <w:t xml:space="preserve"> </w:t>
      </w:r>
      <w:r w:rsidR="00C44676" w:rsidRPr="001A456E">
        <w:rPr>
          <w:rFonts w:ascii="Times New Roman" w:hAnsi="Times New Roman" w:cs="Times New Roman"/>
          <w:spacing w:val="-2"/>
          <w:w w:val="105"/>
          <w:sz w:val="28"/>
          <w:szCs w:val="28"/>
        </w:rPr>
        <w:t>классифи</w:t>
      </w:r>
      <w:r w:rsidRPr="001A456E">
        <w:rPr>
          <w:rFonts w:ascii="Times New Roman" w:hAnsi="Times New Roman" w:cs="Times New Roman"/>
          <w:w w:val="105"/>
          <w:sz w:val="28"/>
          <w:szCs w:val="28"/>
        </w:rPr>
        <w:t>цировать предложенные объекты; находить закономерности и противоречия в</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рассматриваемых</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фактах,</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данных</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и</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наблюдениях</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на</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основе</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 xml:space="preserve">предложенного </w:t>
      </w:r>
      <w:r w:rsidRPr="001A456E">
        <w:rPr>
          <w:rFonts w:ascii="Times New Roman" w:hAnsi="Times New Roman" w:cs="Times New Roman"/>
          <w:sz w:val="28"/>
          <w:szCs w:val="28"/>
        </w:rPr>
        <w:t xml:space="preserve">педагогическим работником алгоритма; выявлять недостаток информации для </w:t>
      </w:r>
      <w:r w:rsidRPr="001A456E">
        <w:rPr>
          <w:rFonts w:ascii="Times New Roman" w:hAnsi="Times New Roman" w:cs="Times New Roman"/>
          <w:spacing w:val="-2"/>
          <w:w w:val="105"/>
          <w:sz w:val="28"/>
          <w:szCs w:val="28"/>
        </w:rPr>
        <w:t>решения</w:t>
      </w:r>
      <w:r w:rsidRPr="001A456E">
        <w:rPr>
          <w:rFonts w:ascii="Times New Roman" w:hAnsi="Times New Roman" w:cs="Times New Roman"/>
          <w:spacing w:val="-6"/>
          <w:w w:val="105"/>
          <w:sz w:val="28"/>
          <w:szCs w:val="28"/>
        </w:rPr>
        <w:t xml:space="preserve"> </w:t>
      </w:r>
      <w:r w:rsidRPr="001A456E">
        <w:rPr>
          <w:rFonts w:ascii="Times New Roman" w:hAnsi="Times New Roman" w:cs="Times New Roman"/>
          <w:spacing w:val="-2"/>
          <w:w w:val="105"/>
          <w:sz w:val="28"/>
          <w:szCs w:val="28"/>
        </w:rPr>
        <w:t>учебной</w:t>
      </w:r>
      <w:r w:rsidRPr="001A456E">
        <w:rPr>
          <w:rFonts w:ascii="Times New Roman" w:hAnsi="Times New Roman" w:cs="Times New Roman"/>
          <w:spacing w:val="-6"/>
          <w:w w:val="105"/>
          <w:sz w:val="28"/>
          <w:szCs w:val="28"/>
        </w:rPr>
        <w:t xml:space="preserve"> </w:t>
      </w:r>
      <w:r w:rsidRPr="001A456E">
        <w:rPr>
          <w:rFonts w:ascii="Times New Roman" w:hAnsi="Times New Roman" w:cs="Times New Roman"/>
          <w:spacing w:val="-2"/>
          <w:w w:val="105"/>
          <w:sz w:val="28"/>
          <w:szCs w:val="28"/>
        </w:rPr>
        <w:t>(практической)</w:t>
      </w:r>
      <w:r w:rsidRPr="001A456E">
        <w:rPr>
          <w:rFonts w:ascii="Times New Roman" w:hAnsi="Times New Roman" w:cs="Times New Roman"/>
          <w:spacing w:val="-6"/>
          <w:w w:val="105"/>
          <w:sz w:val="28"/>
          <w:szCs w:val="28"/>
        </w:rPr>
        <w:t xml:space="preserve"> </w:t>
      </w:r>
      <w:r w:rsidRPr="001A456E">
        <w:rPr>
          <w:rFonts w:ascii="Times New Roman" w:hAnsi="Times New Roman" w:cs="Times New Roman"/>
          <w:spacing w:val="-2"/>
          <w:w w:val="105"/>
          <w:sz w:val="28"/>
          <w:szCs w:val="28"/>
        </w:rPr>
        <w:t>задачи</w:t>
      </w:r>
      <w:r w:rsidRPr="001A456E">
        <w:rPr>
          <w:rFonts w:ascii="Times New Roman" w:hAnsi="Times New Roman" w:cs="Times New Roman"/>
          <w:spacing w:val="-6"/>
          <w:w w:val="105"/>
          <w:sz w:val="28"/>
          <w:szCs w:val="28"/>
        </w:rPr>
        <w:t xml:space="preserve"> </w:t>
      </w:r>
      <w:r w:rsidRPr="001A456E">
        <w:rPr>
          <w:rFonts w:ascii="Times New Roman" w:hAnsi="Times New Roman" w:cs="Times New Roman"/>
          <w:spacing w:val="-2"/>
          <w:w w:val="105"/>
          <w:sz w:val="28"/>
          <w:szCs w:val="28"/>
        </w:rPr>
        <w:t>на</w:t>
      </w:r>
      <w:r w:rsidRPr="001A456E">
        <w:rPr>
          <w:rFonts w:ascii="Times New Roman" w:hAnsi="Times New Roman" w:cs="Times New Roman"/>
          <w:spacing w:val="-6"/>
          <w:w w:val="105"/>
          <w:sz w:val="28"/>
          <w:szCs w:val="28"/>
        </w:rPr>
        <w:t xml:space="preserve"> </w:t>
      </w:r>
      <w:r w:rsidRPr="001A456E">
        <w:rPr>
          <w:rFonts w:ascii="Times New Roman" w:hAnsi="Times New Roman" w:cs="Times New Roman"/>
          <w:spacing w:val="-2"/>
          <w:w w:val="105"/>
          <w:sz w:val="28"/>
          <w:szCs w:val="28"/>
        </w:rPr>
        <w:t>основе</w:t>
      </w:r>
      <w:r w:rsidRPr="001A456E">
        <w:rPr>
          <w:rFonts w:ascii="Times New Roman" w:hAnsi="Times New Roman" w:cs="Times New Roman"/>
          <w:spacing w:val="-6"/>
          <w:w w:val="105"/>
          <w:sz w:val="28"/>
          <w:szCs w:val="28"/>
        </w:rPr>
        <w:t xml:space="preserve"> </w:t>
      </w:r>
      <w:r w:rsidRPr="001A456E">
        <w:rPr>
          <w:rFonts w:ascii="Times New Roman" w:hAnsi="Times New Roman" w:cs="Times New Roman"/>
          <w:spacing w:val="-2"/>
          <w:w w:val="105"/>
          <w:sz w:val="28"/>
          <w:szCs w:val="28"/>
        </w:rPr>
        <w:t>предложенного</w:t>
      </w:r>
      <w:r w:rsidRPr="001A456E">
        <w:rPr>
          <w:rFonts w:ascii="Times New Roman" w:hAnsi="Times New Roman" w:cs="Times New Roman"/>
          <w:spacing w:val="-6"/>
          <w:w w:val="105"/>
          <w:sz w:val="28"/>
          <w:szCs w:val="28"/>
        </w:rPr>
        <w:t xml:space="preserve"> </w:t>
      </w:r>
      <w:r w:rsidRPr="001A456E">
        <w:rPr>
          <w:rFonts w:ascii="Times New Roman" w:hAnsi="Times New Roman" w:cs="Times New Roman"/>
          <w:spacing w:val="-2"/>
          <w:w w:val="105"/>
          <w:sz w:val="28"/>
          <w:szCs w:val="28"/>
        </w:rPr>
        <w:t xml:space="preserve">алгоритма; </w:t>
      </w:r>
      <w:r w:rsidRPr="001A456E">
        <w:rPr>
          <w:rFonts w:ascii="Times New Roman" w:hAnsi="Times New Roman" w:cs="Times New Roman"/>
          <w:sz w:val="28"/>
          <w:szCs w:val="28"/>
        </w:rPr>
        <w:t xml:space="preserve">устанавливать причинно-следственные связи в ситуациях, поддающихся непо- </w:t>
      </w:r>
      <w:r w:rsidRPr="001A456E">
        <w:rPr>
          <w:rFonts w:ascii="Times New Roman" w:hAnsi="Times New Roman" w:cs="Times New Roman"/>
          <w:w w:val="105"/>
          <w:sz w:val="28"/>
          <w:szCs w:val="28"/>
        </w:rPr>
        <w:t>средственному</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наблюдению</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или</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знакомых</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по</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опыту,</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делать</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выводы;</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 xml:space="preserve">опреде- </w:t>
      </w:r>
      <w:r w:rsidRPr="001A456E">
        <w:rPr>
          <w:rFonts w:ascii="Times New Roman" w:hAnsi="Times New Roman" w:cs="Times New Roman"/>
          <w:sz w:val="28"/>
          <w:szCs w:val="28"/>
        </w:rPr>
        <w:t xml:space="preserve">лять разрыв между реальным и желательным состоянием объекта (ситуации) на </w:t>
      </w:r>
      <w:r w:rsidRPr="001A456E">
        <w:rPr>
          <w:rFonts w:ascii="Times New Roman" w:hAnsi="Times New Roman" w:cs="Times New Roman"/>
          <w:spacing w:val="-2"/>
          <w:w w:val="105"/>
          <w:sz w:val="28"/>
          <w:szCs w:val="28"/>
        </w:rPr>
        <w:t xml:space="preserve">основе предложенных педагогическим работником вопросов; формулировать </w:t>
      </w:r>
      <w:r w:rsidRPr="001A456E">
        <w:rPr>
          <w:rFonts w:ascii="Times New Roman" w:hAnsi="Times New Roman" w:cs="Times New Roman"/>
          <w:w w:val="105"/>
          <w:sz w:val="28"/>
          <w:szCs w:val="28"/>
        </w:rPr>
        <w:t>выводы</w:t>
      </w:r>
      <w:r w:rsidRPr="001A456E">
        <w:rPr>
          <w:rFonts w:ascii="Times New Roman" w:hAnsi="Times New Roman" w:cs="Times New Roman"/>
          <w:spacing w:val="-16"/>
          <w:w w:val="105"/>
          <w:sz w:val="28"/>
          <w:szCs w:val="28"/>
        </w:rPr>
        <w:t xml:space="preserve"> </w:t>
      </w:r>
      <w:r w:rsidRPr="001A456E">
        <w:rPr>
          <w:rFonts w:ascii="Times New Roman" w:hAnsi="Times New Roman" w:cs="Times New Roman"/>
          <w:w w:val="105"/>
          <w:sz w:val="28"/>
          <w:szCs w:val="28"/>
        </w:rPr>
        <w:t>и</w:t>
      </w:r>
      <w:r w:rsidRPr="001A456E">
        <w:rPr>
          <w:rFonts w:ascii="Times New Roman" w:hAnsi="Times New Roman" w:cs="Times New Roman"/>
          <w:spacing w:val="-16"/>
          <w:w w:val="105"/>
          <w:sz w:val="28"/>
          <w:szCs w:val="28"/>
        </w:rPr>
        <w:t xml:space="preserve"> </w:t>
      </w:r>
      <w:r w:rsidRPr="001A456E">
        <w:rPr>
          <w:rFonts w:ascii="Times New Roman" w:hAnsi="Times New Roman" w:cs="Times New Roman"/>
          <w:w w:val="105"/>
          <w:sz w:val="28"/>
          <w:szCs w:val="28"/>
        </w:rPr>
        <w:t>подкреплять</w:t>
      </w:r>
      <w:r w:rsidRPr="001A456E">
        <w:rPr>
          <w:rFonts w:ascii="Times New Roman" w:hAnsi="Times New Roman" w:cs="Times New Roman"/>
          <w:spacing w:val="-16"/>
          <w:w w:val="105"/>
          <w:sz w:val="28"/>
          <w:szCs w:val="28"/>
        </w:rPr>
        <w:t xml:space="preserve"> </w:t>
      </w:r>
      <w:r w:rsidRPr="001A456E">
        <w:rPr>
          <w:rFonts w:ascii="Times New Roman" w:hAnsi="Times New Roman" w:cs="Times New Roman"/>
          <w:w w:val="105"/>
          <w:sz w:val="28"/>
          <w:szCs w:val="28"/>
        </w:rPr>
        <w:t>их</w:t>
      </w:r>
      <w:r w:rsidRPr="001A456E">
        <w:rPr>
          <w:rFonts w:ascii="Times New Roman" w:hAnsi="Times New Roman" w:cs="Times New Roman"/>
          <w:spacing w:val="-16"/>
          <w:w w:val="105"/>
          <w:sz w:val="28"/>
          <w:szCs w:val="28"/>
        </w:rPr>
        <w:t xml:space="preserve"> </w:t>
      </w:r>
      <w:r w:rsidRPr="001A456E">
        <w:rPr>
          <w:rFonts w:ascii="Times New Roman" w:hAnsi="Times New Roman" w:cs="Times New Roman"/>
          <w:w w:val="105"/>
          <w:sz w:val="28"/>
          <w:szCs w:val="28"/>
        </w:rPr>
        <w:t>доказательствами</w:t>
      </w:r>
      <w:r w:rsidRPr="001A456E">
        <w:rPr>
          <w:rFonts w:ascii="Times New Roman" w:hAnsi="Times New Roman" w:cs="Times New Roman"/>
          <w:spacing w:val="-16"/>
          <w:w w:val="105"/>
          <w:sz w:val="28"/>
          <w:szCs w:val="28"/>
        </w:rPr>
        <w:t xml:space="preserve"> </w:t>
      </w:r>
      <w:r w:rsidRPr="001A456E">
        <w:rPr>
          <w:rFonts w:ascii="Times New Roman" w:hAnsi="Times New Roman" w:cs="Times New Roman"/>
          <w:w w:val="105"/>
          <w:sz w:val="28"/>
          <w:szCs w:val="28"/>
        </w:rPr>
        <w:t>на</w:t>
      </w:r>
      <w:r w:rsidRPr="001A456E">
        <w:rPr>
          <w:rFonts w:ascii="Times New Roman" w:hAnsi="Times New Roman" w:cs="Times New Roman"/>
          <w:spacing w:val="-16"/>
          <w:w w:val="105"/>
          <w:sz w:val="28"/>
          <w:szCs w:val="28"/>
        </w:rPr>
        <w:t xml:space="preserve"> </w:t>
      </w:r>
      <w:r w:rsidRPr="001A456E">
        <w:rPr>
          <w:rFonts w:ascii="Times New Roman" w:hAnsi="Times New Roman" w:cs="Times New Roman"/>
          <w:w w:val="105"/>
          <w:sz w:val="28"/>
          <w:szCs w:val="28"/>
        </w:rPr>
        <w:t>основе</w:t>
      </w:r>
      <w:r w:rsidRPr="001A456E">
        <w:rPr>
          <w:rFonts w:ascii="Times New Roman" w:hAnsi="Times New Roman" w:cs="Times New Roman"/>
          <w:spacing w:val="-16"/>
          <w:w w:val="105"/>
          <w:sz w:val="28"/>
          <w:szCs w:val="28"/>
        </w:rPr>
        <w:t xml:space="preserve"> </w:t>
      </w:r>
      <w:r w:rsidRPr="001A456E">
        <w:rPr>
          <w:rFonts w:ascii="Times New Roman" w:hAnsi="Times New Roman" w:cs="Times New Roman"/>
          <w:w w:val="105"/>
          <w:sz w:val="28"/>
          <w:szCs w:val="28"/>
        </w:rPr>
        <w:t>результатов</w:t>
      </w:r>
      <w:r w:rsidRPr="001A456E">
        <w:rPr>
          <w:rFonts w:ascii="Times New Roman" w:hAnsi="Times New Roman" w:cs="Times New Roman"/>
          <w:spacing w:val="-16"/>
          <w:w w:val="105"/>
          <w:sz w:val="28"/>
          <w:szCs w:val="28"/>
        </w:rPr>
        <w:t xml:space="preserve"> </w:t>
      </w:r>
      <w:r w:rsidRPr="001A456E">
        <w:rPr>
          <w:rFonts w:ascii="Times New Roman" w:hAnsi="Times New Roman" w:cs="Times New Roman"/>
          <w:w w:val="105"/>
          <w:sz w:val="28"/>
          <w:szCs w:val="28"/>
        </w:rPr>
        <w:t>проведён- ного</w:t>
      </w:r>
      <w:r w:rsidRPr="001A456E">
        <w:rPr>
          <w:rFonts w:ascii="Times New Roman" w:hAnsi="Times New Roman" w:cs="Times New Roman"/>
          <w:spacing w:val="-1"/>
          <w:w w:val="105"/>
          <w:sz w:val="28"/>
          <w:szCs w:val="28"/>
        </w:rPr>
        <w:t xml:space="preserve"> </w:t>
      </w:r>
      <w:r w:rsidRPr="001A456E">
        <w:rPr>
          <w:rFonts w:ascii="Times New Roman" w:hAnsi="Times New Roman" w:cs="Times New Roman"/>
          <w:w w:val="105"/>
          <w:sz w:val="28"/>
          <w:szCs w:val="28"/>
        </w:rPr>
        <w:t>наблюдения</w:t>
      </w:r>
      <w:r w:rsidRPr="001A456E">
        <w:rPr>
          <w:rFonts w:ascii="Times New Roman" w:hAnsi="Times New Roman" w:cs="Times New Roman"/>
          <w:spacing w:val="-1"/>
          <w:w w:val="105"/>
          <w:sz w:val="28"/>
          <w:szCs w:val="28"/>
        </w:rPr>
        <w:t xml:space="preserve"> </w:t>
      </w:r>
      <w:r w:rsidRPr="001A456E">
        <w:rPr>
          <w:rFonts w:ascii="Times New Roman" w:hAnsi="Times New Roman" w:cs="Times New Roman"/>
          <w:w w:val="105"/>
          <w:sz w:val="28"/>
          <w:szCs w:val="28"/>
        </w:rPr>
        <w:t>(опыта,</w:t>
      </w:r>
      <w:r w:rsidRPr="001A456E">
        <w:rPr>
          <w:rFonts w:ascii="Times New Roman" w:hAnsi="Times New Roman" w:cs="Times New Roman"/>
          <w:spacing w:val="-1"/>
          <w:w w:val="105"/>
          <w:sz w:val="28"/>
          <w:szCs w:val="28"/>
        </w:rPr>
        <w:t xml:space="preserve"> </w:t>
      </w:r>
      <w:r w:rsidRPr="001A456E">
        <w:rPr>
          <w:rFonts w:ascii="Times New Roman" w:hAnsi="Times New Roman" w:cs="Times New Roman"/>
          <w:w w:val="105"/>
          <w:sz w:val="28"/>
          <w:szCs w:val="28"/>
        </w:rPr>
        <w:t>измерения,</w:t>
      </w:r>
      <w:r w:rsidRPr="001A456E">
        <w:rPr>
          <w:rFonts w:ascii="Times New Roman" w:hAnsi="Times New Roman" w:cs="Times New Roman"/>
          <w:spacing w:val="-1"/>
          <w:w w:val="105"/>
          <w:sz w:val="28"/>
          <w:szCs w:val="28"/>
        </w:rPr>
        <w:t xml:space="preserve"> </w:t>
      </w:r>
      <w:r w:rsidRPr="001A456E">
        <w:rPr>
          <w:rFonts w:ascii="Times New Roman" w:hAnsi="Times New Roman" w:cs="Times New Roman"/>
          <w:w w:val="105"/>
          <w:sz w:val="28"/>
          <w:szCs w:val="28"/>
        </w:rPr>
        <w:t>классификации,</w:t>
      </w:r>
      <w:r w:rsidRPr="001A456E">
        <w:rPr>
          <w:rFonts w:ascii="Times New Roman" w:hAnsi="Times New Roman" w:cs="Times New Roman"/>
          <w:spacing w:val="-1"/>
          <w:w w:val="105"/>
          <w:sz w:val="28"/>
          <w:szCs w:val="28"/>
        </w:rPr>
        <w:t xml:space="preserve"> </w:t>
      </w:r>
      <w:r w:rsidRPr="001A456E">
        <w:rPr>
          <w:rFonts w:ascii="Times New Roman" w:hAnsi="Times New Roman" w:cs="Times New Roman"/>
          <w:w w:val="105"/>
          <w:sz w:val="28"/>
          <w:szCs w:val="28"/>
        </w:rPr>
        <w:t>сравнения,</w:t>
      </w:r>
      <w:r w:rsidRPr="001A456E">
        <w:rPr>
          <w:rFonts w:ascii="Times New Roman" w:hAnsi="Times New Roman" w:cs="Times New Roman"/>
          <w:spacing w:val="-1"/>
          <w:w w:val="105"/>
          <w:sz w:val="28"/>
          <w:szCs w:val="28"/>
        </w:rPr>
        <w:t xml:space="preserve"> </w:t>
      </w:r>
      <w:r w:rsidRPr="001A456E">
        <w:rPr>
          <w:rFonts w:ascii="Times New Roman" w:hAnsi="Times New Roman" w:cs="Times New Roman"/>
          <w:w w:val="105"/>
          <w:sz w:val="28"/>
          <w:szCs w:val="28"/>
        </w:rPr>
        <w:t xml:space="preserve">исследова- ния); прогнозировать возможное развитие процессов, событий и их послед- ствия в аналогичных или сходных ситуациях; выбирать источник получения </w:t>
      </w:r>
      <w:r w:rsidRPr="001A456E">
        <w:rPr>
          <w:rFonts w:ascii="Times New Roman" w:hAnsi="Times New Roman" w:cs="Times New Roman"/>
          <w:sz w:val="28"/>
          <w:szCs w:val="28"/>
        </w:rPr>
        <w:t xml:space="preserve">информации, согласно заданному алгоритму находить в предложенном источ- </w:t>
      </w:r>
      <w:r w:rsidRPr="001A456E">
        <w:rPr>
          <w:rFonts w:ascii="Times New Roman" w:hAnsi="Times New Roman" w:cs="Times New Roman"/>
          <w:w w:val="105"/>
          <w:sz w:val="28"/>
          <w:szCs w:val="28"/>
        </w:rPr>
        <w:t>нике</w:t>
      </w:r>
      <w:r w:rsidRPr="001A456E">
        <w:rPr>
          <w:rFonts w:ascii="Times New Roman" w:hAnsi="Times New Roman" w:cs="Times New Roman"/>
          <w:spacing w:val="-13"/>
          <w:w w:val="105"/>
          <w:sz w:val="28"/>
          <w:szCs w:val="28"/>
        </w:rPr>
        <w:t xml:space="preserve"> </w:t>
      </w:r>
      <w:r w:rsidRPr="001A456E">
        <w:rPr>
          <w:rFonts w:ascii="Times New Roman" w:hAnsi="Times New Roman" w:cs="Times New Roman"/>
          <w:w w:val="105"/>
          <w:sz w:val="28"/>
          <w:szCs w:val="28"/>
        </w:rPr>
        <w:t>информацию,</w:t>
      </w:r>
      <w:r w:rsidRPr="001A456E">
        <w:rPr>
          <w:rFonts w:ascii="Times New Roman" w:hAnsi="Times New Roman" w:cs="Times New Roman"/>
          <w:spacing w:val="-13"/>
          <w:w w:val="105"/>
          <w:sz w:val="28"/>
          <w:szCs w:val="28"/>
        </w:rPr>
        <w:t xml:space="preserve"> </w:t>
      </w:r>
      <w:r w:rsidRPr="001A456E">
        <w:rPr>
          <w:rFonts w:ascii="Times New Roman" w:hAnsi="Times New Roman" w:cs="Times New Roman"/>
          <w:w w:val="105"/>
          <w:sz w:val="28"/>
          <w:szCs w:val="28"/>
        </w:rPr>
        <w:t>представленную</w:t>
      </w:r>
      <w:r w:rsidRPr="001A456E">
        <w:rPr>
          <w:rFonts w:ascii="Times New Roman" w:hAnsi="Times New Roman" w:cs="Times New Roman"/>
          <w:spacing w:val="-13"/>
          <w:w w:val="105"/>
          <w:sz w:val="28"/>
          <w:szCs w:val="28"/>
        </w:rPr>
        <w:t xml:space="preserve"> </w:t>
      </w:r>
      <w:r w:rsidRPr="001A456E">
        <w:rPr>
          <w:rFonts w:ascii="Times New Roman" w:hAnsi="Times New Roman" w:cs="Times New Roman"/>
          <w:w w:val="105"/>
          <w:sz w:val="28"/>
          <w:szCs w:val="28"/>
        </w:rPr>
        <w:t>в</w:t>
      </w:r>
      <w:r w:rsidRPr="001A456E">
        <w:rPr>
          <w:rFonts w:ascii="Times New Roman" w:hAnsi="Times New Roman" w:cs="Times New Roman"/>
          <w:spacing w:val="-13"/>
          <w:w w:val="105"/>
          <w:sz w:val="28"/>
          <w:szCs w:val="28"/>
        </w:rPr>
        <w:t xml:space="preserve"> </w:t>
      </w:r>
      <w:r w:rsidRPr="001A456E">
        <w:rPr>
          <w:rFonts w:ascii="Times New Roman" w:hAnsi="Times New Roman" w:cs="Times New Roman"/>
          <w:w w:val="105"/>
          <w:sz w:val="28"/>
          <w:szCs w:val="28"/>
        </w:rPr>
        <w:t>явном</w:t>
      </w:r>
      <w:r w:rsidRPr="001A456E">
        <w:rPr>
          <w:rFonts w:ascii="Times New Roman" w:hAnsi="Times New Roman" w:cs="Times New Roman"/>
          <w:spacing w:val="-13"/>
          <w:w w:val="105"/>
          <w:sz w:val="28"/>
          <w:szCs w:val="28"/>
        </w:rPr>
        <w:t xml:space="preserve"> </w:t>
      </w:r>
      <w:r w:rsidRPr="001A456E">
        <w:rPr>
          <w:rFonts w:ascii="Times New Roman" w:hAnsi="Times New Roman" w:cs="Times New Roman"/>
          <w:w w:val="105"/>
          <w:sz w:val="28"/>
          <w:szCs w:val="28"/>
        </w:rPr>
        <w:t>виде,</w:t>
      </w:r>
      <w:r w:rsidRPr="001A456E">
        <w:rPr>
          <w:rFonts w:ascii="Times New Roman" w:hAnsi="Times New Roman" w:cs="Times New Roman"/>
          <w:spacing w:val="-13"/>
          <w:w w:val="105"/>
          <w:sz w:val="28"/>
          <w:szCs w:val="28"/>
        </w:rPr>
        <w:t xml:space="preserve"> </w:t>
      </w:r>
      <w:r w:rsidRPr="001A456E">
        <w:rPr>
          <w:rFonts w:ascii="Times New Roman" w:hAnsi="Times New Roman" w:cs="Times New Roman"/>
          <w:w w:val="105"/>
          <w:sz w:val="28"/>
          <w:szCs w:val="28"/>
        </w:rPr>
        <w:t>распознавать</w:t>
      </w:r>
      <w:r w:rsidRPr="001A456E">
        <w:rPr>
          <w:rFonts w:ascii="Times New Roman" w:hAnsi="Times New Roman" w:cs="Times New Roman"/>
          <w:spacing w:val="-13"/>
          <w:w w:val="105"/>
          <w:sz w:val="28"/>
          <w:szCs w:val="28"/>
        </w:rPr>
        <w:t xml:space="preserve"> </w:t>
      </w:r>
      <w:r w:rsidRPr="001A456E">
        <w:rPr>
          <w:rFonts w:ascii="Times New Roman" w:hAnsi="Times New Roman" w:cs="Times New Roman"/>
          <w:w w:val="105"/>
          <w:sz w:val="28"/>
          <w:szCs w:val="28"/>
        </w:rPr>
        <w:t xml:space="preserve">достоверную </w:t>
      </w:r>
      <w:r w:rsidRPr="001A456E">
        <w:rPr>
          <w:rFonts w:ascii="Times New Roman" w:hAnsi="Times New Roman" w:cs="Times New Roman"/>
          <w:spacing w:val="-2"/>
          <w:w w:val="105"/>
          <w:sz w:val="28"/>
          <w:szCs w:val="28"/>
        </w:rPr>
        <w:t>и</w:t>
      </w:r>
      <w:r w:rsidRPr="001A456E">
        <w:rPr>
          <w:rFonts w:ascii="Times New Roman" w:hAnsi="Times New Roman" w:cs="Times New Roman"/>
          <w:spacing w:val="-9"/>
          <w:w w:val="105"/>
          <w:sz w:val="28"/>
          <w:szCs w:val="28"/>
        </w:rPr>
        <w:t xml:space="preserve"> </w:t>
      </w:r>
      <w:r w:rsidRPr="001A456E">
        <w:rPr>
          <w:rFonts w:ascii="Times New Roman" w:hAnsi="Times New Roman" w:cs="Times New Roman"/>
          <w:spacing w:val="-2"/>
          <w:w w:val="105"/>
          <w:sz w:val="28"/>
          <w:szCs w:val="28"/>
        </w:rPr>
        <w:t>недостоверную</w:t>
      </w:r>
      <w:r w:rsidRPr="001A456E">
        <w:rPr>
          <w:rFonts w:ascii="Times New Roman" w:hAnsi="Times New Roman" w:cs="Times New Roman"/>
          <w:spacing w:val="-9"/>
          <w:w w:val="105"/>
          <w:sz w:val="28"/>
          <w:szCs w:val="28"/>
        </w:rPr>
        <w:t xml:space="preserve"> </w:t>
      </w:r>
      <w:r w:rsidRPr="001A456E">
        <w:rPr>
          <w:rFonts w:ascii="Times New Roman" w:hAnsi="Times New Roman" w:cs="Times New Roman"/>
          <w:spacing w:val="-2"/>
          <w:w w:val="105"/>
          <w:sz w:val="28"/>
          <w:szCs w:val="28"/>
        </w:rPr>
        <w:t>информацию</w:t>
      </w:r>
      <w:r w:rsidRPr="001A456E">
        <w:rPr>
          <w:rFonts w:ascii="Times New Roman" w:hAnsi="Times New Roman" w:cs="Times New Roman"/>
          <w:spacing w:val="-9"/>
          <w:w w:val="105"/>
          <w:sz w:val="28"/>
          <w:szCs w:val="28"/>
        </w:rPr>
        <w:t xml:space="preserve"> </w:t>
      </w:r>
      <w:r w:rsidRPr="001A456E">
        <w:rPr>
          <w:rFonts w:ascii="Times New Roman" w:hAnsi="Times New Roman" w:cs="Times New Roman"/>
          <w:spacing w:val="-2"/>
          <w:w w:val="105"/>
          <w:sz w:val="28"/>
          <w:szCs w:val="28"/>
        </w:rPr>
        <w:t>самостоятельно</w:t>
      </w:r>
      <w:r w:rsidRPr="001A456E">
        <w:rPr>
          <w:rFonts w:ascii="Times New Roman" w:hAnsi="Times New Roman" w:cs="Times New Roman"/>
          <w:spacing w:val="-9"/>
          <w:w w:val="105"/>
          <w:sz w:val="28"/>
          <w:szCs w:val="28"/>
        </w:rPr>
        <w:t xml:space="preserve"> </w:t>
      </w:r>
      <w:r w:rsidRPr="001A456E">
        <w:rPr>
          <w:rFonts w:ascii="Times New Roman" w:hAnsi="Times New Roman" w:cs="Times New Roman"/>
          <w:spacing w:val="-2"/>
          <w:w w:val="105"/>
          <w:sz w:val="28"/>
          <w:szCs w:val="28"/>
        </w:rPr>
        <w:t>или</w:t>
      </w:r>
      <w:r w:rsidRPr="001A456E">
        <w:rPr>
          <w:rFonts w:ascii="Times New Roman" w:hAnsi="Times New Roman" w:cs="Times New Roman"/>
          <w:spacing w:val="-9"/>
          <w:w w:val="105"/>
          <w:sz w:val="28"/>
          <w:szCs w:val="28"/>
        </w:rPr>
        <w:t xml:space="preserve"> </w:t>
      </w:r>
      <w:r w:rsidRPr="001A456E">
        <w:rPr>
          <w:rFonts w:ascii="Times New Roman" w:hAnsi="Times New Roman" w:cs="Times New Roman"/>
          <w:spacing w:val="-2"/>
          <w:w w:val="105"/>
          <w:sz w:val="28"/>
          <w:szCs w:val="28"/>
        </w:rPr>
        <w:t>на</w:t>
      </w:r>
      <w:r w:rsidRPr="001A456E">
        <w:rPr>
          <w:rFonts w:ascii="Times New Roman" w:hAnsi="Times New Roman" w:cs="Times New Roman"/>
          <w:spacing w:val="-9"/>
          <w:w w:val="105"/>
          <w:sz w:val="28"/>
          <w:szCs w:val="28"/>
        </w:rPr>
        <w:t xml:space="preserve"> </w:t>
      </w:r>
      <w:r w:rsidRPr="001A456E">
        <w:rPr>
          <w:rFonts w:ascii="Times New Roman" w:hAnsi="Times New Roman" w:cs="Times New Roman"/>
          <w:spacing w:val="-2"/>
          <w:w w:val="105"/>
          <w:sz w:val="28"/>
          <w:szCs w:val="28"/>
        </w:rPr>
        <w:t>основании</w:t>
      </w:r>
      <w:r w:rsidRPr="001A456E">
        <w:rPr>
          <w:rFonts w:ascii="Times New Roman" w:hAnsi="Times New Roman" w:cs="Times New Roman"/>
          <w:spacing w:val="-9"/>
          <w:w w:val="105"/>
          <w:sz w:val="28"/>
          <w:szCs w:val="28"/>
        </w:rPr>
        <w:t xml:space="preserve"> </w:t>
      </w:r>
      <w:r w:rsidRPr="001A456E">
        <w:rPr>
          <w:rFonts w:ascii="Times New Roman" w:hAnsi="Times New Roman" w:cs="Times New Roman"/>
          <w:spacing w:val="-2"/>
          <w:w w:val="105"/>
          <w:sz w:val="28"/>
          <w:szCs w:val="28"/>
        </w:rPr>
        <w:t>предложен- ного</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spacing w:val="-2"/>
          <w:w w:val="105"/>
          <w:sz w:val="28"/>
          <w:szCs w:val="28"/>
        </w:rPr>
        <w:t>педагогическим</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spacing w:val="-2"/>
          <w:w w:val="105"/>
          <w:sz w:val="28"/>
          <w:szCs w:val="28"/>
        </w:rPr>
        <w:t>работником</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spacing w:val="-2"/>
          <w:w w:val="105"/>
          <w:sz w:val="28"/>
          <w:szCs w:val="28"/>
        </w:rPr>
        <w:t>способа</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spacing w:val="-2"/>
          <w:w w:val="105"/>
          <w:sz w:val="28"/>
          <w:szCs w:val="28"/>
        </w:rPr>
        <w:t>её</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spacing w:val="-2"/>
          <w:w w:val="105"/>
          <w:sz w:val="28"/>
          <w:szCs w:val="28"/>
        </w:rPr>
        <w:t>проверки;</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spacing w:val="-2"/>
          <w:w w:val="105"/>
          <w:sz w:val="28"/>
          <w:szCs w:val="28"/>
        </w:rPr>
        <w:t>соблюдать</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spacing w:val="-2"/>
          <w:w w:val="105"/>
          <w:sz w:val="28"/>
          <w:szCs w:val="28"/>
        </w:rPr>
        <w:t>с</w:t>
      </w:r>
      <w:r w:rsidRPr="001A456E">
        <w:rPr>
          <w:rFonts w:ascii="Times New Roman" w:hAnsi="Times New Roman" w:cs="Times New Roman"/>
          <w:spacing w:val="-12"/>
          <w:w w:val="105"/>
          <w:sz w:val="28"/>
          <w:szCs w:val="28"/>
        </w:rPr>
        <w:t xml:space="preserve"> </w:t>
      </w:r>
      <w:r w:rsidRPr="001A456E">
        <w:rPr>
          <w:rFonts w:ascii="Times New Roman" w:hAnsi="Times New Roman" w:cs="Times New Roman"/>
          <w:spacing w:val="-2"/>
          <w:w w:val="105"/>
          <w:sz w:val="28"/>
          <w:szCs w:val="28"/>
        </w:rPr>
        <w:t xml:space="preserve">помощью взрослых (педагогических работников, родителей (законных представителей) </w:t>
      </w:r>
      <w:r w:rsidRPr="001A456E">
        <w:rPr>
          <w:rFonts w:ascii="Times New Roman" w:hAnsi="Times New Roman" w:cs="Times New Roman"/>
          <w:w w:val="105"/>
          <w:sz w:val="28"/>
          <w:szCs w:val="28"/>
        </w:rPr>
        <w:t>несовершеннолетних</w:t>
      </w:r>
      <w:r w:rsidRPr="001A456E">
        <w:rPr>
          <w:rFonts w:ascii="Times New Roman" w:hAnsi="Times New Roman" w:cs="Times New Roman"/>
          <w:spacing w:val="-3"/>
          <w:w w:val="105"/>
          <w:sz w:val="28"/>
          <w:szCs w:val="28"/>
        </w:rPr>
        <w:t xml:space="preserve"> </w:t>
      </w:r>
      <w:r w:rsidRPr="001A456E">
        <w:rPr>
          <w:rFonts w:ascii="Times New Roman" w:hAnsi="Times New Roman" w:cs="Times New Roman"/>
          <w:w w:val="105"/>
          <w:sz w:val="28"/>
          <w:szCs w:val="28"/>
        </w:rPr>
        <w:t>обучающихся)</w:t>
      </w:r>
      <w:r w:rsidRPr="001A456E">
        <w:rPr>
          <w:rFonts w:ascii="Times New Roman" w:hAnsi="Times New Roman" w:cs="Times New Roman"/>
          <w:spacing w:val="-3"/>
          <w:w w:val="105"/>
          <w:sz w:val="28"/>
          <w:szCs w:val="28"/>
        </w:rPr>
        <w:t xml:space="preserve"> </w:t>
      </w:r>
      <w:r w:rsidRPr="001A456E">
        <w:rPr>
          <w:rFonts w:ascii="Times New Roman" w:hAnsi="Times New Roman" w:cs="Times New Roman"/>
          <w:w w:val="105"/>
          <w:sz w:val="28"/>
          <w:szCs w:val="28"/>
        </w:rPr>
        <w:t>правила</w:t>
      </w:r>
      <w:r w:rsidRPr="001A456E">
        <w:rPr>
          <w:rFonts w:ascii="Times New Roman" w:hAnsi="Times New Roman" w:cs="Times New Roman"/>
          <w:spacing w:val="-3"/>
          <w:w w:val="105"/>
          <w:sz w:val="28"/>
          <w:szCs w:val="28"/>
        </w:rPr>
        <w:t xml:space="preserve"> </w:t>
      </w:r>
      <w:r w:rsidRPr="001A456E">
        <w:rPr>
          <w:rFonts w:ascii="Times New Roman" w:hAnsi="Times New Roman" w:cs="Times New Roman"/>
          <w:w w:val="105"/>
          <w:sz w:val="28"/>
          <w:szCs w:val="28"/>
        </w:rPr>
        <w:t>информационной</w:t>
      </w:r>
      <w:r w:rsidRPr="001A456E">
        <w:rPr>
          <w:rFonts w:ascii="Times New Roman" w:hAnsi="Times New Roman" w:cs="Times New Roman"/>
          <w:spacing w:val="-3"/>
          <w:w w:val="105"/>
          <w:sz w:val="28"/>
          <w:szCs w:val="28"/>
        </w:rPr>
        <w:t xml:space="preserve"> </w:t>
      </w:r>
      <w:r w:rsidRPr="001A456E">
        <w:rPr>
          <w:rFonts w:ascii="Times New Roman" w:hAnsi="Times New Roman" w:cs="Times New Roman"/>
          <w:w w:val="105"/>
          <w:sz w:val="28"/>
          <w:szCs w:val="28"/>
        </w:rPr>
        <w:t>безопасности при</w:t>
      </w:r>
      <w:r w:rsidRPr="001A456E">
        <w:rPr>
          <w:rFonts w:ascii="Times New Roman" w:hAnsi="Times New Roman" w:cs="Times New Roman"/>
          <w:spacing w:val="-5"/>
          <w:w w:val="105"/>
          <w:sz w:val="28"/>
          <w:szCs w:val="28"/>
        </w:rPr>
        <w:t xml:space="preserve"> </w:t>
      </w:r>
      <w:r w:rsidRPr="001A456E">
        <w:rPr>
          <w:rFonts w:ascii="Times New Roman" w:hAnsi="Times New Roman" w:cs="Times New Roman"/>
          <w:w w:val="105"/>
          <w:sz w:val="28"/>
          <w:szCs w:val="28"/>
        </w:rPr>
        <w:t>поиске</w:t>
      </w:r>
      <w:r w:rsidRPr="001A456E">
        <w:rPr>
          <w:rFonts w:ascii="Times New Roman" w:hAnsi="Times New Roman" w:cs="Times New Roman"/>
          <w:spacing w:val="-5"/>
          <w:w w:val="105"/>
          <w:sz w:val="28"/>
          <w:szCs w:val="28"/>
        </w:rPr>
        <w:t xml:space="preserve"> </w:t>
      </w:r>
      <w:r w:rsidRPr="001A456E">
        <w:rPr>
          <w:rFonts w:ascii="Times New Roman" w:hAnsi="Times New Roman" w:cs="Times New Roman"/>
          <w:w w:val="105"/>
          <w:sz w:val="28"/>
          <w:szCs w:val="28"/>
        </w:rPr>
        <w:t>информации</w:t>
      </w:r>
      <w:r w:rsidRPr="001A456E">
        <w:rPr>
          <w:rFonts w:ascii="Times New Roman" w:hAnsi="Times New Roman" w:cs="Times New Roman"/>
          <w:spacing w:val="-5"/>
          <w:w w:val="105"/>
          <w:sz w:val="28"/>
          <w:szCs w:val="28"/>
        </w:rPr>
        <w:t xml:space="preserve"> </w:t>
      </w:r>
      <w:r w:rsidRPr="001A456E">
        <w:rPr>
          <w:rFonts w:ascii="Times New Roman" w:hAnsi="Times New Roman" w:cs="Times New Roman"/>
          <w:w w:val="105"/>
          <w:sz w:val="28"/>
          <w:szCs w:val="28"/>
        </w:rPr>
        <w:t>в</w:t>
      </w:r>
      <w:r w:rsidRPr="001A456E">
        <w:rPr>
          <w:rFonts w:ascii="Times New Roman" w:hAnsi="Times New Roman" w:cs="Times New Roman"/>
          <w:spacing w:val="-5"/>
          <w:w w:val="105"/>
          <w:sz w:val="28"/>
          <w:szCs w:val="28"/>
        </w:rPr>
        <w:t xml:space="preserve"> </w:t>
      </w:r>
      <w:r w:rsidRPr="001A456E">
        <w:rPr>
          <w:rFonts w:ascii="Times New Roman" w:hAnsi="Times New Roman" w:cs="Times New Roman"/>
          <w:w w:val="105"/>
          <w:sz w:val="28"/>
          <w:szCs w:val="28"/>
        </w:rPr>
        <w:t>сети</w:t>
      </w:r>
      <w:r w:rsidRPr="001A456E">
        <w:rPr>
          <w:rFonts w:ascii="Times New Roman" w:hAnsi="Times New Roman" w:cs="Times New Roman"/>
          <w:spacing w:val="-5"/>
          <w:w w:val="105"/>
          <w:sz w:val="28"/>
          <w:szCs w:val="28"/>
        </w:rPr>
        <w:t xml:space="preserve"> </w:t>
      </w:r>
      <w:r w:rsidRPr="001A456E">
        <w:rPr>
          <w:rFonts w:ascii="Times New Roman" w:hAnsi="Times New Roman" w:cs="Times New Roman"/>
          <w:w w:val="105"/>
          <w:sz w:val="28"/>
          <w:szCs w:val="28"/>
        </w:rPr>
        <w:t>Интернет;</w:t>
      </w:r>
      <w:r w:rsidRPr="001A456E">
        <w:rPr>
          <w:rFonts w:ascii="Times New Roman" w:hAnsi="Times New Roman" w:cs="Times New Roman"/>
          <w:spacing w:val="-5"/>
          <w:w w:val="105"/>
          <w:sz w:val="28"/>
          <w:szCs w:val="28"/>
        </w:rPr>
        <w:t xml:space="preserve"> </w:t>
      </w:r>
      <w:r w:rsidRPr="001A456E">
        <w:rPr>
          <w:rFonts w:ascii="Times New Roman" w:hAnsi="Times New Roman" w:cs="Times New Roman"/>
          <w:w w:val="105"/>
          <w:sz w:val="28"/>
          <w:szCs w:val="28"/>
        </w:rPr>
        <w:t>анализировать</w:t>
      </w:r>
      <w:r w:rsidRPr="001A456E">
        <w:rPr>
          <w:rFonts w:ascii="Times New Roman" w:hAnsi="Times New Roman" w:cs="Times New Roman"/>
          <w:spacing w:val="-5"/>
          <w:w w:val="105"/>
          <w:sz w:val="28"/>
          <w:szCs w:val="28"/>
        </w:rPr>
        <w:t xml:space="preserve"> </w:t>
      </w:r>
      <w:r w:rsidRPr="001A456E">
        <w:rPr>
          <w:rFonts w:ascii="Times New Roman" w:hAnsi="Times New Roman" w:cs="Times New Roman"/>
          <w:w w:val="105"/>
          <w:sz w:val="28"/>
          <w:szCs w:val="28"/>
        </w:rPr>
        <w:t>и</w:t>
      </w:r>
      <w:r w:rsidRPr="001A456E">
        <w:rPr>
          <w:rFonts w:ascii="Times New Roman" w:hAnsi="Times New Roman" w:cs="Times New Roman"/>
          <w:spacing w:val="-5"/>
          <w:w w:val="105"/>
          <w:sz w:val="28"/>
          <w:szCs w:val="28"/>
        </w:rPr>
        <w:t xml:space="preserve"> </w:t>
      </w:r>
      <w:r w:rsidRPr="001A456E">
        <w:rPr>
          <w:rFonts w:ascii="Times New Roman" w:hAnsi="Times New Roman" w:cs="Times New Roman"/>
          <w:w w:val="105"/>
          <w:sz w:val="28"/>
          <w:szCs w:val="28"/>
        </w:rPr>
        <w:t>создавать</w:t>
      </w:r>
      <w:r w:rsidRPr="001A456E">
        <w:rPr>
          <w:rFonts w:ascii="Times New Roman" w:hAnsi="Times New Roman" w:cs="Times New Roman"/>
          <w:spacing w:val="-5"/>
          <w:w w:val="105"/>
          <w:sz w:val="28"/>
          <w:szCs w:val="28"/>
        </w:rPr>
        <w:t xml:space="preserve"> </w:t>
      </w:r>
      <w:r w:rsidRPr="001A456E">
        <w:rPr>
          <w:rFonts w:ascii="Times New Roman" w:hAnsi="Times New Roman" w:cs="Times New Roman"/>
          <w:w w:val="105"/>
          <w:sz w:val="28"/>
          <w:szCs w:val="28"/>
        </w:rPr>
        <w:t xml:space="preserve">тексто- вую, видео-, графическую, звуковую информацию в соответствии с учебной </w:t>
      </w:r>
      <w:r w:rsidRPr="001A456E">
        <w:rPr>
          <w:rFonts w:ascii="Times New Roman" w:hAnsi="Times New Roman" w:cs="Times New Roman"/>
          <w:spacing w:val="-2"/>
          <w:w w:val="105"/>
          <w:sz w:val="28"/>
          <w:szCs w:val="28"/>
        </w:rPr>
        <w:t>задачей.</w:t>
      </w:r>
    </w:p>
    <w:p w:rsidR="00AD3ABA" w:rsidRPr="001A456E" w:rsidRDefault="00AD3ABA" w:rsidP="003772B6">
      <w:pPr>
        <w:spacing w:before="160" w:line="240" w:lineRule="auto"/>
        <w:ind w:left="141" w:right="196" w:firstLine="283"/>
        <w:jc w:val="both"/>
        <w:rPr>
          <w:rFonts w:ascii="Times New Roman" w:hAnsi="Times New Roman" w:cs="Times New Roman"/>
          <w:sz w:val="28"/>
          <w:szCs w:val="28"/>
        </w:rPr>
      </w:pPr>
      <w:r w:rsidRPr="001A456E">
        <w:rPr>
          <w:rFonts w:ascii="Times New Roman" w:hAnsi="Times New Roman" w:cs="Times New Roman"/>
          <w:i/>
          <w:w w:val="105"/>
          <w:sz w:val="28"/>
          <w:szCs w:val="28"/>
        </w:rPr>
        <w:t xml:space="preserve">В сфере овладения коммуникативными универсальными учебными действиями: </w:t>
      </w:r>
      <w:r w:rsidRPr="001A456E">
        <w:rPr>
          <w:rFonts w:ascii="Times New Roman" w:hAnsi="Times New Roman" w:cs="Times New Roman"/>
          <w:w w:val="105"/>
          <w:sz w:val="28"/>
          <w:szCs w:val="28"/>
        </w:rPr>
        <w:t>воспринимать и формулировать суждения, выражать эмоции в соответствии с целями и условиями общения в знакомой среде; проявлять уважительное</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отношение</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к</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собеседнику,</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соблюдать</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правила</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ведения</w:t>
      </w:r>
      <w:r w:rsidRPr="001A456E">
        <w:rPr>
          <w:rFonts w:ascii="Times New Roman" w:hAnsi="Times New Roman" w:cs="Times New Roman"/>
          <w:spacing w:val="-17"/>
          <w:w w:val="105"/>
          <w:sz w:val="28"/>
          <w:szCs w:val="28"/>
        </w:rPr>
        <w:t xml:space="preserve"> </w:t>
      </w:r>
      <w:r w:rsidRPr="001A456E">
        <w:rPr>
          <w:rFonts w:ascii="Times New Roman" w:hAnsi="Times New Roman" w:cs="Times New Roman"/>
          <w:w w:val="105"/>
          <w:sz w:val="28"/>
          <w:szCs w:val="28"/>
        </w:rPr>
        <w:t>диалога и</w:t>
      </w:r>
      <w:r w:rsidRPr="001A456E">
        <w:rPr>
          <w:rFonts w:ascii="Times New Roman" w:hAnsi="Times New Roman" w:cs="Times New Roman"/>
          <w:spacing w:val="36"/>
          <w:w w:val="105"/>
          <w:sz w:val="28"/>
          <w:szCs w:val="28"/>
        </w:rPr>
        <w:t xml:space="preserve"> </w:t>
      </w:r>
      <w:r w:rsidRPr="001A456E">
        <w:rPr>
          <w:rFonts w:ascii="Times New Roman" w:hAnsi="Times New Roman" w:cs="Times New Roman"/>
          <w:w w:val="105"/>
          <w:sz w:val="28"/>
          <w:szCs w:val="28"/>
        </w:rPr>
        <w:t>дискуссии,</w:t>
      </w:r>
      <w:r w:rsidRPr="001A456E">
        <w:rPr>
          <w:rFonts w:ascii="Times New Roman" w:hAnsi="Times New Roman" w:cs="Times New Roman"/>
          <w:spacing w:val="36"/>
          <w:w w:val="105"/>
          <w:sz w:val="28"/>
          <w:szCs w:val="28"/>
        </w:rPr>
        <w:t xml:space="preserve"> </w:t>
      </w:r>
      <w:r w:rsidRPr="001A456E">
        <w:rPr>
          <w:rFonts w:ascii="Times New Roman" w:hAnsi="Times New Roman" w:cs="Times New Roman"/>
          <w:w w:val="105"/>
          <w:sz w:val="28"/>
          <w:szCs w:val="28"/>
        </w:rPr>
        <w:t>признавать</w:t>
      </w:r>
      <w:r w:rsidRPr="001A456E">
        <w:rPr>
          <w:rFonts w:ascii="Times New Roman" w:hAnsi="Times New Roman" w:cs="Times New Roman"/>
          <w:spacing w:val="37"/>
          <w:w w:val="105"/>
          <w:sz w:val="28"/>
          <w:szCs w:val="28"/>
        </w:rPr>
        <w:t xml:space="preserve"> </w:t>
      </w:r>
      <w:r w:rsidRPr="001A456E">
        <w:rPr>
          <w:rFonts w:ascii="Times New Roman" w:hAnsi="Times New Roman" w:cs="Times New Roman"/>
          <w:w w:val="105"/>
          <w:sz w:val="28"/>
          <w:szCs w:val="28"/>
        </w:rPr>
        <w:t>возможность</w:t>
      </w:r>
      <w:r w:rsidRPr="001A456E">
        <w:rPr>
          <w:rFonts w:ascii="Times New Roman" w:hAnsi="Times New Roman" w:cs="Times New Roman"/>
          <w:spacing w:val="36"/>
          <w:w w:val="105"/>
          <w:sz w:val="28"/>
          <w:szCs w:val="28"/>
        </w:rPr>
        <w:t xml:space="preserve"> </w:t>
      </w:r>
      <w:r w:rsidRPr="001A456E">
        <w:rPr>
          <w:rFonts w:ascii="Times New Roman" w:hAnsi="Times New Roman" w:cs="Times New Roman"/>
          <w:w w:val="105"/>
          <w:sz w:val="28"/>
          <w:szCs w:val="28"/>
        </w:rPr>
        <w:t>существования</w:t>
      </w:r>
      <w:r w:rsidRPr="001A456E">
        <w:rPr>
          <w:rFonts w:ascii="Times New Roman" w:hAnsi="Times New Roman" w:cs="Times New Roman"/>
          <w:spacing w:val="37"/>
          <w:w w:val="105"/>
          <w:sz w:val="28"/>
          <w:szCs w:val="28"/>
        </w:rPr>
        <w:t xml:space="preserve"> </w:t>
      </w:r>
      <w:r w:rsidRPr="001A456E">
        <w:rPr>
          <w:rFonts w:ascii="Times New Roman" w:hAnsi="Times New Roman" w:cs="Times New Roman"/>
          <w:w w:val="105"/>
          <w:sz w:val="28"/>
          <w:szCs w:val="28"/>
        </w:rPr>
        <w:t>разных</w:t>
      </w:r>
      <w:r w:rsidRPr="001A456E">
        <w:rPr>
          <w:rFonts w:ascii="Times New Roman" w:hAnsi="Times New Roman" w:cs="Times New Roman"/>
          <w:spacing w:val="36"/>
          <w:w w:val="105"/>
          <w:sz w:val="28"/>
          <w:szCs w:val="28"/>
        </w:rPr>
        <w:t xml:space="preserve"> </w:t>
      </w:r>
      <w:r w:rsidRPr="001A456E">
        <w:rPr>
          <w:rFonts w:ascii="Times New Roman" w:hAnsi="Times New Roman" w:cs="Times New Roman"/>
          <w:w w:val="105"/>
          <w:sz w:val="28"/>
          <w:szCs w:val="28"/>
        </w:rPr>
        <w:t>точек</w:t>
      </w:r>
      <w:r w:rsidRPr="001A456E">
        <w:rPr>
          <w:rFonts w:ascii="Times New Roman" w:hAnsi="Times New Roman" w:cs="Times New Roman"/>
          <w:spacing w:val="37"/>
          <w:w w:val="105"/>
          <w:sz w:val="28"/>
          <w:szCs w:val="28"/>
        </w:rPr>
        <w:t xml:space="preserve"> </w:t>
      </w:r>
      <w:r w:rsidRPr="001A456E">
        <w:rPr>
          <w:rFonts w:ascii="Times New Roman" w:hAnsi="Times New Roman" w:cs="Times New Roman"/>
          <w:spacing w:val="-2"/>
          <w:w w:val="105"/>
          <w:sz w:val="28"/>
          <w:szCs w:val="28"/>
        </w:rPr>
        <w:t>зрения,</w:t>
      </w:r>
      <w:r w:rsidRPr="001A456E">
        <w:rPr>
          <w:rFonts w:ascii="Times New Roman" w:hAnsi="Times New Roman" w:cs="Times New Roman"/>
          <w:w w:val="105"/>
          <w:sz w:val="28"/>
          <w:szCs w:val="28"/>
        </w:rPr>
        <w:t>корректно и аргументированно высказывать своё мнение; строить речевое высказывание в соответствии с поставленной задачей; создавать устные и письменные тексты (описание, рассуждение, повествование); готовить небольшие публичные выступления, подбирать иллюстративный материал к тексту выступления;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выполнять</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поручения,</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подчиняться,</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ответственно</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выполнять</w:t>
      </w:r>
      <w:r w:rsidRPr="001A456E">
        <w:rPr>
          <w:rFonts w:ascii="Times New Roman" w:hAnsi="Times New Roman" w:cs="Times New Roman"/>
          <w:spacing w:val="-20"/>
          <w:w w:val="105"/>
          <w:sz w:val="28"/>
          <w:szCs w:val="28"/>
        </w:rPr>
        <w:t xml:space="preserve"> </w:t>
      </w:r>
      <w:r w:rsidRPr="001A456E">
        <w:rPr>
          <w:rFonts w:ascii="Times New Roman" w:hAnsi="Times New Roman" w:cs="Times New Roman"/>
          <w:w w:val="105"/>
          <w:sz w:val="28"/>
          <w:szCs w:val="28"/>
        </w:rPr>
        <w:t>свою часть работы; оценивать свой вклад в общий результат.</w:t>
      </w:r>
      <w:r w:rsidRPr="001A456E">
        <w:rPr>
          <w:rFonts w:ascii="Times New Roman" w:hAnsi="Times New Roman" w:cs="Times New Roman"/>
          <w:i/>
          <w:w w:val="105"/>
          <w:sz w:val="28"/>
          <w:szCs w:val="28"/>
        </w:rPr>
        <w:t xml:space="preserve">В сфере овладения регулятивными универсальными учебными действиями: </w:t>
      </w:r>
      <w:r w:rsidRPr="001A456E">
        <w:rPr>
          <w:rFonts w:ascii="Times New Roman" w:hAnsi="Times New Roman" w:cs="Times New Roman"/>
          <w:w w:val="105"/>
          <w:sz w:val="28"/>
          <w:szCs w:val="28"/>
        </w:rPr>
        <w:t>планировать</w:t>
      </w:r>
      <w:r w:rsidRPr="001A456E">
        <w:rPr>
          <w:rFonts w:ascii="Times New Roman" w:hAnsi="Times New Roman" w:cs="Times New Roman"/>
          <w:spacing w:val="-14"/>
          <w:w w:val="105"/>
          <w:sz w:val="28"/>
          <w:szCs w:val="28"/>
        </w:rPr>
        <w:t xml:space="preserve"> </w:t>
      </w:r>
      <w:r w:rsidRPr="001A456E">
        <w:rPr>
          <w:rFonts w:ascii="Times New Roman" w:hAnsi="Times New Roman" w:cs="Times New Roman"/>
          <w:w w:val="105"/>
          <w:sz w:val="28"/>
          <w:szCs w:val="28"/>
        </w:rPr>
        <w:t>действия</w:t>
      </w:r>
      <w:r w:rsidRPr="001A456E">
        <w:rPr>
          <w:rFonts w:ascii="Times New Roman" w:hAnsi="Times New Roman" w:cs="Times New Roman"/>
          <w:spacing w:val="-13"/>
          <w:w w:val="105"/>
          <w:sz w:val="28"/>
          <w:szCs w:val="28"/>
        </w:rPr>
        <w:t xml:space="preserve"> </w:t>
      </w:r>
      <w:r w:rsidRPr="001A456E">
        <w:rPr>
          <w:rFonts w:ascii="Times New Roman" w:hAnsi="Times New Roman" w:cs="Times New Roman"/>
          <w:w w:val="105"/>
          <w:sz w:val="28"/>
          <w:szCs w:val="28"/>
        </w:rPr>
        <w:t>по</w:t>
      </w:r>
      <w:r w:rsidRPr="001A456E">
        <w:rPr>
          <w:rFonts w:ascii="Times New Roman" w:hAnsi="Times New Roman" w:cs="Times New Roman"/>
          <w:spacing w:val="-13"/>
          <w:w w:val="105"/>
          <w:sz w:val="28"/>
          <w:szCs w:val="28"/>
        </w:rPr>
        <w:t xml:space="preserve"> </w:t>
      </w:r>
      <w:r w:rsidRPr="001A456E">
        <w:rPr>
          <w:rFonts w:ascii="Times New Roman" w:hAnsi="Times New Roman" w:cs="Times New Roman"/>
          <w:w w:val="105"/>
          <w:sz w:val="28"/>
          <w:szCs w:val="28"/>
        </w:rPr>
        <w:t>решению</w:t>
      </w:r>
      <w:r w:rsidRPr="001A456E">
        <w:rPr>
          <w:rFonts w:ascii="Times New Roman" w:hAnsi="Times New Roman" w:cs="Times New Roman"/>
          <w:spacing w:val="-14"/>
          <w:w w:val="105"/>
          <w:sz w:val="28"/>
          <w:szCs w:val="28"/>
        </w:rPr>
        <w:t xml:space="preserve"> </w:t>
      </w:r>
      <w:r w:rsidRPr="001A456E">
        <w:rPr>
          <w:rFonts w:ascii="Times New Roman" w:hAnsi="Times New Roman" w:cs="Times New Roman"/>
          <w:w w:val="105"/>
          <w:sz w:val="28"/>
          <w:szCs w:val="28"/>
        </w:rPr>
        <w:t>учебной</w:t>
      </w:r>
      <w:r w:rsidRPr="001A456E">
        <w:rPr>
          <w:rFonts w:ascii="Times New Roman" w:hAnsi="Times New Roman" w:cs="Times New Roman"/>
          <w:spacing w:val="-14"/>
          <w:w w:val="105"/>
          <w:sz w:val="28"/>
          <w:szCs w:val="28"/>
        </w:rPr>
        <w:t xml:space="preserve"> </w:t>
      </w:r>
      <w:r w:rsidRPr="001A456E">
        <w:rPr>
          <w:rFonts w:ascii="Times New Roman" w:hAnsi="Times New Roman" w:cs="Times New Roman"/>
          <w:w w:val="105"/>
          <w:sz w:val="28"/>
          <w:szCs w:val="28"/>
        </w:rPr>
        <w:t>задачи</w:t>
      </w:r>
      <w:r w:rsidRPr="001A456E">
        <w:rPr>
          <w:rFonts w:ascii="Times New Roman" w:hAnsi="Times New Roman" w:cs="Times New Roman"/>
          <w:spacing w:val="-13"/>
          <w:w w:val="105"/>
          <w:sz w:val="28"/>
          <w:szCs w:val="28"/>
        </w:rPr>
        <w:t xml:space="preserve"> </w:t>
      </w:r>
      <w:r w:rsidRPr="001A456E">
        <w:rPr>
          <w:rFonts w:ascii="Times New Roman" w:hAnsi="Times New Roman" w:cs="Times New Roman"/>
          <w:w w:val="105"/>
          <w:sz w:val="28"/>
          <w:szCs w:val="28"/>
        </w:rPr>
        <w:t>для</w:t>
      </w:r>
      <w:r w:rsidRPr="001A456E">
        <w:rPr>
          <w:rFonts w:ascii="Times New Roman" w:hAnsi="Times New Roman" w:cs="Times New Roman"/>
          <w:spacing w:val="-14"/>
          <w:w w:val="105"/>
          <w:sz w:val="28"/>
          <w:szCs w:val="28"/>
        </w:rPr>
        <w:t xml:space="preserve"> </w:t>
      </w:r>
      <w:r w:rsidRPr="001A456E">
        <w:rPr>
          <w:rFonts w:ascii="Times New Roman" w:hAnsi="Times New Roman" w:cs="Times New Roman"/>
          <w:w w:val="105"/>
          <w:sz w:val="28"/>
          <w:szCs w:val="28"/>
        </w:rPr>
        <w:t>получения</w:t>
      </w:r>
      <w:r w:rsidRPr="001A456E">
        <w:rPr>
          <w:rFonts w:ascii="Times New Roman" w:hAnsi="Times New Roman" w:cs="Times New Roman"/>
          <w:spacing w:val="-13"/>
          <w:w w:val="105"/>
          <w:sz w:val="28"/>
          <w:szCs w:val="28"/>
        </w:rPr>
        <w:t xml:space="preserve"> </w:t>
      </w:r>
      <w:r w:rsidRPr="001A456E">
        <w:rPr>
          <w:rFonts w:ascii="Times New Roman" w:hAnsi="Times New Roman" w:cs="Times New Roman"/>
          <w:w w:val="105"/>
          <w:sz w:val="28"/>
          <w:szCs w:val="28"/>
        </w:rPr>
        <w:t xml:space="preserve">результата; </w:t>
      </w:r>
      <w:r w:rsidRPr="001A456E">
        <w:rPr>
          <w:rFonts w:ascii="Times New Roman" w:hAnsi="Times New Roman" w:cs="Times New Roman"/>
          <w:spacing w:val="2"/>
          <w:sz w:val="28"/>
          <w:szCs w:val="28"/>
        </w:rPr>
        <w:t>выстраивать</w:t>
      </w:r>
      <w:r w:rsidRPr="001A456E">
        <w:rPr>
          <w:rFonts w:ascii="Times New Roman" w:hAnsi="Times New Roman" w:cs="Times New Roman"/>
          <w:spacing w:val="18"/>
          <w:sz w:val="28"/>
          <w:szCs w:val="28"/>
        </w:rPr>
        <w:t xml:space="preserve"> </w:t>
      </w:r>
      <w:r w:rsidRPr="001A456E">
        <w:rPr>
          <w:rFonts w:ascii="Times New Roman" w:hAnsi="Times New Roman" w:cs="Times New Roman"/>
          <w:spacing w:val="2"/>
          <w:sz w:val="28"/>
          <w:szCs w:val="28"/>
        </w:rPr>
        <w:t>последовательность</w:t>
      </w:r>
      <w:r w:rsidRPr="001A456E">
        <w:rPr>
          <w:rFonts w:ascii="Times New Roman" w:hAnsi="Times New Roman" w:cs="Times New Roman"/>
          <w:spacing w:val="18"/>
          <w:sz w:val="28"/>
          <w:szCs w:val="28"/>
        </w:rPr>
        <w:t xml:space="preserve"> </w:t>
      </w:r>
      <w:r w:rsidRPr="001A456E">
        <w:rPr>
          <w:rFonts w:ascii="Times New Roman" w:hAnsi="Times New Roman" w:cs="Times New Roman"/>
          <w:spacing w:val="2"/>
          <w:sz w:val="28"/>
          <w:szCs w:val="28"/>
        </w:rPr>
        <w:t>выбранных</w:t>
      </w:r>
      <w:r w:rsidRPr="001A456E">
        <w:rPr>
          <w:rFonts w:ascii="Times New Roman" w:hAnsi="Times New Roman" w:cs="Times New Roman"/>
          <w:spacing w:val="18"/>
          <w:sz w:val="28"/>
          <w:szCs w:val="28"/>
        </w:rPr>
        <w:t xml:space="preserve"> </w:t>
      </w:r>
      <w:r w:rsidRPr="001A456E">
        <w:rPr>
          <w:rFonts w:ascii="Times New Roman" w:hAnsi="Times New Roman" w:cs="Times New Roman"/>
          <w:spacing w:val="2"/>
          <w:sz w:val="28"/>
          <w:szCs w:val="28"/>
        </w:rPr>
        <w:t>действий;</w:t>
      </w:r>
      <w:r w:rsidRPr="001A456E">
        <w:rPr>
          <w:rFonts w:ascii="Times New Roman" w:hAnsi="Times New Roman" w:cs="Times New Roman"/>
          <w:spacing w:val="19"/>
          <w:sz w:val="28"/>
          <w:szCs w:val="28"/>
        </w:rPr>
        <w:t xml:space="preserve"> </w:t>
      </w:r>
      <w:r w:rsidRPr="001A456E">
        <w:rPr>
          <w:rFonts w:ascii="Times New Roman" w:hAnsi="Times New Roman" w:cs="Times New Roman"/>
          <w:spacing w:val="2"/>
          <w:sz w:val="28"/>
          <w:szCs w:val="28"/>
        </w:rPr>
        <w:t>устанавливать</w:t>
      </w:r>
      <w:r w:rsidRPr="001A456E">
        <w:rPr>
          <w:rFonts w:ascii="Times New Roman" w:hAnsi="Times New Roman" w:cs="Times New Roman"/>
          <w:spacing w:val="18"/>
          <w:sz w:val="28"/>
          <w:szCs w:val="28"/>
        </w:rPr>
        <w:t xml:space="preserve"> </w:t>
      </w:r>
      <w:r w:rsidRPr="001A456E">
        <w:rPr>
          <w:rFonts w:ascii="Times New Roman" w:hAnsi="Times New Roman" w:cs="Times New Roman"/>
          <w:spacing w:val="-2"/>
          <w:sz w:val="28"/>
          <w:szCs w:val="28"/>
        </w:rPr>
        <w:t>причины</w:t>
      </w:r>
      <w:r w:rsidR="00C44676" w:rsidRPr="001A456E">
        <w:rPr>
          <w:rFonts w:ascii="Times New Roman" w:hAnsi="Times New Roman" w:cs="Times New Roman"/>
          <w:spacing w:val="-2"/>
          <w:sz w:val="28"/>
          <w:szCs w:val="28"/>
        </w:rPr>
        <w:t xml:space="preserve"> </w:t>
      </w:r>
      <w:r w:rsidRPr="001A456E">
        <w:rPr>
          <w:rFonts w:ascii="Times New Roman" w:hAnsi="Times New Roman" w:cs="Times New Roman"/>
          <w:w w:val="105"/>
          <w:sz w:val="28"/>
          <w:szCs w:val="28"/>
        </w:rPr>
        <w:t>успеха/неудач</w:t>
      </w:r>
      <w:r w:rsidRPr="001A456E">
        <w:rPr>
          <w:rFonts w:ascii="Times New Roman" w:hAnsi="Times New Roman" w:cs="Times New Roman"/>
          <w:spacing w:val="-11"/>
          <w:w w:val="105"/>
          <w:sz w:val="28"/>
          <w:szCs w:val="28"/>
        </w:rPr>
        <w:t xml:space="preserve"> </w:t>
      </w:r>
      <w:r w:rsidRPr="001A456E">
        <w:rPr>
          <w:rFonts w:ascii="Times New Roman" w:hAnsi="Times New Roman" w:cs="Times New Roman"/>
          <w:w w:val="105"/>
          <w:sz w:val="28"/>
          <w:szCs w:val="28"/>
        </w:rPr>
        <w:t>учебной</w:t>
      </w:r>
      <w:r w:rsidRPr="001A456E">
        <w:rPr>
          <w:rFonts w:ascii="Times New Roman" w:hAnsi="Times New Roman" w:cs="Times New Roman"/>
          <w:spacing w:val="-11"/>
          <w:w w:val="105"/>
          <w:sz w:val="28"/>
          <w:szCs w:val="28"/>
        </w:rPr>
        <w:t xml:space="preserve"> </w:t>
      </w:r>
      <w:r w:rsidRPr="001A456E">
        <w:rPr>
          <w:rFonts w:ascii="Times New Roman" w:hAnsi="Times New Roman" w:cs="Times New Roman"/>
          <w:w w:val="105"/>
          <w:sz w:val="28"/>
          <w:szCs w:val="28"/>
        </w:rPr>
        <w:t>деятельности;</w:t>
      </w:r>
      <w:r w:rsidRPr="001A456E">
        <w:rPr>
          <w:rFonts w:ascii="Times New Roman" w:hAnsi="Times New Roman" w:cs="Times New Roman"/>
          <w:spacing w:val="-11"/>
          <w:w w:val="105"/>
          <w:sz w:val="28"/>
          <w:szCs w:val="28"/>
        </w:rPr>
        <w:t xml:space="preserve"> </w:t>
      </w:r>
      <w:r w:rsidRPr="001A456E">
        <w:rPr>
          <w:rFonts w:ascii="Times New Roman" w:hAnsi="Times New Roman" w:cs="Times New Roman"/>
          <w:w w:val="105"/>
          <w:sz w:val="28"/>
          <w:szCs w:val="28"/>
        </w:rPr>
        <w:t>корректировать</w:t>
      </w:r>
      <w:r w:rsidRPr="001A456E">
        <w:rPr>
          <w:rFonts w:ascii="Times New Roman" w:hAnsi="Times New Roman" w:cs="Times New Roman"/>
          <w:spacing w:val="-11"/>
          <w:w w:val="105"/>
          <w:sz w:val="28"/>
          <w:szCs w:val="28"/>
        </w:rPr>
        <w:t xml:space="preserve"> </w:t>
      </w:r>
      <w:r w:rsidRPr="001A456E">
        <w:rPr>
          <w:rFonts w:ascii="Times New Roman" w:hAnsi="Times New Roman" w:cs="Times New Roman"/>
          <w:w w:val="105"/>
          <w:sz w:val="28"/>
          <w:szCs w:val="28"/>
        </w:rPr>
        <w:t>свои</w:t>
      </w:r>
      <w:r w:rsidRPr="001A456E">
        <w:rPr>
          <w:rFonts w:ascii="Times New Roman" w:hAnsi="Times New Roman" w:cs="Times New Roman"/>
          <w:spacing w:val="-11"/>
          <w:w w:val="105"/>
          <w:sz w:val="28"/>
          <w:szCs w:val="28"/>
        </w:rPr>
        <w:t xml:space="preserve"> </w:t>
      </w:r>
      <w:r w:rsidRPr="001A456E">
        <w:rPr>
          <w:rFonts w:ascii="Times New Roman" w:hAnsi="Times New Roman" w:cs="Times New Roman"/>
          <w:w w:val="105"/>
          <w:sz w:val="28"/>
          <w:szCs w:val="28"/>
        </w:rPr>
        <w:t>учебные</w:t>
      </w:r>
      <w:r w:rsidRPr="001A456E">
        <w:rPr>
          <w:rFonts w:ascii="Times New Roman" w:hAnsi="Times New Roman" w:cs="Times New Roman"/>
          <w:spacing w:val="-11"/>
          <w:w w:val="105"/>
          <w:sz w:val="28"/>
          <w:szCs w:val="28"/>
        </w:rPr>
        <w:t xml:space="preserve"> </w:t>
      </w:r>
      <w:r w:rsidRPr="001A456E">
        <w:rPr>
          <w:rFonts w:ascii="Times New Roman" w:hAnsi="Times New Roman" w:cs="Times New Roman"/>
          <w:w w:val="105"/>
          <w:sz w:val="28"/>
          <w:szCs w:val="28"/>
        </w:rPr>
        <w:t>действия для преодоления ошибок.</w:t>
      </w:r>
    </w:p>
    <w:p w:rsidR="00AD3ABA" w:rsidRPr="001A456E" w:rsidRDefault="00AD3ABA" w:rsidP="003772B6">
      <w:pPr>
        <w:pStyle w:val="aff"/>
        <w:jc w:val="both"/>
        <w:rPr>
          <w:rFonts w:ascii="Times New Roman" w:hAnsi="Times New Roman"/>
          <w:sz w:val="28"/>
          <w:szCs w:val="28"/>
        </w:rPr>
        <w:sectPr w:rsidR="00AD3ABA" w:rsidRPr="001A456E">
          <w:pgSz w:w="11910" w:h="16840"/>
          <w:pgMar w:top="900" w:right="708" w:bottom="900" w:left="992" w:header="0" w:footer="715" w:gutter="0"/>
          <w:cols w:space="720"/>
        </w:sectPr>
      </w:pPr>
    </w:p>
    <w:p w:rsidR="00AD3ABA" w:rsidRPr="001A456E" w:rsidRDefault="00AD3ABA" w:rsidP="003772B6">
      <w:pPr>
        <w:pStyle w:val="aff"/>
        <w:spacing w:before="14"/>
        <w:ind w:left="425"/>
        <w:rPr>
          <w:rFonts w:ascii="Times New Roman" w:hAnsi="Times New Roman"/>
          <w:sz w:val="28"/>
          <w:szCs w:val="28"/>
        </w:rPr>
      </w:pPr>
      <w:r w:rsidRPr="001A456E">
        <w:rPr>
          <w:rFonts w:ascii="Times New Roman" w:hAnsi="Times New Roman"/>
          <w:w w:val="105"/>
          <w:sz w:val="28"/>
          <w:szCs w:val="28"/>
        </w:rPr>
        <w:lastRenderedPageBreak/>
        <w:t>ПРЕДМЕТНЫЕ</w:t>
      </w:r>
      <w:r w:rsidRPr="001A456E">
        <w:rPr>
          <w:rFonts w:ascii="Times New Roman" w:hAnsi="Times New Roman"/>
          <w:spacing w:val="52"/>
          <w:w w:val="110"/>
          <w:sz w:val="28"/>
          <w:szCs w:val="28"/>
        </w:rPr>
        <w:t xml:space="preserve"> </w:t>
      </w:r>
      <w:r w:rsidRPr="001A456E">
        <w:rPr>
          <w:rFonts w:ascii="Times New Roman" w:hAnsi="Times New Roman"/>
          <w:spacing w:val="-2"/>
          <w:w w:val="110"/>
          <w:sz w:val="28"/>
          <w:szCs w:val="28"/>
        </w:rPr>
        <w:t>РЕЗУЛЬТАТЫ</w:t>
      </w:r>
    </w:p>
    <w:p w:rsidR="00AD3ABA" w:rsidRPr="001A456E" w:rsidRDefault="00AD3ABA" w:rsidP="003772B6">
      <w:pPr>
        <w:pStyle w:val="aff"/>
        <w:spacing w:before="148"/>
        <w:ind w:right="197"/>
        <w:jc w:val="both"/>
        <w:rPr>
          <w:rFonts w:ascii="Times New Roman" w:hAnsi="Times New Roman"/>
          <w:sz w:val="28"/>
          <w:szCs w:val="28"/>
        </w:rPr>
      </w:pPr>
      <w:r w:rsidRPr="001A456E">
        <w:rPr>
          <w:rFonts w:ascii="Times New Roman" w:hAnsi="Times New Roman"/>
          <w:w w:val="105"/>
          <w:sz w:val="28"/>
          <w:szCs w:val="28"/>
        </w:rPr>
        <w:t xml:space="preserve">Предметные результаты представлены с учётом специфики содержания </w:t>
      </w:r>
      <w:r w:rsidRPr="001A456E">
        <w:rPr>
          <w:rFonts w:ascii="Times New Roman" w:hAnsi="Times New Roman"/>
          <w:sz w:val="28"/>
          <w:szCs w:val="28"/>
        </w:rPr>
        <w:t xml:space="preserve">предметных областей, к которым имеет отношение содержание курса внеуроч- </w:t>
      </w:r>
      <w:r w:rsidRPr="001A456E">
        <w:rPr>
          <w:rFonts w:ascii="Times New Roman" w:hAnsi="Times New Roman"/>
          <w:w w:val="105"/>
          <w:sz w:val="28"/>
          <w:szCs w:val="28"/>
        </w:rPr>
        <w:t>ной деятельности «Разговоры о важном».</w:t>
      </w:r>
    </w:p>
    <w:p w:rsidR="00AD3ABA" w:rsidRPr="001A456E" w:rsidRDefault="00AD3ABA" w:rsidP="003772B6">
      <w:pPr>
        <w:pStyle w:val="aff"/>
        <w:spacing w:before="172"/>
        <w:ind w:right="196"/>
        <w:jc w:val="both"/>
        <w:rPr>
          <w:rFonts w:ascii="Times New Roman" w:hAnsi="Times New Roman"/>
          <w:sz w:val="28"/>
          <w:szCs w:val="28"/>
        </w:rPr>
      </w:pPr>
      <w:r w:rsidRPr="001A456E">
        <w:rPr>
          <w:rFonts w:ascii="Times New Roman" w:hAnsi="Times New Roman"/>
          <w:i/>
          <w:sz w:val="28"/>
          <w:szCs w:val="28"/>
        </w:rPr>
        <w:t xml:space="preserve">Русский язык: </w:t>
      </w:r>
      <w:r w:rsidRPr="001A456E">
        <w:rPr>
          <w:rFonts w:ascii="Times New Roman" w:hAnsi="Times New Roman"/>
          <w:sz w:val="28"/>
          <w:szCs w:val="28"/>
        </w:rPr>
        <w:t>формирование первоначаль</w:t>
      </w:r>
      <w:r w:rsidR="00C44676" w:rsidRPr="001A456E">
        <w:rPr>
          <w:rFonts w:ascii="Times New Roman" w:hAnsi="Times New Roman"/>
          <w:sz w:val="28"/>
          <w:szCs w:val="28"/>
        </w:rPr>
        <w:t>ного представления о многообра</w:t>
      </w:r>
      <w:r w:rsidRPr="001A456E">
        <w:rPr>
          <w:rFonts w:ascii="Times New Roman" w:hAnsi="Times New Roman"/>
          <w:sz w:val="28"/>
          <w:szCs w:val="28"/>
        </w:rPr>
        <w:t>зии языков и культур на территории Российской Федерации, о языке как одной из главных духовно-нравственных ценностей народа; понимание роли языка</w:t>
      </w:r>
      <w:r w:rsidRPr="001A456E">
        <w:rPr>
          <w:rFonts w:ascii="Times New Roman" w:hAnsi="Times New Roman"/>
          <w:spacing w:val="40"/>
          <w:sz w:val="28"/>
          <w:szCs w:val="28"/>
        </w:rPr>
        <w:t xml:space="preserve"> </w:t>
      </w:r>
      <w:r w:rsidRPr="001A456E">
        <w:rPr>
          <w:rFonts w:ascii="Times New Roman" w:hAnsi="Times New Roman"/>
          <w:sz w:val="28"/>
          <w:szCs w:val="28"/>
        </w:rPr>
        <w:t>как основного средства общения; осознание значения русского языка как го- сударственного языка Российской Федерации; понимание роли русского языка как языка межнационального общения; осоз</w:t>
      </w:r>
      <w:r w:rsidR="00C44676" w:rsidRPr="001A456E">
        <w:rPr>
          <w:rFonts w:ascii="Times New Roman" w:hAnsi="Times New Roman"/>
          <w:sz w:val="28"/>
          <w:szCs w:val="28"/>
        </w:rPr>
        <w:t>нание правильной устной и пись</w:t>
      </w:r>
      <w:r w:rsidRPr="001A456E">
        <w:rPr>
          <w:rFonts w:ascii="Times New Roman" w:hAnsi="Times New Roman"/>
          <w:sz w:val="28"/>
          <w:szCs w:val="28"/>
        </w:rPr>
        <w:t>менной</w:t>
      </w:r>
      <w:r w:rsidRPr="001A456E">
        <w:rPr>
          <w:rFonts w:ascii="Times New Roman" w:hAnsi="Times New Roman"/>
          <w:spacing w:val="40"/>
          <w:sz w:val="28"/>
          <w:szCs w:val="28"/>
        </w:rPr>
        <w:t xml:space="preserve"> </w:t>
      </w:r>
      <w:r w:rsidRPr="001A456E">
        <w:rPr>
          <w:rFonts w:ascii="Times New Roman" w:hAnsi="Times New Roman"/>
          <w:sz w:val="28"/>
          <w:szCs w:val="28"/>
        </w:rPr>
        <w:t>речи</w:t>
      </w:r>
      <w:r w:rsidRPr="001A456E">
        <w:rPr>
          <w:rFonts w:ascii="Times New Roman" w:hAnsi="Times New Roman"/>
          <w:spacing w:val="40"/>
          <w:sz w:val="28"/>
          <w:szCs w:val="28"/>
        </w:rPr>
        <w:t xml:space="preserve"> </w:t>
      </w:r>
      <w:r w:rsidRPr="001A456E">
        <w:rPr>
          <w:rFonts w:ascii="Times New Roman" w:hAnsi="Times New Roman"/>
          <w:sz w:val="28"/>
          <w:szCs w:val="28"/>
        </w:rPr>
        <w:t>как</w:t>
      </w:r>
      <w:r w:rsidRPr="001A456E">
        <w:rPr>
          <w:rFonts w:ascii="Times New Roman" w:hAnsi="Times New Roman"/>
          <w:spacing w:val="40"/>
          <w:sz w:val="28"/>
          <w:szCs w:val="28"/>
        </w:rPr>
        <w:t xml:space="preserve"> </w:t>
      </w:r>
      <w:r w:rsidRPr="001A456E">
        <w:rPr>
          <w:rFonts w:ascii="Times New Roman" w:hAnsi="Times New Roman"/>
          <w:sz w:val="28"/>
          <w:szCs w:val="28"/>
        </w:rPr>
        <w:t>показателя</w:t>
      </w:r>
      <w:r w:rsidRPr="001A456E">
        <w:rPr>
          <w:rFonts w:ascii="Times New Roman" w:hAnsi="Times New Roman"/>
          <w:spacing w:val="40"/>
          <w:sz w:val="28"/>
          <w:szCs w:val="28"/>
        </w:rPr>
        <w:t xml:space="preserve"> </w:t>
      </w:r>
      <w:r w:rsidRPr="001A456E">
        <w:rPr>
          <w:rFonts w:ascii="Times New Roman" w:hAnsi="Times New Roman"/>
          <w:sz w:val="28"/>
          <w:szCs w:val="28"/>
        </w:rPr>
        <w:t>общей</w:t>
      </w:r>
      <w:r w:rsidRPr="001A456E">
        <w:rPr>
          <w:rFonts w:ascii="Times New Roman" w:hAnsi="Times New Roman"/>
          <w:spacing w:val="40"/>
          <w:sz w:val="28"/>
          <w:szCs w:val="28"/>
        </w:rPr>
        <w:t xml:space="preserve"> </w:t>
      </w:r>
      <w:r w:rsidRPr="001A456E">
        <w:rPr>
          <w:rFonts w:ascii="Times New Roman" w:hAnsi="Times New Roman"/>
          <w:sz w:val="28"/>
          <w:szCs w:val="28"/>
        </w:rPr>
        <w:t>культуры</w:t>
      </w:r>
      <w:r w:rsidRPr="001A456E">
        <w:rPr>
          <w:rFonts w:ascii="Times New Roman" w:hAnsi="Times New Roman"/>
          <w:spacing w:val="40"/>
          <w:sz w:val="28"/>
          <w:szCs w:val="28"/>
        </w:rPr>
        <w:t xml:space="preserve"> </w:t>
      </w:r>
      <w:r w:rsidRPr="001A456E">
        <w:rPr>
          <w:rFonts w:ascii="Times New Roman" w:hAnsi="Times New Roman"/>
          <w:sz w:val="28"/>
          <w:szCs w:val="28"/>
        </w:rPr>
        <w:t>человека;</w:t>
      </w:r>
      <w:r w:rsidRPr="001A456E">
        <w:rPr>
          <w:rFonts w:ascii="Times New Roman" w:hAnsi="Times New Roman"/>
          <w:spacing w:val="40"/>
          <w:sz w:val="28"/>
          <w:szCs w:val="28"/>
        </w:rPr>
        <w:t xml:space="preserve"> </w:t>
      </w:r>
      <w:r w:rsidRPr="001A456E">
        <w:rPr>
          <w:rFonts w:ascii="Times New Roman" w:hAnsi="Times New Roman"/>
          <w:sz w:val="28"/>
          <w:szCs w:val="28"/>
        </w:rPr>
        <w:t>овладение</w:t>
      </w:r>
      <w:r w:rsidRPr="001A456E">
        <w:rPr>
          <w:rFonts w:ascii="Times New Roman" w:hAnsi="Times New Roman"/>
          <w:spacing w:val="40"/>
          <w:sz w:val="28"/>
          <w:szCs w:val="28"/>
        </w:rPr>
        <w:t xml:space="preserve"> </w:t>
      </w:r>
      <w:r w:rsidR="00C44676" w:rsidRPr="001A456E">
        <w:rPr>
          <w:rFonts w:ascii="Times New Roman" w:hAnsi="Times New Roman"/>
          <w:sz w:val="28"/>
          <w:szCs w:val="28"/>
        </w:rPr>
        <w:t>основны</w:t>
      </w:r>
      <w:r w:rsidRPr="001A456E">
        <w:rPr>
          <w:rFonts w:ascii="Times New Roman" w:hAnsi="Times New Roman"/>
          <w:sz w:val="28"/>
          <w:szCs w:val="28"/>
        </w:rPr>
        <w:t>ми видами речевой деятельности на основе первоначальных представлений о нормах современного русского литературного языка; использовани</w:t>
      </w:r>
      <w:r w:rsidR="00C44676" w:rsidRPr="001A456E">
        <w:rPr>
          <w:rFonts w:ascii="Times New Roman" w:hAnsi="Times New Roman"/>
          <w:sz w:val="28"/>
          <w:szCs w:val="28"/>
        </w:rPr>
        <w:t>е в рече</w:t>
      </w:r>
      <w:r w:rsidRPr="001A456E">
        <w:rPr>
          <w:rFonts w:ascii="Times New Roman" w:hAnsi="Times New Roman"/>
          <w:sz w:val="28"/>
          <w:szCs w:val="28"/>
        </w:rPr>
        <w:t>вой деятельности норм современного русског</w:t>
      </w:r>
      <w:r w:rsidR="00C44676" w:rsidRPr="001A456E">
        <w:rPr>
          <w:rFonts w:ascii="Times New Roman" w:hAnsi="Times New Roman"/>
          <w:sz w:val="28"/>
          <w:szCs w:val="28"/>
        </w:rPr>
        <w:t>о литературного языка и речево</w:t>
      </w:r>
      <w:r w:rsidRPr="001A456E">
        <w:rPr>
          <w:rFonts w:ascii="Times New Roman" w:hAnsi="Times New Roman"/>
          <w:sz w:val="28"/>
          <w:szCs w:val="28"/>
        </w:rPr>
        <w:t>го этикета.</w:t>
      </w:r>
    </w:p>
    <w:p w:rsidR="00AD3ABA" w:rsidRPr="001A456E" w:rsidRDefault="00AD3ABA" w:rsidP="003772B6">
      <w:pPr>
        <w:pStyle w:val="aff"/>
        <w:spacing w:before="167"/>
        <w:ind w:right="197"/>
        <w:jc w:val="both"/>
        <w:rPr>
          <w:rFonts w:ascii="Times New Roman" w:hAnsi="Times New Roman"/>
          <w:sz w:val="28"/>
          <w:szCs w:val="28"/>
        </w:rPr>
      </w:pPr>
      <w:r w:rsidRPr="001A456E">
        <w:rPr>
          <w:rFonts w:ascii="Times New Roman" w:hAnsi="Times New Roman"/>
          <w:i/>
          <w:sz w:val="28"/>
          <w:szCs w:val="28"/>
        </w:rPr>
        <w:t xml:space="preserve">Литературное чтение: </w:t>
      </w:r>
      <w:r w:rsidRPr="001A456E">
        <w:rPr>
          <w:rFonts w:ascii="Times New Roman" w:hAnsi="Times New Roman"/>
          <w:sz w:val="28"/>
          <w:szCs w:val="28"/>
        </w:rPr>
        <w:t>осознание значимости художественной литературы и произведений устного народного творчества для всестороннего развития лич- ности человека; формирование первоначаль</w:t>
      </w:r>
      <w:r w:rsidR="00C44676" w:rsidRPr="001A456E">
        <w:rPr>
          <w:rFonts w:ascii="Times New Roman" w:hAnsi="Times New Roman"/>
          <w:sz w:val="28"/>
          <w:szCs w:val="28"/>
        </w:rPr>
        <w:t>ного представления о многообра</w:t>
      </w:r>
      <w:r w:rsidRPr="001A456E">
        <w:rPr>
          <w:rFonts w:ascii="Times New Roman" w:hAnsi="Times New Roman"/>
          <w:spacing w:val="-2"/>
          <w:w w:val="105"/>
          <w:sz w:val="28"/>
          <w:szCs w:val="28"/>
        </w:rPr>
        <w:t>зии</w:t>
      </w:r>
      <w:r w:rsidRPr="001A456E">
        <w:rPr>
          <w:rFonts w:ascii="Times New Roman" w:hAnsi="Times New Roman"/>
          <w:spacing w:val="-10"/>
          <w:w w:val="105"/>
          <w:sz w:val="28"/>
          <w:szCs w:val="28"/>
        </w:rPr>
        <w:t xml:space="preserve"> </w:t>
      </w:r>
      <w:r w:rsidRPr="001A456E">
        <w:rPr>
          <w:rFonts w:ascii="Times New Roman" w:hAnsi="Times New Roman"/>
          <w:spacing w:val="-2"/>
          <w:w w:val="105"/>
          <w:sz w:val="28"/>
          <w:szCs w:val="28"/>
        </w:rPr>
        <w:t>жанров</w:t>
      </w:r>
      <w:r w:rsidRPr="001A456E">
        <w:rPr>
          <w:rFonts w:ascii="Times New Roman" w:hAnsi="Times New Roman"/>
          <w:spacing w:val="-10"/>
          <w:w w:val="105"/>
          <w:sz w:val="28"/>
          <w:szCs w:val="28"/>
        </w:rPr>
        <w:t xml:space="preserve"> </w:t>
      </w:r>
      <w:r w:rsidRPr="001A456E">
        <w:rPr>
          <w:rFonts w:ascii="Times New Roman" w:hAnsi="Times New Roman"/>
          <w:spacing w:val="-2"/>
          <w:w w:val="105"/>
          <w:sz w:val="28"/>
          <w:szCs w:val="28"/>
        </w:rPr>
        <w:t>художественных</w:t>
      </w:r>
      <w:r w:rsidRPr="001A456E">
        <w:rPr>
          <w:rFonts w:ascii="Times New Roman" w:hAnsi="Times New Roman"/>
          <w:spacing w:val="-10"/>
          <w:w w:val="105"/>
          <w:sz w:val="28"/>
          <w:szCs w:val="28"/>
        </w:rPr>
        <w:t xml:space="preserve"> </w:t>
      </w:r>
      <w:r w:rsidRPr="001A456E">
        <w:rPr>
          <w:rFonts w:ascii="Times New Roman" w:hAnsi="Times New Roman"/>
          <w:spacing w:val="-2"/>
          <w:w w:val="105"/>
          <w:sz w:val="28"/>
          <w:szCs w:val="28"/>
        </w:rPr>
        <w:t>произведений</w:t>
      </w:r>
      <w:r w:rsidRPr="001A456E">
        <w:rPr>
          <w:rFonts w:ascii="Times New Roman" w:hAnsi="Times New Roman"/>
          <w:spacing w:val="-10"/>
          <w:w w:val="105"/>
          <w:sz w:val="28"/>
          <w:szCs w:val="28"/>
        </w:rPr>
        <w:t xml:space="preserve"> </w:t>
      </w:r>
      <w:r w:rsidRPr="001A456E">
        <w:rPr>
          <w:rFonts w:ascii="Times New Roman" w:hAnsi="Times New Roman"/>
          <w:spacing w:val="-2"/>
          <w:w w:val="105"/>
          <w:sz w:val="28"/>
          <w:szCs w:val="28"/>
        </w:rPr>
        <w:t>и</w:t>
      </w:r>
      <w:r w:rsidRPr="001A456E">
        <w:rPr>
          <w:rFonts w:ascii="Times New Roman" w:hAnsi="Times New Roman"/>
          <w:spacing w:val="-10"/>
          <w:w w:val="105"/>
          <w:sz w:val="28"/>
          <w:szCs w:val="28"/>
        </w:rPr>
        <w:t xml:space="preserve"> </w:t>
      </w:r>
      <w:r w:rsidRPr="001A456E">
        <w:rPr>
          <w:rFonts w:ascii="Times New Roman" w:hAnsi="Times New Roman"/>
          <w:spacing w:val="-2"/>
          <w:w w:val="105"/>
          <w:sz w:val="28"/>
          <w:szCs w:val="28"/>
        </w:rPr>
        <w:t>произведений</w:t>
      </w:r>
      <w:r w:rsidRPr="001A456E">
        <w:rPr>
          <w:rFonts w:ascii="Times New Roman" w:hAnsi="Times New Roman"/>
          <w:spacing w:val="-10"/>
          <w:w w:val="105"/>
          <w:sz w:val="28"/>
          <w:szCs w:val="28"/>
        </w:rPr>
        <w:t xml:space="preserve"> </w:t>
      </w:r>
      <w:r w:rsidRPr="001A456E">
        <w:rPr>
          <w:rFonts w:ascii="Times New Roman" w:hAnsi="Times New Roman"/>
          <w:spacing w:val="-2"/>
          <w:w w:val="105"/>
          <w:sz w:val="28"/>
          <w:szCs w:val="28"/>
        </w:rPr>
        <w:t>устного</w:t>
      </w:r>
      <w:r w:rsidRPr="001A456E">
        <w:rPr>
          <w:rFonts w:ascii="Times New Roman" w:hAnsi="Times New Roman"/>
          <w:spacing w:val="-10"/>
          <w:w w:val="105"/>
          <w:sz w:val="28"/>
          <w:szCs w:val="28"/>
        </w:rPr>
        <w:t xml:space="preserve"> </w:t>
      </w:r>
      <w:r w:rsidRPr="001A456E">
        <w:rPr>
          <w:rFonts w:ascii="Times New Roman" w:hAnsi="Times New Roman"/>
          <w:spacing w:val="-2"/>
          <w:w w:val="105"/>
          <w:sz w:val="28"/>
          <w:szCs w:val="28"/>
        </w:rPr>
        <w:t xml:space="preserve">народно- </w:t>
      </w:r>
      <w:r w:rsidRPr="001A456E">
        <w:rPr>
          <w:rFonts w:ascii="Times New Roman" w:hAnsi="Times New Roman"/>
          <w:w w:val="105"/>
          <w:sz w:val="28"/>
          <w:szCs w:val="28"/>
        </w:rPr>
        <w:t>го</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творчества;</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овладение</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элементарными</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умениями</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анализа</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 xml:space="preserve">интерпретации </w:t>
      </w:r>
      <w:r w:rsidRPr="001A456E">
        <w:rPr>
          <w:rFonts w:ascii="Times New Roman" w:hAnsi="Times New Roman"/>
          <w:spacing w:val="-2"/>
          <w:w w:val="105"/>
          <w:sz w:val="28"/>
          <w:szCs w:val="28"/>
        </w:rPr>
        <w:t>текста.</w:t>
      </w:r>
    </w:p>
    <w:p w:rsidR="00AD3ABA" w:rsidRPr="001A456E" w:rsidRDefault="00AD3ABA" w:rsidP="003772B6">
      <w:pPr>
        <w:spacing w:before="169" w:line="240" w:lineRule="auto"/>
        <w:ind w:left="141" w:right="197"/>
        <w:jc w:val="both"/>
        <w:rPr>
          <w:rFonts w:ascii="Times New Roman" w:hAnsi="Times New Roman" w:cs="Times New Roman"/>
          <w:sz w:val="28"/>
          <w:szCs w:val="28"/>
        </w:rPr>
      </w:pPr>
      <w:r w:rsidRPr="001A456E">
        <w:rPr>
          <w:rFonts w:ascii="Times New Roman" w:hAnsi="Times New Roman" w:cs="Times New Roman"/>
          <w:i/>
          <w:w w:val="105"/>
          <w:sz w:val="28"/>
          <w:szCs w:val="28"/>
        </w:rPr>
        <w:t xml:space="preserve">Иностранный язык: </w:t>
      </w:r>
      <w:r w:rsidRPr="001A456E">
        <w:rPr>
          <w:rFonts w:ascii="Times New Roman" w:hAnsi="Times New Roman" w:cs="Times New Roman"/>
          <w:w w:val="105"/>
          <w:sz w:val="28"/>
          <w:szCs w:val="28"/>
        </w:rPr>
        <w:t xml:space="preserve">знакомство представителей других стран с культурой </w:t>
      </w:r>
      <w:r w:rsidRPr="001A456E">
        <w:rPr>
          <w:rFonts w:ascii="Times New Roman" w:hAnsi="Times New Roman" w:cs="Times New Roman"/>
          <w:spacing w:val="-2"/>
          <w:w w:val="105"/>
          <w:sz w:val="28"/>
          <w:szCs w:val="28"/>
        </w:rPr>
        <w:t>России.</w:t>
      </w:r>
    </w:p>
    <w:p w:rsidR="00AD3ABA" w:rsidRPr="001A456E" w:rsidRDefault="00AD3ABA" w:rsidP="003772B6">
      <w:pPr>
        <w:pStyle w:val="aff"/>
        <w:spacing w:before="174"/>
        <w:ind w:right="197"/>
        <w:jc w:val="both"/>
        <w:rPr>
          <w:rFonts w:ascii="Times New Roman" w:hAnsi="Times New Roman"/>
          <w:sz w:val="28"/>
          <w:szCs w:val="28"/>
        </w:rPr>
      </w:pPr>
      <w:r w:rsidRPr="001A456E">
        <w:rPr>
          <w:rFonts w:ascii="Times New Roman" w:hAnsi="Times New Roman"/>
          <w:i/>
          <w:w w:val="105"/>
          <w:sz w:val="28"/>
          <w:szCs w:val="28"/>
        </w:rPr>
        <w:t xml:space="preserve">Математика и информатика: </w:t>
      </w:r>
      <w:r w:rsidRPr="001A456E">
        <w:rPr>
          <w:rFonts w:ascii="Times New Roman" w:hAnsi="Times New Roman"/>
          <w:w w:val="105"/>
          <w:sz w:val="28"/>
          <w:szCs w:val="28"/>
        </w:rPr>
        <w:t>развитие</w:t>
      </w:r>
      <w:r w:rsidRPr="001A456E">
        <w:rPr>
          <w:rFonts w:ascii="Times New Roman" w:hAnsi="Times New Roman"/>
          <w:spacing w:val="-4"/>
          <w:w w:val="105"/>
          <w:sz w:val="28"/>
          <w:szCs w:val="28"/>
        </w:rPr>
        <w:t xml:space="preserve"> </w:t>
      </w:r>
      <w:r w:rsidRPr="001A456E">
        <w:rPr>
          <w:rFonts w:ascii="Times New Roman" w:hAnsi="Times New Roman"/>
          <w:w w:val="105"/>
          <w:sz w:val="28"/>
          <w:szCs w:val="28"/>
        </w:rPr>
        <w:t>логического</w:t>
      </w:r>
      <w:r w:rsidRPr="001A456E">
        <w:rPr>
          <w:rFonts w:ascii="Times New Roman" w:hAnsi="Times New Roman"/>
          <w:spacing w:val="-4"/>
          <w:w w:val="105"/>
          <w:sz w:val="28"/>
          <w:szCs w:val="28"/>
        </w:rPr>
        <w:t xml:space="preserve"> </w:t>
      </w:r>
      <w:r w:rsidRPr="001A456E">
        <w:rPr>
          <w:rFonts w:ascii="Times New Roman" w:hAnsi="Times New Roman"/>
          <w:w w:val="105"/>
          <w:sz w:val="28"/>
          <w:szCs w:val="28"/>
        </w:rPr>
        <w:t>мышления;</w:t>
      </w:r>
      <w:r w:rsidRPr="001A456E">
        <w:rPr>
          <w:rFonts w:ascii="Times New Roman" w:hAnsi="Times New Roman"/>
          <w:spacing w:val="-4"/>
          <w:w w:val="105"/>
          <w:sz w:val="28"/>
          <w:szCs w:val="28"/>
        </w:rPr>
        <w:t xml:space="preserve"> </w:t>
      </w:r>
      <w:r w:rsidRPr="001A456E">
        <w:rPr>
          <w:rFonts w:ascii="Times New Roman" w:hAnsi="Times New Roman"/>
          <w:w w:val="105"/>
          <w:sz w:val="28"/>
          <w:szCs w:val="28"/>
        </w:rPr>
        <w:t xml:space="preserve">приобрете- </w:t>
      </w:r>
      <w:r w:rsidRPr="001A456E">
        <w:rPr>
          <w:rFonts w:ascii="Times New Roman" w:hAnsi="Times New Roman"/>
          <w:sz w:val="28"/>
          <w:szCs w:val="28"/>
        </w:rPr>
        <w:t>ние опыта работы с информацией, представленной в графической и текстовой форме,</w:t>
      </w:r>
      <w:r w:rsidRPr="001A456E">
        <w:rPr>
          <w:rFonts w:ascii="Times New Roman" w:hAnsi="Times New Roman"/>
          <w:spacing w:val="40"/>
          <w:sz w:val="28"/>
          <w:szCs w:val="28"/>
        </w:rPr>
        <w:t xml:space="preserve"> </w:t>
      </w:r>
      <w:r w:rsidRPr="001A456E">
        <w:rPr>
          <w:rFonts w:ascii="Times New Roman" w:hAnsi="Times New Roman"/>
          <w:sz w:val="28"/>
          <w:szCs w:val="28"/>
        </w:rPr>
        <w:t>развитие</w:t>
      </w:r>
      <w:r w:rsidRPr="001A456E">
        <w:rPr>
          <w:rFonts w:ascii="Times New Roman" w:hAnsi="Times New Roman"/>
          <w:spacing w:val="40"/>
          <w:sz w:val="28"/>
          <w:szCs w:val="28"/>
        </w:rPr>
        <w:t xml:space="preserve"> </w:t>
      </w:r>
      <w:r w:rsidRPr="001A456E">
        <w:rPr>
          <w:rFonts w:ascii="Times New Roman" w:hAnsi="Times New Roman"/>
          <w:sz w:val="28"/>
          <w:szCs w:val="28"/>
        </w:rPr>
        <w:t>умений</w:t>
      </w:r>
      <w:r w:rsidRPr="001A456E">
        <w:rPr>
          <w:rFonts w:ascii="Times New Roman" w:hAnsi="Times New Roman"/>
          <w:spacing w:val="40"/>
          <w:sz w:val="28"/>
          <w:szCs w:val="28"/>
        </w:rPr>
        <w:t xml:space="preserve"> </w:t>
      </w:r>
      <w:r w:rsidRPr="001A456E">
        <w:rPr>
          <w:rFonts w:ascii="Times New Roman" w:hAnsi="Times New Roman"/>
          <w:sz w:val="28"/>
          <w:szCs w:val="28"/>
        </w:rPr>
        <w:t>извлекать,</w:t>
      </w:r>
      <w:r w:rsidRPr="001A456E">
        <w:rPr>
          <w:rFonts w:ascii="Times New Roman" w:hAnsi="Times New Roman"/>
          <w:spacing w:val="40"/>
          <w:sz w:val="28"/>
          <w:szCs w:val="28"/>
        </w:rPr>
        <w:t xml:space="preserve"> </w:t>
      </w:r>
      <w:r w:rsidRPr="001A456E">
        <w:rPr>
          <w:rFonts w:ascii="Times New Roman" w:hAnsi="Times New Roman"/>
          <w:sz w:val="28"/>
          <w:szCs w:val="28"/>
        </w:rPr>
        <w:t>анализировать,</w:t>
      </w:r>
      <w:r w:rsidRPr="001A456E">
        <w:rPr>
          <w:rFonts w:ascii="Times New Roman" w:hAnsi="Times New Roman"/>
          <w:spacing w:val="40"/>
          <w:sz w:val="28"/>
          <w:szCs w:val="28"/>
        </w:rPr>
        <w:t xml:space="preserve"> </w:t>
      </w:r>
      <w:r w:rsidRPr="001A456E">
        <w:rPr>
          <w:rFonts w:ascii="Times New Roman" w:hAnsi="Times New Roman"/>
          <w:sz w:val="28"/>
          <w:szCs w:val="28"/>
        </w:rPr>
        <w:t>использовать</w:t>
      </w:r>
      <w:r w:rsidRPr="001A456E">
        <w:rPr>
          <w:rFonts w:ascii="Times New Roman" w:hAnsi="Times New Roman"/>
          <w:spacing w:val="40"/>
          <w:sz w:val="28"/>
          <w:szCs w:val="28"/>
        </w:rPr>
        <w:t xml:space="preserve"> </w:t>
      </w:r>
      <w:r w:rsidRPr="001A456E">
        <w:rPr>
          <w:rFonts w:ascii="Times New Roman" w:hAnsi="Times New Roman"/>
          <w:sz w:val="28"/>
          <w:szCs w:val="28"/>
        </w:rPr>
        <w:t xml:space="preserve">информацию </w:t>
      </w:r>
      <w:r w:rsidRPr="001A456E">
        <w:rPr>
          <w:rFonts w:ascii="Times New Roman" w:hAnsi="Times New Roman"/>
          <w:w w:val="105"/>
          <w:sz w:val="28"/>
          <w:szCs w:val="28"/>
        </w:rPr>
        <w:t>и делать выводы.</w:t>
      </w:r>
    </w:p>
    <w:p w:rsidR="00C44676" w:rsidRPr="001A456E" w:rsidRDefault="00AD3ABA" w:rsidP="003772B6">
      <w:pPr>
        <w:pStyle w:val="aff"/>
        <w:spacing w:before="175"/>
        <w:ind w:right="196"/>
        <w:jc w:val="both"/>
        <w:rPr>
          <w:rFonts w:ascii="Times New Roman" w:hAnsi="Times New Roman"/>
          <w:sz w:val="28"/>
          <w:szCs w:val="28"/>
        </w:rPr>
      </w:pPr>
      <w:r w:rsidRPr="001A456E">
        <w:rPr>
          <w:rFonts w:ascii="Times New Roman" w:hAnsi="Times New Roman"/>
          <w:i/>
          <w:sz w:val="28"/>
          <w:szCs w:val="28"/>
        </w:rPr>
        <w:t xml:space="preserve">Окружающий мир: </w:t>
      </w:r>
      <w:r w:rsidRPr="001A456E">
        <w:rPr>
          <w:rFonts w:ascii="Times New Roman" w:hAnsi="Times New Roman"/>
          <w:sz w:val="28"/>
          <w:szCs w:val="28"/>
        </w:rPr>
        <w:t>формирование уважительного отношения к своей семье и семейным традициям, родному краю, России, её истории и культуре, природе; формирование чувства гордости за национал</w:t>
      </w:r>
      <w:r w:rsidR="00C44676" w:rsidRPr="001A456E">
        <w:rPr>
          <w:rFonts w:ascii="Times New Roman" w:hAnsi="Times New Roman"/>
          <w:sz w:val="28"/>
          <w:szCs w:val="28"/>
        </w:rPr>
        <w:t>ьные свершения, открытия, побе</w:t>
      </w:r>
      <w:r w:rsidRPr="001A456E">
        <w:rPr>
          <w:rFonts w:ascii="Times New Roman" w:hAnsi="Times New Roman"/>
          <w:sz w:val="28"/>
          <w:szCs w:val="28"/>
        </w:rPr>
        <w:t>ды; формирование первоначальных представлений о природных и социальных объектах как компонентах единого мира, о многообразии объектов и явлений природы, о связи мира живой и неживой природы; формирование основ ра- ционального поведения и обоснованного принятия решений; формирование первоначальных представлений о традициях</w:t>
      </w:r>
      <w:r w:rsidR="00C44676" w:rsidRPr="001A456E">
        <w:rPr>
          <w:rFonts w:ascii="Times New Roman" w:hAnsi="Times New Roman"/>
          <w:sz w:val="28"/>
          <w:szCs w:val="28"/>
        </w:rPr>
        <w:t xml:space="preserve"> и обычаях, хозяйственных заня</w:t>
      </w:r>
      <w:r w:rsidRPr="001A456E">
        <w:rPr>
          <w:rFonts w:ascii="Times New Roman" w:hAnsi="Times New Roman"/>
          <w:sz w:val="28"/>
          <w:szCs w:val="28"/>
        </w:rPr>
        <w:t>тиях населения и массовых профессиях ро</w:t>
      </w:r>
      <w:r w:rsidR="00C44676" w:rsidRPr="001A456E">
        <w:rPr>
          <w:rFonts w:ascii="Times New Roman" w:hAnsi="Times New Roman"/>
          <w:sz w:val="28"/>
          <w:szCs w:val="28"/>
        </w:rPr>
        <w:t>дного края, достопримечательно</w:t>
      </w:r>
      <w:r w:rsidRPr="001A456E">
        <w:rPr>
          <w:rFonts w:ascii="Times New Roman" w:hAnsi="Times New Roman"/>
          <w:sz w:val="28"/>
          <w:szCs w:val="28"/>
        </w:rPr>
        <w:t>стях</w:t>
      </w:r>
      <w:r w:rsidRPr="001A456E">
        <w:rPr>
          <w:rFonts w:ascii="Times New Roman" w:hAnsi="Times New Roman"/>
          <w:spacing w:val="40"/>
          <w:sz w:val="28"/>
          <w:szCs w:val="28"/>
        </w:rPr>
        <w:t xml:space="preserve"> </w:t>
      </w:r>
      <w:r w:rsidRPr="001A456E">
        <w:rPr>
          <w:rFonts w:ascii="Times New Roman" w:hAnsi="Times New Roman"/>
          <w:sz w:val="28"/>
          <w:szCs w:val="28"/>
        </w:rPr>
        <w:t>столицы</w:t>
      </w:r>
      <w:r w:rsidRPr="001A456E">
        <w:rPr>
          <w:rFonts w:ascii="Times New Roman" w:hAnsi="Times New Roman"/>
          <w:spacing w:val="40"/>
          <w:sz w:val="28"/>
          <w:szCs w:val="28"/>
        </w:rPr>
        <w:t xml:space="preserve"> </w:t>
      </w:r>
      <w:r w:rsidRPr="001A456E">
        <w:rPr>
          <w:rFonts w:ascii="Times New Roman" w:hAnsi="Times New Roman"/>
          <w:sz w:val="28"/>
          <w:szCs w:val="28"/>
        </w:rPr>
        <w:t>России</w:t>
      </w:r>
      <w:r w:rsidRPr="001A456E">
        <w:rPr>
          <w:rFonts w:ascii="Times New Roman" w:hAnsi="Times New Roman"/>
          <w:spacing w:val="40"/>
          <w:sz w:val="28"/>
          <w:szCs w:val="28"/>
        </w:rPr>
        <w:t xml:space="preserve"> </w:t>
      </w:r>
      <w:r w:rsidRPr="001A456E">
        <w:rPr>
          <w:rFonts w:ascii="Times New Roman" w:hAnsi="Times New Roman"/>
          <w:sz w:val="28"/>
          <w:szCs w:val="28"/>
        </w:rPr>
        <w:t>и</w:t>
      </w:r>
      <w:r w:rsidRPr="001A456E">
        <w:rPr>
          <w:rFonts w:ascii="Times New Roman" w:hAnsi="Times New Roman"/>
          <w:spacing w:val="40"/>
          <w:sz w:val="28"/>
          <w:szCs w:val="28"/>
        </w:rPr>
        <w:t xml:space="preserve"> </w:t>
      </w:r>
      <w:r w:rsidRPr="001A456E">
        <w:rPr>
          <w:rFonts w:ascii="Times New Roman" w:hAnsi="Times New Roman"/>
          <w:sz w:val="28"/>
          <w:szCs w:val="28"/>
        </w:rPr>
        <w:t>родного</w:t>
      </w:r>
      <w:r w:rsidRPr="001A456E">
        <w:rPr>
          <w:rFonts w:ascii="Times New Roman" w:hAnsi="Times New Roman"/>
          <w:spacing w:val="40"/>
          <w:sz w:val="28"/>
          <w:szCs w:val="28"/>
        </w:rPr>
        <w:t xml:space="preserve"> </w:t>
      </w:r>
      <w:r w:rsidRPr="001A456E">
        <w:rPr>
          <w:rFonts w:ascii="Times New Roman" w:hAnsi="Times New Roman"/>
          <w:sz w:val="28"/>
          <w:szCs w:val="28"/>
        </w:rPr>
        <w:t>края,</w:t>
      </w:r>
      <w:r w:rsidRPr="001A456E">
        <w:rPr>
          <w:rFonts w:ascii="Times New Roman" w:hAnsi="Times New Roman"/>
          <w:spacing w:val="40"/>
          <w:sz w:val="28"/>
          <w:szCs w:val="28"/>
        </w:rPr>
        <w:t xml:space="preserve"> </w:t>
      </w:r>
      <w:r w:rsidRPr="001A456E">
        <w:rPr>
          <w:rFonts w:ascii="Times New Roman" w:hAnsi="Times New Roman"/>
          <w:sz w:val="28"/>
          <w:szCs w:val="28"/>
        </w:rPr>
        <w:t>наиболее</w:t>
      </w:r>
      <w:r w:rsidRPr="001A456E">
        <w:rPr>
          <w:rFonts w:ascii="Times New Roman" w:hAnsi="Times New Roman"/>
          <w:spacing w:val="40"/>
          <w:sz w:val="28"/>
          <w:szCs w:val="28"/>
        </w:rPr>
        <w:t xml:space="preserve"> </w:t>
      </w:r>
      <w:r w:rsidRPr="001A456E">
        <w:rPr>
          <w:rFonts w:ascii="Times New Roman" w:hAnsi="Times New Roman"/>
          <w:sz w:val="28"/>
          <w:szCs w:val="28"/>
        </w:rPr>
        <w:t>значимых</w:t>
      </w:r>
      <w:r w:rsidRPr="001A456E">
        <w:rPr>
          <w:rFonts w:ascii="Times New Roman" w:hAnsi="Times New Roman"/>
          <w:spacing w:val="40"/>
          <w:sz w:val="28"/>
          <w:szCs w:val="28"/>
        </w:rPr>
        <w:t xml:space="preserve"> </w:t>
      </w:r>
      <w:r w:rsidRPr="001A456E">
        <w:rPr>
          <w:rFonts w:ascii="Times New Roman" w:hAnsi="Times New Roman"/>
          <w:sz w:val="28"/>
          <w:szCs w:val="28"/>
        </w:rPr>
        <w:t>объектах всемирного культурного и природного наследия в России, важнейших для страны</w:t>
      </w:r>
      <w:r w:rsidRPr="001A456E">
        <w:rPr>
          <w:rFonts w:ascii="Times New Roman" w:hAnsi="Times New Roman"/>
          <w:spacing w:val="40"/>
          <w:sz w:val="28"/>
          <w:szCs w:val="28"/>
        </w:rPr>
        <w:t xml:space="preserve"> </w:t>
      </w:r>
      <w:r w:rsidRPr="001A456E">
        <w:rPr>
          <w:rFonts w:ascii="Times New Roman" w:hAnsi="Times New Roman"/>
          <w:sz w:val="28"/>
          <w:szCs w:val="28"/>
        </w:rPr>
        <w:t>и</w:t>
      </w:r>
      <w:r w:rsidRPr="001A456E">
        <w:rPr>
          <w:rFonts w:ascii="Times New Roman" w:hAnsi="Times New Roman"/>
          <w:spacing w:val="40"/>
          <w:sz w:val="28"/>
          <w:szCs w:val="28"/>
        </w:rPr>
        <w:t xml:space="preserve"> </w:t>
      </w:r>
      <w:r w:rsidRPr="001A456E">
        <w:rPr>
          <w:rFonts w:ascii="Times New Roman" w:hAnsi="Times New Roman"/>
          <w:sz w:val="28"/>
          <w:szCs w:val="28"/>
        </w:rPr>
        <w:t>личности событиях и фактах прошлого и настоящего России,</w:t>
      </w:r>
      <w:r w:rsidRPr="001A456E">
        <w:rPr>
          <w:rFonts w:ascii="Times New Roman" w:hAnsi="Times New Roman"/>
          <w:spacing w:val="40"/>
          <w:sz w:val="28"/>
          <w:szCs w:val="28"/>
        </w:rPr>
        <w:t xml:space="preserve"> </w:t>
      </w:r>
      <w:r w:rsidRPr="001A456E">
        <w:rPr>
          <w:rFonts w:ascii="Times New Roman" w:hAnsi="Times New Roman"/>
          <w:sz w:val="28"/>
          <w:szCs w:val="28"/>
        </w:rPr>
        <w:t>основных</w:t>
      </w:r>
      <w:r w:rsidRPr="001A456E">
        <w:rPr>
          <w:rFonts w:ascii="Times New Roman" w:hAnsi="Times New Roman"/>
          <w:spacing w:val="40"/>
          <w:sz w:val="28"/>
          <w:szCs w:val="28"/>
        </w:rPr>
        <w:t xml:space="preserve"> </w:t>
      </w:r>
      <w:r w:rsidRPr="001A456E">
        <w:rPr>
          <w:rFonts w:ascii="Times New Roman" w:hAnsi="Times New Roman"/>
          <w:sz w:val="28"/>
          <w:szCs w:val="28"/>
        </w:rPr>
        <w:t>правах</w:t>
      </w:r>
      <w:r w:rsidRPr="001A456E">
        <w:rPr>
          <w:rFonts w:ascii="Times New Roman" w:hAnsi="Times New Roman"/>
          <w:spacing w:val="40"/>
          <w:sz w:val="28"/>
          <w:szCs w:val="28"/>
        </w:rPr>
        <w:t xml:space="preserve"> </w:t>
      </w:r>
      <w:r w:rsidRPr="001A456E">
        <w:rPr>
          <w:rFonts w:ascii="Times New Roman" w:hAnsi="Times New Roman"/>
          <w:sz w:val="28"/>
          <w:szCs w:val="28"/>
        </w:rPr>
        <w:t>и</w:t>
      </w:r>
      <w:r w:rsidRPr="001A456E">
        <w:rPr>
          <w:rFonts w:ascii="Times New Roman" w:hAnsi="Times New Roman"/>
          <w:spacing w:val="40"/>
          <w:sz w:val="28"/>
          <w:szCs w:val="28"/>
        </w:rPr>
        <w:t xml:space="preserve"> </w:t>
      </w:r>
      <w:r w:rsidRPr="001A456E">
        <w:rPr>
          <w:rFonts w:ascii="Times New Roman" w:hAnsi="Times New Roman"/>
          <w:sz w:val="28"/>
          <w:szCs w:val="28"/>
        </w:rPr>
        <w:t>обязанностях</w:t>
      </w:r>
      <w:r w:rsidRPr="001A456E">
        <w:rPr>
          <w:rFonts w:ascii="Times New Roman" w:hAnsi="Times New Roman"/>
          <w:spacing w:val="40"/>
          <w:sz w:val="28"/>
          <w:szCs w:val="28"/>
        </w:rPr>
        <w:t xml:space="preserve"> </w:t>
      </w:r>
      <w:r w:rsidRPr="001A456E">
        <w:rPr>
          <w:rFonts w:ascii="Times New Roman" w:hAnsi="Times New Roman"/>
          <w:sz w:val="28"/>
          <w:szCs w:val="28"/>
        </w:rPr>
        <w:t>гражданина</w:t>
      </w:r>
      <w:r w:rsidRPr="001A456E">
        <w:rPr>
          <w:rFonts w:ascii="Times New Roman" w:hAnsi="Times New Roman"/>
          <w:spacing w:val="40"/>
          <w:sz w:val="28"/>
          <w:szCs w:val="28"/>
        </w:rPr>
        <w:t xml:space="preserve"> </w:t>
      </w:r>
      <w:r w:rsidRPr="001A456E">
        <w:rPr>
          <w:rFonts w:ascii="Times New Roman" w:hAnsi="Times New Roman"/>
          <w:sz w:val="28"/>
          <w:szCs w:val="28"/>
        </w:rPr>
        <w:t>Российской</w:t>
      </w:r>
      <w:r w:rsidRPr="001A456E">
        <w:rPr>
          <w:rFonts w:ascii="Times New Roman" w:hAnsi="Times New Roman"/>
          <w:spacing w:val="40"/>
          <w:sz w:val="28"/>
          <w:szCs w:val="28"/>
        </w:rPr>
        <w:t xml:space="preserve"> </w:t>
      </w:r>
      <w:r w:rsidRPr="001A456E">
        <w:rPr>
          <w:rFonts w:ascii="Times New Roman" w:hAnsi="Times New Roman"/>
          <w:sz w:val="28"/>
          <w:szCs w:val="28"/>
        </w:rPr>
        <w:t>Федерации;</w:t>
      </w:r>
      <w:r w:rsidRPr="001A456E">
        <w:rPr>
          <w:rFonts w:ascii="Times New Roman" w:hAnsi="Times New Roman"/>
          <w:spacing w:val="80"/>
          <w:sz w:val="28"/>
          <w:szCs w:val="28"/>
        </w:rPr>
        <w:t xml:space="preserve"> </w:t>
      </w:r>
      <w:r w:rsidRPr="001A456E">
        <w:rPr>
          <w:rFonts w:ascii="Times New Roman" w:hAnsi="Times New Roman"/>
          <w:sz w:val="28"/>
          <w:szCs w:val="28"/>
        </w:rPr>
        <w:t>развитие</w:t>
      </w:r>
      <w:r w:rsidRPr="001A456E">
        <w:rPr>
          <w:rFonts w:ascii="Times New Roman" w:hAnsi="Times New Roman"/>
          <w:spacing w:val="80"/>
          <w:sz w:val="28"/>
          <w:szCs w:val="28"/>
        </w:rPr>
        <w:t xml:space="preserve"> </w:t>
      </w:r>
      <w:r w:rsidRPr="001A456E">
        <w:rPr>
          <w:rFonts w:ascii="Times New Roman" w:hAnsi="Times New Roman"/>
          <w:sz w:val="28"/>
          <w:szCs w:val="28"/>
        </w:rPr>
        <w:t>умений</w:t>
      </w:r>
      <w:r w:rsidRPr="001A456E">
        <w:rPr>
          <w:rFonts w:ascii="Times New Roman" w:hAnsi="Times New Roman"/>
          <w:spacing w:val="80"/>
          <w:sz w:val="28"/>
          <w:szCs w:val="28"/>
        </w:rPr>
        <w:t xml:space="preserve"> </w:t>
      </w:r>
      <w:r w:rsidRPr="001A456E">
        <w:rPr>
          <w:rFonts w:ascii="Times New Roman" w:hAnsi="Times New Roman"/>
          <w:sz w:val="28"/>
          <w:szCs w:val="28"/>
        </w:rPr>
        <w:t>описывать,</w:t>
      </w:r>
      <w:r w:rsidRPr="001A456E">
        <w:rPr>
          <w:rFonts w:ascii="Times New Roman" w:hAnsi="Times New Roman"/>
          <w:spacing w:val="80"/>
          <w:sz w:val="28"/>
          <w:szCs w:val="28"/>
        </w:rPr>
        <w:t xml:space="preserve"> </w:t>
      </w:r>
      <w:r w:rsidRPr="001A456E">
        <w:rPr>
          <w:rFonts w:ascii="Times New Roman" w:hAnsi="Times New Roman"/>
          <w:sz w:val="28"/>
          <w:szCs w:val="28"/>
        </w:rPr>
        <w:t>сравнивать</w:t>
      </w:r>
      <w:r w:rsidRPr="001A456E">
        <w:rPr>
          <w:rFonts w:ascii="Times New Roman" w:hAnsi="Times New Roman"/>
          <w:spacing w:val="80"/>
          <w:sz w:val="28"/>
          <w:szCs w:val="28"/>
        </w:rPr>
        <w:t xml:space="preserve"> </w:t>
      </w:r>
      <w:r w:rsidRPr="001A456E">
        <w:rPr>
          <w:rFonts w:ascii="Times New Roman" w:hAnsi="Times New Roman"/>
          <w:sz w:val="28"/>
          <w:szCs w:val="28"/>
        </w:rPr>
        <w:t>и</w:t>
      </w:r>
      <w:r w:rsidRPr="001A456E">
        <w:rPr>
          <w:rFonts w:ascii="Times New Roman" w:hAnsi="Times New Roman"/>
          <w:spacing w:val="80"/>
          <w:sz w:val="28"/>
          <w:szCs w:val="28"/>
        </w:rPr>
        <w:t xml:space="preserve"> </w:t>
      </w:r>
      <w:r w:rsidRPr="001A456E">
        <w:rPr>
          <w:rFonts w:ascii="Times New Roman" w:hAnsi="Times New Roman"/>
          <w:sz w:val="28"/>
          <w:szCs w:val="28"/>
        </w:rPr>
        <w:t>группировать</w:t>
      </w:r>
      <w:r w:rsidRPr="001A456E">
        <w:rPr>
          <w:rFonts w:ascii="Times New Roman" w:hAnsi="Times New Roman"/>
          <w:spacing w:val="80"/>
          <w:sz w:val="28"/>
          <w:szCs w:val="28"/>
        </w:rPr>
        <w:t xml:space="preserve"> </w:t>
      </w:r>
      <w:r w:rsidRPr="001A456E">
        <w:rPr>
          <w:rFonts w:ascii="Times New Roman" w:hAnsi="Times New Roman"/>
          <w:sz w:val="28"/>
          <w:szCs w:val="28"/>
        </w:rPr>
        <w:t>изученные природные</w:t>
      </w:r>
      <w:r w:rsidRPr="001A456E">
        <w:rPr>
          <w:rFonts w:ascii="Times New Roman" w:hAnsi="Times New Roman"/>
          <w:spacing w:val="40"/>
          <w:sz w:val="28"/>
          <w:szCs w:val="28"/>
        </w:rPr>
        <w:t xml:space="preserve"> </w:t>
      </w:r>
      <w:r w:rsidRPr="001A456E">
        <w:rPr>
          <w:rFonts w:ascii="Times New Roman" w:hAnsi="Times New Roman"/>
          <w:sz w:val="28"/>
          <w:szCs w:val="28"/>
        </w:rPr>
        <w:t>объекты</w:t>
      </w:r>
      <w:r w:rsidRPr="001A456E">
        <w:rPr>
          <w:rFonts w:ascii="Times New Roman" w:hAnsi="Times New Roman"/>
          <w:spacing w:val="40"/>
          <w:sz w:val="28"/>
          <w:szCs w:val="28"/>
        </w:rPr>
        <w:t xml:space="preserve"> </w:t>
      </w:r>
      <w:r w:rsidRPr="001A456E">
        <w:rPr>
          <w:rFonts w:ascii="Times New Roman" w:hAnsi="Times New Roman"/>
          <w:sz w:val="28"/>
          <w:szCs w:val="28"/>
        </w:rPr>
        <w:t>и</w:t>
      </w:r>
      <w:r w:rsidRPr="001A456E">
        <w:rPr>
          <w:rFonts w:ascii="Times New Roman" w:hAnsi="Times New Roman"/>
          <w:spacing w:val="40"/>
          <w:sz w:val="28"/>
          <w:szCs w:val="28"/>
        </w:rPr>
        <w:t xml:space="preserve"> </w:t>
      </w:r>
      <w:r w:rsidRPr="001A456E">
        <w:rPr>
          <w:rFonts w:ascii="Times New Roman" w:hAnsi="Times New Roman"/>
          <w:sz w:val="28"/>
          <w:szCs w:val="28"/>
        </w:rPr>
        <w:t>явления,</w:t>
      </w:r>
      <w:r w:rsidRPr="001A456E">
        <w:rPr>
          <w:rFonts w:ascii="Times New Roman" w:hAnsi="Times New Roman"/>
          <w:spacing w:val="40"/>
          <w:sz w:val="28"/>
          <w:szCs w:val="28"/>
        </w:rPr>
        <w:t xml:space="preserve"> </w:t>
      </w:r>
      <w:r w:rsidRPr="001A456E">
        <w:rPr>
          <w:rFonts w:ascii="Times New Roman" w:hAnsi="Times New Roman"/>
          <w:sz w:val="28"/>
          <w:szCs w:val="28"/>
        </w:rPr>
        <w:t>выделяя</w:t>
      </w:r>
      <w:r w:rsidRPr="001A456E">
        <w:rPr>
          <w:rFonts w:ascii="Times New Roman" w:hAnsi="Times New Roman"/>
          <w:spacing w:val="40"/>
          <w:sz w:val="28"/>
          <w:szCs w:val="28"/>
        </w:rPr>
        <w:t xml:space="preserve"> </w:t>
      </w:r>
      <w:r w:rsidRPr="001A456E">
        <w:rPr>
          <w:rFonts w:ascii="Times New Roman" w:hAnsi="Times New Roman"/>
          <w:sz w:val="28"/>
          <w:szCs w:val="28"/>
        </w:rPr>
        <w:t>их</w:t>
      </w:r>
      <w:r w:rsidRPr="001A456E">
        <w:rPr>
          <w:rFonts w:ascii="Times New Roman" w:hAnsi="Times New Roman"/>
          <w:spacing w:val="40"/>
          <w:sz w:val="28"/>
          <w:szCs w:val="28"/>
        </w:rPr>
        <w:t xml:space="preserve"> </w:t>
      </w:r>
      <w:r w:rsidRPr="001A456E">
        <w:rPr>
          <w:rFonts w:ascii="Times New Roman" w:hAnsi="Times New Roman"/>
          <w:sz w:val="28"/>
          <w:szCs w:val="28"/>
        </w:rPr>
        <w:t>существенные</w:t>
      </w:r>
      <w:r w:rsidRPr="001A456E">
        <w:rPr>
          <w:rFonts w:ascii="Times New Roman" w:hAnsi="Times New Roman"/>
          <w:spacing w:val="40"/>
          <w:sz w:val="28"/>
          <w:szCs w:val="28"/>
        </w:rPr>
        <w:t xml:space="preserve"> </w:t>
      </w:r>
      <w:r w:rsidRPr="001A456E">
        <w:rPr>
          <w:rFonts w:ascii="Times New Roman" w:hAnsi="Times New Roman"/>
          <w:sz w:val="28"/>
          <w:szCs w:val="28"/>
        </w:rPr>
        <w:t>признаки</w:t>
      </w:r>
      <w:r w:rsidRPr="001A456E">
        <w:rPr>
          <w:rFonts w:ascii="Times New Roman" w:hAnsi="Times New Roman"/>
          <w:spacing w:val="40"/>
          <w:sz w:val="28"/>
          <w:szCs w:val="28"/>
        </w:rPr>
        <w:t xml:space="preserve"> </w:t>
      </w:r>
      <w:r w:rsidRPr="001A456E">
        <w:rPr>
          <w:rFonts w:ascii="Times New Roman" w:hAnsi="Times New Roman"/>
          <w:sz w:val="28"/>
          <w:szCs w:val="28"/>
        </w:rPr>
        <w:t>и отношения между объектами и явлениями; понимание простейших причинно- следственных</w:t>
      </w:r>
      <w:r w:rsidRPr="001A456E">
        <w:rPr>
          <w:rFonts w:ascii="Times New Roman" w:hAnsi="Times New Roman"/>
          <w:spacing w:val="40"/>
          <w:sz w:val="28"/>
          <w:szCs w:val="28"/>
        </w:rPr>
        <w:t xml:space="preserve"> </w:t>
      </w:r>
      <w:r w:rsidRPr="001A456E">
        <w:rPr>
          <w:rFonts w:ascii="Times New Roman" w:hAnsi="Times New Roman"/>
          <w:sz w:val="28"/>
          <w:szCs w:val="28"/>
        </w:rPr>
        <w:t>связей</w:t>
      </w:r>
      <w:r w:rsidRPr="001A456E">
        <w:rPr>
          <w:rFonts w:ascii="Times New Roman" w:hAnsi="Times New Roman"/>
          <w:spacing w:val="40"/>
          <w:sz w:val="28"/>
          <w:szCs w:val="28"/>
        </w:rPr>
        <w:t xml:space="preserve"> </w:t>
      </w:r>
      <w:r w:rsidRPr="001A456E">
        <w:rPr>
          <w:rFonts w:ascii="Times New Roman" w:hAnsi="Times New Roman"/>
          <w:sz w:val="28"/>
          <w:szCs w:val="28"/>
        </w:rPr>
        <w:t>в</w:t>
      </w:r>
      <w:r w:rsidRPr="001A456E">
        <w:rPr>
          <w:rFonts w:ascii="Times New Roman" w:hAnsi="Times New Roman"/>
          <w:spacing w:val="40"/>
          <w:sz w:val="28"/>
          <w:szCs w:val="28"/>
        </w:rPr>
        <w:t xml:space="preserve"> </w:t>
      </w:r>
      <w:r w:rsidRPr="001A456E">
        <w:rPr>
          <w:rFonts w:ascii="Times New Roman" w:hAnsi="Times New Roman"/>
          <w:sz w:val="28"/>
          <w:szCs w:val="28"/>
        </w:rPr>
        <w:t>окружающем</w:t>
      </w:r>
      <w:r w:rsidRPr="001A456E">
        <w:rPr>
          <w:rFonts w:ascii="Times New Roman" w:hAnsi="Times New Roman"/>
          <w:spacing w:val="40"/>
          <w:sz w:val="28"/>
          <w:szCs w:val="28"/>
        </w:rPr>
        <w:t xml:space="preserve"> </w:t>
      </w:r>
      <w:r w:rsidRPr="001A456E">
        <w:rPr>
          <w:rFonts w:ascii="Times New Roman" w:hAnsi="Times New Roman"/>
          <w:sz w:val="28"/>
          <w:szCs w:val="28"/>
        </w:rPr>
        <w:t>мире</w:t>
      </w:r>
      <w:r w:rsidRPr="001A456E">
        <w:rPr>
          <w:rFonts w:ascii="Times New Roman" w:hAnsi="Times New Roman"/>
          <w:spacing w:val="40"/>
          <w:sz w:val="28"/>
          <w:szCs w:val="28"/>
        </w:rPr>
        <w:t xml:space="preserve"> </w:t>
      </w:r>
      <w:r w:rsidRPr="001A456E">
        <w:rPr>
          <w:rFonts w:ascii="Times New Roman" w:hAnsi="Times New Roman"/>
          <w:sz w:val="28"/>
          <w:szCs w:val="28"/>
        </w:rPr>
        <w:t>(в</w:t>
      </w:r>
      <w:r w:rsidRPr="001A456E">
        <w:rPr>
          <w:rFonts w:ascii="Times New Roman" w:hAnsi="Times New Roman"/>
          <w:spacing w:val="40"/>
          <w:sz w:val="28"/>
          <w:szCs w:val="28"/>
        </w:rPr>
        <w:t xml:space="preserve"> </w:t>
      </w:r>
      <w:r w:rsidRPr="001A456E">
        <w:rPr>
          <w:rFonts w:ascii="Times New Roman" w:hAnsi="Times New Roman"/>
          <w:sz w:val="28"/>
          <w:szCs w:val="28"/>
        </w:rPr>
        <w:lastRenderedPageBreak/>
        <w:t>том</w:t>
      </w:r>
      <w:r w:rsidRPr="001A456E">
        <w:rPr>
          <w:rFonts w:ascii="Times New Roman" w:hAnsi="Times New Roman"/>
          <w:spacing w:val="40"/>
          <w:sz w:val="28"/>
          <w:szCs w:val="28"/>
        </w:rPr>
        <w:t xml:space="preserve"> </w:t>
      </w:r>
      <w:r w:rsidRPr="001A456E">
        <w:rPr>
          <w:rFonts w:ascii="Times New Roman" w:hAnsi="Times New Roman"/>
          <w:sz w:val="28"/>
          <w:szCs w:val="28"/>
        </w:rPr>
        <w:t>числе</w:t>
      </w:r>
      <w:r w:rsidRPr="001A456E">
        <w:rPr>
          <w:rFonts w:ascii="Times New Roman" w:hAnsi="Times New Roman"/>
          <w:spacing w:val="40"/>
          <w:sz w:val="28"/>
          <w:szCs w:val="28"/>
        </w:rPr>
        <w:t xml:space="preserve"> </w:t>
      </w:r>
      <w:r w:rsidRPr="001A456E">
        <w:rPr>
          <w:rFonts w:ascii="Times New Roman" w:hAnsi="Times New Roman"/>
          <w:sz w:val="28"/>
          <w:szCs w:val="28"/>
        </w:rPr>
        <w:t>на</w:t>
      </w:r>
      <w:r w:rsidRPr="001A456E">
        <w:rPr>
          <w:rFonts w:ascii="Times New Roman" w:hAnsi="Times New Roman"/>
          <w:spacing w:val="40"/>
          <w:sz w:val="28"/>
          <w:szCs w:val="28"/>
        </w:rPr>
        <w:t xml:space="preserve"> </w:t>
      </w:r>
      <w:r w:rsidRPr="001A456E">
        <w:rPr>
          <w:rFonts w:ascii="Times New Roman" w:hAnsi="Times New Roman"/>
          <w:sz w:val="28"/>
          <w:szCs w:val="28"/>
        </w:rPr>
        <w:t>материале</w:t>
      </w:r>
      <w:r w:rsidRPr="001A456E">
        <w:rPr>
          <w:rFonts w:ascii="Times New Roman" w:hAnsi="Times New Roman"/>
          <w:spacing w:val="40"/>
          <w:sz w:val="28"/>
          <w:szCs w:val="28"/>
        </w:rPr>
        <w:t xml:space="preserve"> </w:t>
      </w:r>
      <w:r w:rsidRPr="001A456E">
        <w:rPr>
          <w:rFonts w:ascii="Times New Roman" w:hAnsi="Times New Roman"/>
          <w:sz w:val="28"/>
          <w:szCs w:val="28"/>
        </w:rPr>
        <w:t>о природе и культуре родного края); приобретение базовых умений работы с доступной</w:t>
      </w:r>
      <w:r w:rsidRPr="001A456E">
        <w:rPr>
          <w:rFonts w:ascii="Times New Roman" w:hAnsi="Times New Roman"/>
          <w:spacing w:val="40"/>
          <w:sz w:val="28"/>
          <w:szCs w:val="28"/>
        </w:rPr>
        <w:t xml:space="preserve"> </w:t>
      </w:r>
      <w:r w:rsidRPr="001A456E">
        <w:rPr>
          <w:rFonts w:ascii="Times New Roman" w:hAnsi="Times New Roman"/>
          <w:sz w:val="28"/>
          <w:szCs w:val="28"/>
        </w:rPr>
        <w:t>информацией</w:t>
      </w:r>
      <w:r w:rsidRPr="001A456E">
        <w:rPr>
          <w:rFonts w:ascii="Times New Roman" w:hAnsi="Times New Roman"/>
          <w:spacing w:val="40"/>
          <w:sz w:val="28"/>
          <w:szCs w:val="28"/>
        </w:rPr>
        <w:t xml:space="preserve"> </w:t>
      </w:r>
      <w:r w:rsidRPr="001A456E">
        <w:rPr>
          <w:rFonts w:ascii="Times New Roman" w:hAnsi="Times New Roman"/>
          <w:sz w:val="28"/>
          <w:szCs w:val="28"/>
        </w:rPr>
        <w:t>(текстовой,</w:t>
      </w:r>
      <w:r w:rsidRPr="001A456E">
        <w:rPr>
          <w:rFonts w:ascii="Times New Roman" w:hAnsi="Times New Roman"/>
          <w:spacing w:val="40"/>
          <w:sz w:val="28"/>
          <w:szCs w:val="28"/>
        </w:rPr>
        <w:t xml:space="preserve"> </w:t>
      </w:r>
      <w:r w:rsidRPr="001A456E">
        <w:rPr>
          <w:rFonts w:ascii="Times New Roman" w:hAnsi="Times New Roman"/>
          <w:sz w:val="28"/>
          <w:szCs w:val="28"/>
        </w:rPr>
        <w:t>графической,</w:t>
      </w:r>
      <w:r w:rsidRPr="001A456E">
        <w:rPr>
          <w:rFonts w:ascii="Times New Roman" w:hAnsi="Times New Roman"/>
          <w:spacing w:val="40"/>
          <w:sz w:val="28"/>
          <w:szCs w:val="28"/>
        </w:rPr>
        <w:t xml:space="preserve"> </w:t>
      </w:r>
      <w:r w:rsidRPr="001A456E">
        <w:rPr>
          <w:rFonts w:ascii="Times New Roman" w:hAnsi="Times New Roman"/>
          <w:sz w:val="28"/>
          <w:szCs w:val="28"/>
        </w:rPr>
        <w:t>аудиовизуальной)</w:t>
      </w:r>
      <w:r w:rsidRPr="001A456E">
        <w:rPr>
          <w:rFonts w:ascii="Times New Roman" w:hAnsi="Times New Roman"/>
          <w:spacing w:val="40"/>
          <w:sz w:val="28"/>
          <w:szCs w:val="28"/>
        </w:rPr>
        <w:t xml:space="preserve"> </w:t>
      </w:r>
      <w:r w:rsidRPr="001A456E">
        <w:rPr>
          <w:rFonts w:ascii="Times New Roman" w:hAnsi="Times New Roman"/>
          <w:sz w:val="28"/>
          <w:szCs w:val="28"/>
        </w:rPr>
        <w:t>о природе и обществе, безопасного использования электронных ресурсов образовательной</w:t>
      </w:r>
      <w:r w:rsidRPr="001A456E">
        <w:rPr>
          <w:rFonts w:ascii="Times New Roman" w:hAnsi="Times New Roman"/>
          <w:spacing w:val="80"/>
          <w:sz w:val="28"/>
          <w:szCs w:val="28"/>
        </w:rPr>
        <w:t xml:space="preserve"> </w:t>
      </w:r>
      <w:r w:rsidRPr="001A456E">
        <w:rPr>
          <w:rFonts w:ascii="Times New Roman" w:hAnsi="Times New Roman"/>
          <w:sz w:val="28"/>
          <w:szCs w:val="28"/>
        </w:rPr>
        <w:t>организации</w:t>
      </w:r>
      <w:r w:rsidRPr="001A456E">
        <w:rPr>
          <w:rFonts w:ascii="Times New Roman" w:hAnsi="Times New Roman"/>
          <w:spacing w:val="80"/>
          <w:sz w:val="28"/>
          <w:szCs w:val="28"/>
        </w:rPr>
        <w:t xml:space="preserve"> </w:t>
      </w:r>
      <w:r w:rsidRPr="001A456E">
        <w:rPr>
          <w:rFonts w:ascii="Times New Roman" w:hAnsi="Times New Roman"/>
          <w:sz w:val="28"/>
          <w:szCs w:val="28"/>
        </w:rPr>
        <w:t>и</w:t>
      </w:r>
      <w:r w:rsidRPr="001A456E">
        <w:rPr>
          <w:rFonts w:ascii="Times New Roman" w:hAnsi="Times New Roman"/>
          <w:spacing w:val="80"/>
          <w:sz w:val="28"/>
          <w:szCs w:val="28"/>
        </w:rPr>
        <w:t xml:space="preserve"> </w:t>
      </w:r>
      <w:r w:rsidRPr="001A456E">
        <w:rPr>
          <w:rFonts w:ascii="Times New Roman" w:hAnsi="Times New Roman"/>
          <w:sz w:val="28"/>
          <w:szCs w:val="28"/>
        </w:rPr>
        <w:t>сети</w:t>
      </w:r>
      <w:r w:rsidRPr="001A456E">
        <w:rPr>
          <w:rFonts w:ascii="Times New Roman" w:hAnsi="Times New Roman"/>
          <w:spacing w:val="80"/>
          <w:sz w:val="28"/>
          <w:szCs w:val="28"/>
        </w:rPr>
        <w:t xml:space="preserve"> </w:t>
      </w:r>
      <w:r w:rsidRPr="001A456E">
        <w:rPr>
          <w:rFonts w:ascii="Times New Roman" w:hAnsi="Times New Roman"/>
          <w:sz w:val="28"/>
          <w:szCs w:val="28"/>
        </w:rPr>
        <w:t>Интернет,</w:t>
      </w:r>
      <w:r w:rsidRPr="001A456E">
        <w:rPr>
          <w:rFonts w:ascii="Times New Roman" w:hAnsi="Times New Roman"/>
          <w:spacing w:val="80"/>
          <w:sz w:val="28"/>
          <w:szCs w:val="28"/>
        </w:rPr>
        <w:t xml:space="preserve"> </w:t>
      </w:r>
      <w:r w:rsidRPr="001A456E">
        <w:rPr>
          <w:rFonts w:ascii="Times New Roman" w:hAnsi="Times New Roman"/>
          <w:sz w:val="28"/>
          <w:szCs w:val="28"/>
        </w:rPr>
        <w:t>получения</w:t>
      </w:r>
      <w:r w:rsidRPr="001A456E">
        <w:rPr>
          <w:rFonts w:ascii="Times New Roman" w:hAnsi="Times New Roman"/>
          <w:spacing w:val="80"/>
          <w:sz w:val="28"/>
          <w:szCs w:val="28"/>
        </w:rPr>
        <w:t xml:space="preserve"> </w:t>
      </w:r>
      <w:r w:rsidRPr="001A456E">
        <w:rPr>
          <w:rFonts w:ascii="Times New Roman" w:hAnsi="Times New Roman"/>
          <w:sz w:val="28"/>
          <w:szCs w:val="28"/>
        </w:rPr>
        <w:t>информации</w:t>
      </w:r>
      <w:r w:rsidRPr="001A456E">
        <w:rPr>
          <w:rFonts w:ascii="Times New Roman" w:hAnsi="Times New Roman"/>
          <w:spacing w:val="38"/>
          <w:sz w:val="28"/>
          <w:szCs w:val="28"/>
        </w:rPr>
        <w:t xml:space="preserve"> </w:t>
      </w:r>
      <w:r w:rsidRPr="001A456E">
        <w:rPr>
          <w:rFonts w:ascii="Times New Roman" w:hAnsi="Times New Roman"/>
          <w:sz w:val="28"/>
          <w:szCs w:val="28"/>
        </w:rPr>
        <w:t>из</w:t>
      </w:r>
      <w:r w:rsidR="00C44676" w:rsidRPr="001A456E">
        <w:rPr>
          <w:rFonts w:ascii="Times New Roman" w:hAnsi="Times New Roman"/>
          <w:sz w:val="28"/>
          <w:szCs w:val="28"/>
          <w:lang w:val="ru-RU"/>
        </w:rPr>
        <w:t xml:space="preserve"> </w:t>
      </w:r>
      <w:r w:rsidR="00C44676" w:rsidRPr="001A456E">
        <w:rPr>
          <w:rFonts w:ascii="Times New Roman" w:hAnsi="Times New Roman"/>
          <w:w w:val="105"/>
          <w:sz w:val="28"/>
          <w:szCs w:val="28"/>
        </w:rPr>
        <w:t>источников в современной информационной среде; формирование</w:t>
      </w:r>
      <w:r w:rsidR="00C44676" w:rsidRPr="001A456E">
        <w:rPr>
          <w:rFonts w:ascii="Times New Roman" w:hAnsi="Times New Roman"/>
          <w:spacing w:val="-3"/>
          <w:w w:val="105"/>
          <w:sz w:val="28"/>
          <w:szCs w:val="28"/>
        </w:rPr>
        <w:t xml:space="preserve"> </w:t>
      </w:r>
      <w:r w:rsidR="00C44676" w:rsidRPr="001A456E">
        <w:rPr>
          <w:rFonts w:ascii="Times New Roman" w:hAnsi="Times New Roman"/>
          <w:w w:val="105"/>
          <w:sz w:val="28"/>
          <w:szCs w:val="28"/>
        </w:rPr>
        <w:t xml:space="preserve">навыков здорового и безопасного образа жизни на основе выполнения правил </w:t>
      </w:r>
      <w:r w:rsidR="00C44676" w:rsidRPr="001A456E">
        <w:rPr>
          <w:rFonts w:ascii="Times New Roman" w:hAnsi="Times New Roman"/>
          <w:spacing w:val="-2"/>
          <w:w w:val="105"/>
          <w:sz w:val="28"/>
          <w:szCs w:val="28"/>
        </w:rPr>
        <w:t>безопасного</w:t>
      </w:r>
      <w:r w:rsidR="00C44676" w:rsidRPr="001A456E">
        <w:rPr>
          <w:rFonts w:ascii="Times New Roman" w:hAnsi="Times New Roman"/>
          <w:spacing w:val="-13"/>
          <w:w w:val="105"/>
          <w:sz w:val="28"/>
          <w:szCs w:val="28"/>
        </w:rPr>
        <w:t xml:space="preserve"> </w:t>
      </w:r>
      <w:r w:rsidR="00C44676" w:rsidRPr="001A456E">
        <w:rPr>
          <w:rFonts w:ascii="Times New Roman" w:hAnsi="Times New Roman"/>
          <w:spacing w:val="-2"/>
          <w:w w:val="105"/>
          <w:sz w:val="28"/>
          <w:szCs w:val="28"/>
        </w:rPr>
        <w:t>поведения</w:t>
      </w:r>
      <w:r w:rsidR="00C44676" w:rsidRPr="001A456E">
        <w:rPr>
          <w:rFonts w:ascii="Times New Roman" w:hAnsi="Times New Roman"/>
          <w:spacing w:val="-13"/>
          <w:w w:val="105"/>
          <w:sz w:val="28"/>
          <w:szCs w:val="28"/>
        </w:rPr>
        <w:t xml:space="preserve"> </w:t>
      </w:r>
      <w:r w:rsidR="00C44676" w:rsidRPr="001A456E">
        <w:rPr>
          <w:rFonts w:ascii="Times New Roman" w:hAnsi="Times New Roman"/>
          <w:spacing w:val="-2"/>
          <w:w w:val="105"/>
          <w:sz w:val="28"/>
          <w:szCs w:val="28"/>
        </w:rPr>
        <w:t>в</w:t>
      </w:r>
      <w:r w:rsidR="00C44676" w:rsidRPr="001A456E">
        <w:rPr>
          <w:rFonts w:ascii="Times New Roman" w:hAnsi="Times New Roman"/>
          <w:spacing w:val="-13"/>
          <w:w w:val="105"/>
          <w:sz w:val="28"/>
          <w:szCs w:val="28"/>
        </w:rPr>
        <w:t xml:space="preserve"> </w:t>
      </w:r>
      <w:r w:rsidR="00C44676" w:rsidRPr="001A456E">
        <w:rPr>
          <w:rFonts w:ascii="Times New Roman" w:hAnsi="Times New Roman"/>
          <w:spacing w:val="-2"/>
          <w:w w:val="105"/>
          <w:sz w:val="28"/>
          <w:szCs w:val="28"/>
        </w:rPr>
        <w:t>окружающей</w:t>
      </w:r>
      <w:r w:rsidR="00C44676" w:rsidRPr="001A456E">
        <w:rPr>
          <w:rFonts w:ascii="Times New Roman" w:hAnsi="Times New Roman"/>
          <w:spacing w:val="-13"/>
          <w:w w:val="105"/>
          <w:sz w:val="28"/>
          <w:szCs w:val="28"/>
        </w:rPr>
        <w:t xml:space="preserve"> </w:t>
      </w:r>
      <w:r w:rsidR="00C44676" w:rsidRPr="001A456E">
        <w:rPr>
          <w:rFonts w:ascii="Times New Roman" w:hAnsi="Times New Roman"/>
          <w:spacing w:val="-2"/>
          <w:w w:val="105"/>
          <w:sz w:val="28"/>
          <w:szCs w:val="28"/>
        </w:rPr>
        <w:t>среде,</w:t>
      </w:r>
      <w:r w:rsidR="00C44676" w:rsidRPr="001A456E">
        <w:rPr>
          <w:rFonts w:ascii="Times New Roman" w:hAnsi="Times New Roman"/>
          <w:spacing w:val="-13"/>
          <w:w w:val="105"/>
          <w:sz w:val="28"/>
          <w:szCs w:val="28"/>
        </w:rPr>
        <w:t xml:space="preserve"> </w:t>
      </w:r>
      <w:r w:rsidR="00C44676" w:rsidRPr="001A456E">
        <w:rPr>
          <w:rFonts w:ascii="Times New Roman" w:hAnsi="Times New Roman"/>
          <w:spacing w:val="-2"/>
          <w:w w:val="105"/>
          <w:sz w:val="28"/>
          <w:szCs w:val="28"/>
        </w:rPr>
        <w:t>в</w:t>
      </w:r>
      <w:r w:rsidR="00C44676" w:rsidRPr="001A456E">
        <w:rPr>
          <w:rFonts w:ascii="Times New Roman" w:hAnsi="Times New Roman"/>
          <w:spacing w:val="-13"/>
          <w:w w:val="105"/>
          <w:sz w:val="28"/>
          <w:szCs w:val="28"/>
        </w:rPr>
        <w:t xml:space="preserve"> </w:t>
      </w:r>
      <w:r w:rsidR="00C44676" w:rsidRPr="001A456E">
        <w:rPr>
          <w:rFonts w:ascii="Times New Roman" w:hAnsi="Times New Roman"/>
          <w:spacing w:val="-2"/>
          <w:w w:val="105"/>
          <w:sz w:val="28"/>
          <w:szCs w:val="28"/>
        </w:rPr>
        <w:t>том</w:t>
      </w:r>
      <w:r w:rsidR="00C44676" w:rsidRPr="001A456E">
        <w:rPr>
          <w:rFonts w:ascii="Times New Roman" w:hAnsi="Times New Roman"/>
          <w:spacing w:val="-13"/>
          <w:w w:val="105"/>
          <w:sz w:val="28"/>
          <w:szCs w:val="28"/>
        </w:rPr>
        <w:t xml:space="preserve"> </w:t>
      </w:r>
      <w:r w:rsidR="00C44676" w:rsidRPr="001A456E">
        <w:rPr>
          <w:rFonts w:ascii="Times New Roman" w:hAnsi="Times New Roman"/>
          <w:spacing w:val="-2"/>
          <w:w w:val="105"/>
          <w:sz w:val="28"/>
          <w:szCs w:val="28"/>
        </w:rPr>
        <w:t>числе</w:t>
      </w:r>
      <w:r w:rsidR="00C44676" w:rsidRPr="001A456E">
        <w:rPr>
          <w:rFonts w:ascii="Times New Roman" w:hAnsi="Times New Roman"/>
          <w:spacing w:val="-13"/>
          <w:w w:val="105"/>
          <w:sz w:val="28"/>
          <w:szCs w:val="28"/>
        </w:rPr>
        <w:t xml:space="preserve"> </w:t>
      </w:r>
      <w:r w:rsidR="00C44676" w:rsidRPr="001A456E">
        <w:rPr>
          <w:rFonts w:ascii="Times New Roman" w:hAnsi="Times New Roman"/>
          <w:spacing w:val="-2"/>
          <w:w w:val="105"/>
          <w:sz w:val="28"/>
          <w:szCs w:val="28"/>
        </w:rPr>
        <w:t>знаний</w:t>
      </w:r>
      <w:r w:rsidR="00C44676" w:rsidRPr="001A456E">
        <w:rPr>
          <w:rFonts w:ascii="Times New Roman" w:hAnsi="Times New Roman"/>
          <w:spacing w:val="-13"/>
          <w:w w:val="105"/>
          <w:sz w:val="28"/>
          <w:szCs w:val="28"/>
        </w:rPr>
        <w:t xml:space="preserve"> </w:t>
      </w:r>
      <w:r w:rsidR="00C44676" w:rsidRPr="001A456E">
        <w:rPr>
          <w:rFonts w:ascii="Times New Roman" w:hAnsi="Times New Roman"/>
          <w:spacing w:val="-2"/>
          <w:w w:val="105"/>
          <w:sz w:val="28"/>
          <w:szCs w:val="28"/>
        </w:rPr>
        <w:t>о</w:t>
      </w:r>
      <w:r w:rsidR="00C44676" w:rsidRPr="001A456E">
        <w:rPr>
          <w:rFonts w:ascii="Times New Roman" w:hAnsi="Times New Roman"/>
          <w:spacing w:val="-13"/>
          <w:w w:val="105"/>
          <w:sz w:val="28"/>
          <w:szCs w:val="28"/>
        </w:rPr>
        <w:t xml:space="preserve"> </w:t>
      </w:r>
      <w:r w:rsidR="00C44676" w:rsidRPr="001A456E">
        <w:rPr>
          <w:rFonts w:ascii="Times New Roman" w:hAnsi="Times New Roman"/>
          <w:spacing w:val="-2"/>
          <w:w w:val="105"/>
          <w:sz w:val="28"/>
          <w:szCs w:val="28"/>
        </w:rPr>
        <w:t>небезопасности</w:t>
      </w:r>
      <w:r w:rsidR="00C44676" w:rsidRPr="001A456E">
        <w:rPr>
          <w:rFonts w:ascii="Times New Roman" w:hAnsi="Times New Roman"/>
          <w:spacing w:val="-12"/>
          <w:w w:val="105"/>
          <w:sz w:val="28"/>
          <w:szCs w:val="28"/>
        </w:rPr>
        <w:t xml:space="preserve"> </w:t>
      </w:r>
      <w:r w:rsidR="00C44676" w:rsidRPr="001A456E">
        <w:rPr>
          <w:rFonts w:ascii="Times New Roman" w:hAnsi="Times New Roman"/>
          <w:spacing w:val="-2"/>
          <w:w w:val="105"/>
          <w:sz w:val="28"/>
          <w:szCs w:val="28"/>
        </w:rPr>
        <w:t>разглашения</w:t>
      </w:r>
      <w:r w:rsidR="00C44676" w:rsidRPr="001A456E">
        <w:rPr>
          <w:rFonts w:ascii="Times New Roman" w:hAnsi="Times New Roman"/>
          <w:spacing w:val="-12"/>
          <w:w w:val="105"/>
          <w:sz w:val="28"/>
          <w:szCs w:val="28"/>
        </w:rPr>
        <w:t xml:space="preserve"> </w:t>
      </w:r>
      <w:r w:rsidR="00C44676" w:rsidRPr="001A456E">
        <w:rPr>
          <w:rFonts w:ascii="Times New Roman" w:hAnsi="Times New Roman"/>
          <w:spacing w:val="-2"/>
          <w:w w:val="105"/>
          <w:sz w:val="28"/>
          <w:szCs w:val="28"/>
        </w:rPr>
        <w:t>личной</w:t>
      </w:r>
      <w:r w:rsidR="00C44676" w:rsidRPr="001A456E">
        <w:rPr>
          <w:rFonts w:ascii="Times New Roman" w:hAnsi="Times New Roman"/>
          <w:spacing w:val="-12"/>
          <w:w w:val="105"/>
          <w:sz w:val="28"/>
          <w:szCs w:val="28"/>
        </w:rPr>
        <w:t xml:space="preserve"> </w:t>
      </w:r>
      <w:r w:rsidR="00C44676" w:rsidRPr="001A456E">
        <w:rPr>
          <w:rFonts w:ascii="Times New Roman" w:hAnsi="Times New Roman"/>
          <w:spacing w:val="-2"/>
          <w:w w:val="105"/>
          <w:sz w:val="28"/>
          <w:szCs w:val="28"/>
        </w:rPr>
        <w:t>и</w:t>
      </w:r>
      <w:r w:rsidR="00C44676" w:rsidRPr="001A456E">
        <w:rPr>
          <w:rFonts w:ascii="Times New Roman" w:hAnsi="Times New Roman"/>
          <w:spacing w:val="-12"/>
          <w:w w:val="105"/>
          <w:sz w:val="28"/>
          <w:szCs w:val="28"/>
        </w:rPr>
        <w:t xml:space="preserve"> </w:t>
      </w:r>
      <w:r w:rsidR="00C44676" w:rsidRPr="001A456E">
        <w:rPr>
          <w:rFonts w:ascii="Times New Roman" w:hAnsi="Times New Roman"/>
          <w:spacing w:val="-2"/>
          <w:w w:val="105"/>
          <w:sz w:val="28"/>
          <w:szCs w:val="28"/>
        </w:rPr>
        <w:t>финансовой</w:t>
      </w:r>
      <w:r w:rsidR="00C44676" w:rsidRPr="001A456E">
        <w:rPr>
          <w:rFonts w:ascii="Times New Roman" w:hAnsi="Times New Roman"/>
          <w:spacing w:val="-12"/>
          <w:w w:val="105"/>
          <w:sz w:val="28"/>
          <w:szCs w:val="28"/>
        </w:rPr>
        <w:t xml:space="preserve"> </w:t>
      </w:r>
      <w:r w:rsidR="00C44676" w:rsidRPr="001A456E">
        <w:rPr>
          <w:rFonts w:ascii="Times New Roman" w:hAnsi="Times New Roman"/>
          <w:spacing w:val="-2"/>
          <w:w w:val="105"/>
          <w:sz w:val="28"/>
          <w:szCs w:val="28"/>
        </w:rPr>
        <w:t>информации</w:t>
      </w:r>
      <w:r w:rsidR="00C44676" w:rsidRPr="001A456E">
        <w:rPr>
          <w:rFonts w:ascii="Times New Roman" w:hAnsi="Times New Roman"/>
          <w:spacing w:val="-12"/>
          <w:w w:val="105"/>
          <w:sz w:val="28"/>
          <w:szCs w:val="28"/>
        </w:rPr>
        <w:t xml:space="preserve"> </w:t>
      </w:r>
      <w:r w:rsidR="00C44676" w:rsidRPr="001A456E">
        <w:rPr>
          <w:rFonts w:ascii="Times New Roman" w:hAnsi="Times New Roman"/>
          <w:spacing w:val="-2"/>
          <w:w w:val="105"/>
          <w:sz w:val="28"/>
          <w:szCs w:val="28"/>
        </w:rPr>
        <w:t>при</w:t>
      </w:r>
      <w:r w:rsidR="00C44676" w:rsidRPr="001A456E">
        <w:rPr>
          <w:rFonts w:ascii="Times New Roman" w:hAnsi="Times New Roman"/>
          <w:spacing w:val="-12"/>
          <w:w w:val="105"/>
          <w:sz w:val="28"/>
          <w:szCs w:val="28"/>
        </w:rPr>
        <w:t xml:space="preserve"> </w:t>
      </w:r>
      <w:r w:rsidR="00C44676" w:rsidRPr="001A456E">
        <w:rPr>
          <w:rFonts w:ascii="Times New Roman" w:hAnsi="Times New Roman"/>
          <w:spacing w:val="-2"/>
          <w:w w:val="105"/>
          <w:sz w:val="28"/>
          <w:szCs w:val="28"/>
        </w:rPr>
        <w:t>общении</w:t>
      </w:r>
      <w:r w:rsidR="00C44676" w:rsidRPr="001A456E">
        <w:rPr>
          <w:rFonts w:ascii="Times New Roman" w:hAnsi="Times New Roman"/>
          <w:spacing w:val="-12"/>
          <w:w w:val="105"/>
          <w:sz w:val="28"/>
          <w:szCs w:val="28"/>
        </w:rPr>
        <w:t xml:space="preserve"> </w:t>
      </w:r>
      <w:r w:rsidR="00C44676" w:rsidRPr="001A456E">
        <w:rPr>
          <w:rFonts w:ascii="Times New Roman" w:hAnsi="Times New Roman"/>
          <w:spacing w:val="-2"/>
          <w:w w:val="105"/>
          <w:sz w:val="28"/>
          <w:szCs w:val="28"/>
        </w:rPr>
        <w:t>с</w:t>
      </w:r>
      <w:r w:rsidR="00C44676" w:rsidRPr="001A456E">
        <w:rPr>
          <w:rFonts w:ascii="Times New Roman" w:hAnsi="Times New Roman"/>
          <w:spacing w:val="-12"/>
          <w:w w:val="105"/>
          <w:sz w:val="28"/>
          <w:szCs w:val="28"/>
        </w:rPr>
        <w:t xml:space="preserve"> </w:t>
      </w:r>
      <w:r w:rsidR="00C44676" w:rsidRPr="001A456E">
        <w:rPr>
          <w:rFonts w:ascii="Times New Roman" w:hAnsi="Times New Roman"/>
          <w:spacing w:val="-2"/>
          <w:w w:val="105"/>
          <w:sz w:val="28"/>
          <w:szCs w:val="28"/>
        </w:rPr>
        <w:t xml:space="preserve">людьми </w:t>
      </w:r>
      <w:r w:rsidR="00C44676" w:rsidRPr="001A456E">
        <w:rPr>
          <w:rFonts w:ascii="Times New Roman" w:hAnsi="Times New Roman"/>
          <w:w w:val="105"/>
          <w:sz w:val="28"/>
          <w:szCs w:val="28"/>
        </w:rPr>
        <w:t>вне</w:t>
      </w:r>
      <w:r w:rsidR="00C44676" w:rsidRPr="001A456E">
        <w:rPr>
          <w:rFonts w:ascii="Times New Roman" w:hAnsi="Times New Roman"/>
          <w:spacing w:val="-15"/>
          <w:w w:val="105"/>
          <w:sz w:val="28"/>
          <w:szCs w:val="28"/>
        </w:rPr>
        <w:t xml:space="preserve"> </w:t>
      </w:r>
      <w:r w:rsidR="00C44676" w:rsidRPr="001A456E">
        <w:rPr>
          <w:rFonts w:ascii="Times New Roman" w:hAnsi="Times New Roman"/>
          <w:w w:val="105"/>
          <w:sz w:val="28"/>
          <w:szCs w:val="28"/>
        </w:rPr>
        <w:t>семьи,</w:t>
      </w:r>
      <w:r w:rsidR="00C44676" w:rsidRPr="001A456E">
        <w:rPr>
          <w:rFonts w:ascii="Times New Roman" w:hAnsi="Times New Roman"/>
          <w:spacing w:val="-15"/>
          <w:w w:val="105"/>
          <w:sz w:val="28"/>
          <w:szCs w:val="28"/>
        </w:rPr>
        <w:t xml:space="preserve"> </w:t>
      </w:r>
      <w:r w:rsidR="00C44676" w:rsidRPr="001A456E">
        <w:rPr>
          <w:rFonts w:ascii="Times New Roman" w:hAnsi="Times New Roman"/>
          <w:w w:val="105"/>
          <w:sz w:val="28"/>
          <w:szCs w:val="28"/>
        </w:rPr>
        <w:t>в</w:t>
      </w:r>
      <w:r w:rsidR="00C44676" w:rsidRPr="001A456E">
        <w:rPr>
          <w:rFonts w:ascii="Times New Roman" w:hAnsi="Times New Roman"/>
          <w:spacing w:val="-15"/>
          <w:w w:val="105"/>
          <w:sz w:val="28"/>
          <w:szCs w:val="28"/>
        </w:rPr>
        <w:t xml:space="preserve"> </w:t>
      </w:r>
      <w:r w:rsidR="00C44676" w:rsidRPr="001A456E">
        <w:rPr>
          <w:rFonts w:ascii="Times New Roman" w:hAnsi="Times New Roman"/>
          <w:w w:val="105"/>
          <w:sz w:val="28"/>
          <w:szCs w:val="28"/>
        </w:rPr>
        <w:t>сети</w:t>
      </w:r>
      <w:r w:rsidR="00C44676" w:rsidRPr="001A456E">
        <w:rPr>
          <w:rFonts w:ascii="Times New Roman" w:hAnsi="Times New Roman"/>
          <w:spacing w:val="-15"/>
          <w:w w:val="105"/>
          <w:sz w:val="28"/>
          <w:szCs w:val="28"/>
        </w:rPr>
        <w:t xml:space="preserve"> </w:t>
      </w:r>
      <w:r w:rsidR="00C44676" w:rsidRPr="001A456E">
        <w:rPr>
          <w:rFonts w:ascii="Times New Roman" w:hAnsi="Times New Roman"/>
          <w:w w:val="105"/>
          <w:sz w:val="28"/>
          <w:szCs w:val="28"/>
        </w:rPr>
        <w:t>Интернет,</w:t>
      </w:r>
      <w:r w:rsidR="00C44676" w:rsidRPr="001A456E">
        <w:rPr>
          <w:rFonts w:ascii="Times New Roman" w:hAnsi="Times New Roman"/>
          <w:spacing w:val="-15"/>
          <w:w w:val="105"/>
          <w:sz w:val="28"/>
          <w:szCs w:val="28"/>
        </w:rPr>
        <w:t xml:space="preserve"> </w:t>
      </w:r>
      <w:r w:rsidR="00C44676" w:rsidRPr="001A456E">
        <w:rPr>
          <w:rFonts w:ascii="Times New Roman" w:hAnsi="Times New Roman"/>
          <w:w w:val="105"/>
          <w:sz w:val="28"/>
          <w:szCs w:val="28"/>
        </w:rPr>
        <w:t>и</w:t>
      </w:r>
      <w:r w:rsidR="00C44676" w:rsidRPr="001A456E">
        <w:rPr>
          <w:rFonts w:ascii="Times New Roman" w:hAnsi="Times New Roman"/>
          <w:spacing w:val="-15"/>
          <w:w w:val="105"/>
          <w:sz w:val="28"/>
          <w:szCs w:val="28"/>
        </w:rPr>
        <w:t xml:space="preserve"> </w:t>
      </w:r>
      <w:r w:rsidR="00C44676" w:rsidRPr="001A456E">
        <w:rPr>
          <w:rFonts w:ascii="Times New Roman" w:hAnsi="Times New Roman"/>
          <w:w w:val="105"/>
          <w:sz w:val="28"/>
          <w:szCs w:val="28"/>
        </w:rPr>
        <w:t>опыта</w:t>
      </w:r>
      <w:r w:rsidR="00C44676" w:rsidRPr="001A456E">
        <w:rPr>
          <w:rFonts w:ascii="Times New Roman" w:hAnsi="Times New Roman"/>
          <w:spacing w:val="-15"/>
          <w:w w:val="105"/>
          <w:sz w:val="28"/>
          <w:szCs w:val="28"/>
        </w:rPr>
        <w:t xml:space="preserve"> </w:t>
      </w:r>
      <w:r w:rsidR="00C44676" w:rsidRPr="001A456E">
        <w:rPr>
          <w:rFonts w:ascii="Times New Roman" w:hAnsi="Times New Roman"/>
          <w:w w:val="105"/>
          <w:sz w:val="28"/>
          <w:szCs w:val="28"/>
        </w:rPr>
        <w:t>соблюдения</w:t>
      </w:r>
      <w:r w:rsidR="00C44676" w:rsidRPr="001A456E">
        <w:rPr>
          <w:rFonts w:ascii="Times New Roman" w:hAnsi="Times New Roman"/>
          <w:spacing w:val="-15"/>
          <w:w w:val="105"/>
          <w:sz w:val="28"/>
          <w:szCs w:val="28"/>
        </w:rPr>
        <w:t xml:space="preserve"> </w:t>
      </w:r>
      <w:r w:rsidR="00C44676" w:rsidRPr="001A456E">
        <w:rPr>
          <w:rFonts w:ascii="Times New Roman" w:hAnsi="Times New Roman"/>
          <w:w w:val="105"/>
          <w:sz w:val="28"/>
          <w:szCs w:val="28"/>
        </w:rPr>
        <w:t>правил</w:t>
      </w:r>
      <w:r w:rsidR="00C44676" w:rsidRPr="001A456E">
        <w:rPr>
          <w:rFonts w:ascii="Times New Roman" w:hAnsi="Times New Roman"/>
          <w:spacing w:val="-15"/>
          <w:w w:val="105"/>
          <w:sz w:val="28"/>
          <w:szCs w:val="28"/>
        </w:rPr>
        <w:t xml:space="preserve"> </w:t>
      </w:r>
      <w:r w:rsidR="00C44676" w:rsidRPr="001A456E">
        <w:rPr>
          <w:rFonts w:ascii="Times New Roman" w:hAnsi="Times New Roman"/>
          <w:w w:val="105"/>
          <w:sz w:val="28"/>
          <w:szCs w:val="28"/>
        </w:rPr>
        <w:t>безопасного</w:t>
      </w:r>
      <w:r w:rsidR="00C44676" w:rsidRPr="001A456E">
        <w:rPr>
          <w:rFonts w:ascii="Times New Roman" w:hAnsi="Times New Roman"/>
          <w:spacing w:val="-15"/>
          <w:w w:val="105"/>
          <w:sz w:val="28"/>
          <w:szCs w:val="28"/>
        </w:rPr>
        <w:t xml:space="preserve"> </w:t>
      </w:r>
      <w:r w:rsidR="00C44676" w:rsidRPr="001A456E">
        <w:rPr>
          <w:rFonts w:ascii="Times New Roman" w:hAnsi="Times New Roman"/>
          <w:w w:val="105"/>
          <w:sz w:val="28"/>
          <w:szCs w:val="28"/>
        </w:rPr>
        <w:t>поведе</w:t>
      </w:r>
      <w:r w:rsidR="00C44676" w:rsidRPr="001A456E">
        <w:rPr>
          <w:rFonts w:ascii="Times New Roman" w:hAnsi="Times New Roman"/>
          <w:sz w:val="28"/>
          <w:szCs w:val="28"/>
        </w:rPr>
        <w:t>ния при использовании личных финансов; приобретение опыта положительного</w:t>
      </w:r>
      <w:r w:rsidR="00C44676" w:rsidRPr="001A456E">
        <w:rPr>
          <w:rFonts w:ascii="Times New Roman" w:hAnsi="Times New Roman"/>
          <w:spacing w:val="40"/>
          <w:sz w:val="28"/>
          <w:szCs w:val="28"/>
        </w:rPr>
        <w:t xml:space="preserve"> </w:t>
      </w:r>
      <w:r w:rsidR="00C44676" w:rsidRPr="001A456E">
        <w:rPr>
          <w:rFonts w:ascii="Times New Roman" w:hAnsi="Times New Roman"/>
          <w:sz w:val="28"/>
          <w:szCs w:val="28"/>
        </w:rPr>
        <w:t>эмоционально-ценностного</w:t>
      </w:r>
      <w:r w:rsidR="00C44676" w:rsidRPr="001A456E">
        <w:rPr>
          <w:rFonts w:ascii="Times New Roman" w:hAnsi="Times New Roman"/>
          <w:spacing w:val="40"/>
          <w:sz w:val="28"/>
          <w:szCs w:val="28"/>
        </w:rPr>
        <w:t xml:space="preserve"> </w:t>
      </w:r>
      <w:r w:rsidR="00C44676" w:rsidRPr="001A456E">
        <w:rPr>
          <w:rFonts w:ascii="Times New Roman" w:hAnsi="Times New Roman"/>
          <w:sz w:val="28"/>
          <w:szCs w:val="28"/>
        </w:rPr>
        <w:t>отношения</w:t>
      </w:r>
      <w:r w:rsidR="00C44676" w:rsidRPr="001A456E">
        <w:rPr>
          <w:rFonts w:ascii="Times New Roman" w:hAnsi="Times New Roman"/>
          <w:spacing w:val="40"/>
          <w:sz w:val="28"/>
          <w:szCs w:val="28"/>
        </w:rPr>
        <w:t xml:space="preserve"> </w:t>
      </w:r>
      <w:r w:rsidR="00C44676" w:rsidRPr="001A456E">
        <w:rPr>
          <w:rFonts w:ascii="Times New Roman" w:hAnsi="Times New Roman"/>
          <w:sz w:val="28"/>
          <w:szCs w:val="28"/>
        </w:rPr>
        <w:t>к</w:t>
      </w:r>
      <w:r w:rsidR="00C44676" w:rsidRPr="001A456E">
        <w:rPr>
          <w:rFonts w:ascii="Times New Roman" w:hAnsi="Times New Roman"/>
          <w:spacing w:val="40"/>
          <w:sz w:val="28"/>
          <w:szCs w:val="28"/>
        </w:rPr>
        <w:t xml:space="preserve"> </w:t>
      </w:r>
      <w:r w:rsidR="00C44676" w:rsidRPr="001A456E">
        <w:rPr>
          <w:rFonts w:ascii="Times New Roman" w:hAnsi="Times New Roman"/>
          <w:sz w:val="28"/>
          <w:szCs w:val="28"/>
        </w:rPr>
        <w:t>природе,</w:t>
      </w:r>
      <w:r w:rsidR="00C44676" w:rsidRPr="001A456E">
        <w:rPr>
          <w:rFonts w:ascii="Times New Roman" w:hAnsi="Times New Roman"/>
          <w:spacing w:val="40"/>
          <w:sz w:val="28"/>
          <w:szCs w:val="28"/>
        </w:rPr>
        <w:t xml:space="preserve"> </w:t>
      </w:r>
      <w:r w:rsidR="00C44676" w:rsidRPr="001A456E">
        <w:rPr>
          <w:rFonts w:ascii="Times New Roman" w:hAnsi="Times New Roman"/>
          <w:sz w:val="28"/>
          <w:szCs w:val="28"/>
        </w:rPr>
        <w:t>стремления</w:t>
      </w:r>
      <w:r w:rsidR="00C44676" w:rsidRPr="001A456E">
        <w:rPr>
          <w:rFonts w:ascii="Times New Roman" w:hAnsi="Times New Roman"/>
          <w:spacing w:val="40"/>
          <w:sz w:val="28"/>
          <w:szCs w:val="28"/>
        </w:rPr>
        <w:t xml:space="preserve"> </w:t>
      </w:r>
      <w:r w:rsidR="00C44676" w:rsidRPr="001A456E">
        <w:rPr>
          <w:rFonts w:ascii="Times New Roman" w:hAnsi="Times New Roman"/>
          <w:sz w:val="28"/>
          <w:szCs w:val="28"/>
        </w:rPr>
        <w:t xml:space="preserve">действовать </w:t>
      </w:r>
      <w:r w:rsidR="00C44676" w:rsidRPr="001A456E">
        <w:rPr>
          <w:rFonts w:ascii="Times New Roman" w:hAnsi="Times New Roman"/>
          <w:w w:val="105"/>
          <w:sz w:val="28"/>
          <w:szCs w:val="28"/>
        </w:rPr>
        <w:t>в окружающей среде в соответствии с экологическими нормами поведения.</w:t>
      </w:r>
    </w:p>
    <w:p w:rsidR="00C44676" w:rsidRPr="001A456E" w:rsidRDefault="00C44676" w:rsidP="003772B6">
      <w:pPr>
        <w:pStyle w:val="aff"/>
        <w:spacing w:before="172"/>
        <w:ind w:right="197"/>
        <w:jc w:val="both"/>
        <w:rPr>
          <w:rFonts w:ascii="Times New Roman" w:hAnsi="Times New Roman"/>
          <w:sz w:val="28"/>
          <w:szCs w:val="28"/>
        </w:rPr>
      </w:pPr>
      <w:r w:rsidRPr="001A456E">
        <w:rPr>
          <w:rFonts w:ascii="Times New Roman" w:hAnsi="Times New Roman"/>
          <w:i/>
          <w:w w:val="105"/>
          <w:sz w:val="28"/>
          <w:szCs w:val="28"/>
        </w:rPr>
        <w:t xml:space="preserve">Основы религиозных культур и светской этики: </w:t>
      </w:r>
      <w:r w:rsidRPr="001A456E">
        <w:rPr>
          <w:rFonts w:ascii="Times New Roman" w:hAnsi="Times New Roman"/>
          <w:w w:val="105"/>
          <w:sz w:val="28"/>
          <w:szCs w:val="28"/>
        </w:rPr>
        <w:t xml:space="preserve">понимание необходимости нравственного совершенствования, духовного развития, роли в этом личных </w:t>
      </w:r>
      <w:r w:rsidRPr="001A456E">
        <w:rPr>
          <w:rFonts w:ascii="Times New Roman" w:hAnsi="Times New Roman"/>
          <w:sz w:val="28"/>
          <w:szCs w:val="28"/>
        </w:rPr>
        <w:t xml:space="preserve">усилий человека; развитие умений анализировать и давать нравственную оценку поступкам, отвечать за них, проявлять готовность к сознательному самоогра- </w:t>
      </w:r>
      <w:r w:rsidRPr="001A456E">
        <w:rPr>
          <w:rFonts w:ascii="Times New Roman" w:hAnsi="Times New Roman"/>
          <w:w w:val="105"/>
          <w:sz w:val="28"/>
          <w:szCs w:val="28"/>
        </w:rPr>
        <w:t>ничению</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в</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поведении;</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построение</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суждений</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оценочного</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характера,</w:t>
      </w:r>
      <w:r w:rsidRPr="001A456E">
        <w:rPr>
          <w:rFonts w:ascii="Times New Roman" w:hAnsi="Times New Roman"/>
          <w:spacing w:val="-6"/>
          <w:w w:val="105"/>
          <w:sz w:val="28"/>
          <w:szCs w:val="28"/>
        </w:rPr>
        <w:t xml:space="preserve"> </w:t>
      </w:r>
      <w:r w:rsidRPr="001A456E">
        <w:rPr>
          <w:rFonts w:ascii="Times New Roman" w:hAnsi="Times New Roman"/>
          <w:w w:val="105"/>
          <w:sz w:val="28"/>
          <w:szCs w:val="28"/>
        </w:rPr>
        <w:t>раскры- вающих</w:t>
      </w:r>
      <w:r w:rsidRPr="001A456E">
        <w:rPr>
          <w:rFonts w:ascii="Times New Roman" w:hAnsi="Times New Roman"/>
          <w:spacing w:val="-1"/>
          <w:w w:val="105"/>
          <w:sz w:val="28"/>
          <w:szCs w:val="28"/>
        </w:rPr>
        <w:t xml:space="preserve"> </w:t>
      </w:r>
      <w:r w:rsidRPr="001A456E">
        <w:rPr>
          <w:rFonts w:ascii="Times New Roman" w:hAnsi="Times New Roman"/>
          <w:w w:val="105"/>
          <w:sz w:val="28"/>
          <w:szCs w:val="28"/>
        </w:rPr>
        <w:t>значение</w:t>
      </w:r>
      <w:r w:rsidRPr="001A456E">
        <w:rPr>
          <w:rFonts w:ascii="Times New Roman" w:hAnsi="Times New Roman"/>
          <w:spacing w:val="-1"/>
          <w:w w:val="105"/>
          <w:sz w:val="28"/>
          <w:szCs w:val="28"/>
        </w:rPr>
        <w:t xml:space="preserve"> </w:t>
      </w:r>
      <w:r w:rsidRPr="001A456E">
        <w:rPr>
          <w:rFonts w:ascii="Times New Roman" w:hAnsi="Times New Roman"/>
          <w:w w:val="105"/>
          <w:sz w:val="28"/>
          <w:szCs w:val="28"/>
        </w:rPr>
        <w:t>нравственности,</w:t>
      </w:r>
      <w:r w:rsidRPr="001A456E">
        <w:rPr>
          <w:rFonts w:ascii="Times New Roman" w:hAnsi="Times New Roman"/>
          <w:spacing w:val="-1"/>
          <w:w w:val="105"/>
          <w:sz w:val="28"/>
          <w:szCs w:val="28"/>
        </w:rPr>
        <w:t xml:space="preserve"> </w:t>
      </w:r>
      <w:r w:rsidRPr="001A456E">
        <w:rPr>
          <w:rFonts w:ascii="Times New Roman" w:hAnsi="Times New Roman"/>
          <w:w w:val="105"/>
          <w:sz w:val="28"/>
          <w:szCs w:val="28"/>
        </w:rPr>
        <w:t>веры</w:t>
      </w:r>
      <w:r w:rsidRPr="001A456E">
        <w:rPr>
          <w:rFonts w:ascii="Times New Roman" w:hAnsi="Times New Roman"/>
          <w:spacing w:val="-1"/>
          <w:w w:val="105"/>
          <w:sz w:val="28"/>
          <w:szCs w:val="28"/>
        </w:rPr>
        <w:t xml:space="preserve"> </w:t>
      </w:r>
      <w:r w:rsidRPr="001A456E">
        <w:rPr>
          <w:rFonts w:ascii="Times New Roman" w:hAnsi="Times New Roman"/>
          <w:w w:val="105"/>
          <w:sz w:val="28"/>
          <w:szCs w:val="28"/>
        </w:rPr>
        <w:t>как</w:t>
      </w:r>
      <w:r w:rsidRPr="001A456E">
        <w:rPr>
          <w:rFonts w:ascii="Times New Roman" w:hAnsi="Times New Roman"/>
          <w:spacing w:val="-1"/>
          <w:w w:val="105"/>
          <w:sz w:val="28"/>
          <w:szCs w:val="28"/>
        </w:rPr>
        <w:t xml:space="preserve"> </w:t>
      </w:r>
      <w:r w:rsidRPr="001A456E">
        <w:rPr>
          <w:rFonts w:ascii="Times New Roman" w:hAnsi="Times New Roman"/>
          <w:w w:val="105"/>
          <w:sz w:val="28"/>
          <w:szCs w:val="28"/>
        </w:rPr>
        <w:t>регуляторов</w:t>
      </w:r>
      <w:r w:rsidRPr="001A456E">
        <w:rPr>
          <w:rFonts w:ascii="Times New Roman" w:hAnsi="Times New Roman"/>
          <w:spacing w:val="-1"/>
          <w:w w:val="105"/>
          <w:sz w:val="28"/>
          <w:szCs w:val="28"/>
        </w:rPr>
        <w:t xml:space="preserve"> </w:t>
      </w:r>
      <w:r w:rsidRPr="001A456E">
        <w:rPr>
          <w:rFonts w:ascii="Times New Roman" w:hAnsi="Times New Roman"/>
          <w:w w:val="105"/>
          <w:sz w:val="28"/>
          <w:szCs w:val="28"/>
        </w:rPr>
        <w:t>поведения</w:t>
      </w:r>
      <w:r w:rsidRPr="001A456E">
        <w:rPr>
          <w:rFonts w:ascii="Times New Roman" w:hAnsi="Times New Roman"/>
          <w:spacing w:val="-1"/>
          <w:w w:val="105"/>
          <w:sz w:val="28"/>
          <w:szCs w:val="28"/>
        </w:rPr>
        <w:t xml:space="preserve"> </w:t>
      </w:r>
      <w:r w:rsidRPr="001A456E">
        <w:rPr>
          <w:rFonts w:ascii="Times New Roman" w:hAnsi="Times New Roman"/>
          <w:w w:val="105"/>
          <w:sz w:val="28"/>
          <w:szCs w:val="28"/>
        </w:rPr>
        <w:t>человека в</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обществе</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условий</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духовно-нравственного</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развития</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личности;</w:t>
      </w:r>
      <w:r w:rsidRPr="001A456E">
        <w:rPr>
          <w:rFonts w:ascii="Times New Roman" w:hAnsi="Times New Roman"/>
          <w:spacing w:val="-9"/>
          <w:w w:val="105"/>
          <w:sz w:val="28"/>
          <w:szCs w:val="28"/>
        </w:rPr>
        <w:t xml:space="preserve"> </w:t>
      </w:r>
      <w:r w:rsidRPr="001A456E">
        <w:rPr>
          <w:rFonts w:ascii="Times New Roman" w:hAnsi="Times New Roman"/>
          <w:w w:val="105"/>
          <w:sz w:val="28"/>
          <w:szCs w:val="28"/>
        </w:rPr>
        <w:t xml:space="preserve">понимание </w:t>
      </w:r>
      <w:r w:rsidRPr="001A456E">
        <w:rPr>
          <w:rFonts w:ascii="Times New Roman" w:hAnsi="Times New Roman"/>
          <w:sz w:val="28"/>
          <w:szCs w:val="28"/>
        </w:rPr>
        <w:t>ценности</w:t>
      </w:r>
      <w:r w:rsidRPr="001A456E">
        <w:rPr>
          <w:rFonts w:ascii="Times New Roman" w:hAnsi="Times New Roman"/>
          <w:spacing w:val="-6"/>
          <w:sz w:val="28"/>
          <w:szCs w:val="28"/>
        </w:rPr>
        <w:t xml:space="preserve"> </w:t>
      </w:r>
      <w:r w:rsidRPr="001A456E">
        <w:rPr>
          <w:rFonts w:ascii="Times New Roman" w:hAnsi="Times New Roman"/>
          <w:sz w:val="28"/>
          <w:szCs w:val="28"/>
        </w:rPr>
        <w:t>семьи;</w:t>
      </w:r>
      <w:r w:rsidRPr="001A456E">
        <w:rPr>
          <w:rFonts w:ascii="Times New Roman" w:hAnsi="Times New Roman"/>
          <w:spacing w:val="-6"/>
          <w:sz w:val="28"/>
          <w:szCs w:val="28"/>
        </w:rPr>
        <w:t xml:space="preserve"> </w:t>
      </w:r>
      <w:r w:rsidRPr="001A456E">
        <w:rPr>
          <w:rFonts w:ascii="Times New Roman" w:hAnsi="Times New Roman"/>
          <w:sz w:val="28"/>
          <w:szCs w:val="28"/>
        </w:rPr>
        <w:t>овладение</w:t>
      </w:r>
      <w:r w:rsidRPr="001A456E">
        <w:rPr>
          <w:rFonts w:ascii="Times New Roman" w:hAnsi="Times New Roman"/>
          <w:spacing w:val="-6"/>
          <w:sz w:val="28"/>
          <w:szCs w:val="28"/>
        </w:rPr>
        <w:t xml:space="preserve"> </w:t>
      </w:r>
      <w:r w:rsidRPr="001A456E">
        <w:rPr>
          <w:rFonts w:ascii="Times New Roman" w:hAnsi="Times New Roman"/>
          <w:sz w:val="28"/>
          <w:szCs w:val="28"/>
        </w:rPr>
        <w:t>навыками</w:t>
      </w:r>
      <w:r w:rsidRPr="001A456E">
        <w:rPr>
          <w:rFonts w:ascii="Times New Roman" w:hAnsi="Times New Roman"/>
          <w:spacing w:val="-6"/>
          <w:sz w:val="28"/>
          <w:szCs w:val="28"/>
        </w:rPr>
        <w:t xml:space="preserve"> </w:t>
      </w:r>
      <w:r w:rsidRPr="001A456E">
        <w:rPr>
          <w:rFonts w:ascii="Times New Roman" w:hAnsi="Times New Roman"/>
          <w:sz w:val="28"/>
          <w:szCs w:val="28"/>
        </w:rPr>
        <w:t>общения</w:t>
      </w:r>
      <w:r w:rsidRPr="001A456E">
        <w:rPr>
          <w:rFonts w:ascii="Times New Roman" w:hAnsi="Times New Roman"/>
          <w:spacing w:val="-6"/>
          <w:sz w:val="28"/>
          <w:szCs w:val="28"/>
        </w:rPr>
        <w:t xml:space="preserve"> </w:t>
      </w:r>
      <w:r w:rsidRPr="001A456E">
        <w:rPr>
          <w:rFonts w:ascii="Times New Roman" w:hAnsi="Times New Roman"/>
          <w:sz w:val="28"/>
          <w:szCs w:val="28"/>
        </w:rPr>
        <w:t>с</w:t>
      </w:r>
      <w:r w:rsidRPr="001A456E">
        <w:rPr>
          <w:rFonts w:ascii="Times New Roman" w:hAnsi="Times New Roman"/>
          <w:spacing w:val="-6"/>
          <w:sz w:val="28"/>
          <w:szCs w:val="28"/>
        </w:rPr>
        <w:t xml:space="preserve"> </w:t>
      </w:r>
      <w:r w:rsidRPr="001A456E">
        <w:rPr>
          <w:rFonts w:ascii="Times New Roman" w:hAnsi="Times New Roman"/>
          <w:sz w:val="28"/>
          <w:szCs w:val="28"/>
        </w:rPr>
        <w:t>людьми</w:t>
      </w:r>
      <w:r w:rsidRPr="001A456E">
        <w:rPr>
          <w:rFonts w:ascii="Times New Roman" w:hAnsi="Times New Roman"/>
          <w:spacing w:val="-6"/>
          <w:sz w:val="28"/>
          <w:szCs w:val="28"/>
        </w:rPr>
        <w:t xml:space="preserve"> </w:t>
      </w:r>
      <w:r w:rsidRPr="001A456E">
        <w:rPr>
          <w:rFonts w:ascii="Times New Roman" w:hAnsi="Times New Roman"/>
          <w:sz w:val="28"/>
          <w:szCs w:val="28"/>
        </w:rPr>
        <w:t>разного</w:t>
      </w:r>
      <w:r w:rsidRPr="001A456E">
        <w:rPr>
          <w:rFonts w:ascii="Times New Roman" w:hAnsi="Times New Roman"/>
          <w:spacing w:val="-6"/>
          <w:sz w:val="28"/>
          <w:szCs w:val="28"/>
        </w:rPr>
        <w:t xml:space="preserve"> </w:t>
      </w:r>
      <w:r w:rsidRPr="001A456E">
        <w:rPr>
          <w:rFonts w:ascii="Times New Roman" w:hAnsi="Times New Roman"/>
          <w:sz w:val="28"/>
          <w:szCs w:val="28"/>
        </w:rPr>
        <w:t xml:space="preserve">вероисповеда- </w:t>
      </w:r>
      <w:r w:rsidRPr="001A456E">
        <w:rPr>
          <w:rFonts w:ascii="Times New Roman" w:hAnsi="Times New Roman"/>
          <w:spacing w:val="-2"/>
          <w:w w:val="105"/>
          <w:sz w:val="28"/>
          <w:szCs w:val="28"/>
        </w:rPr>
        <w:t>ния,</w:t>
      </w:r>
      <w:r w:rsidRPr="001A456E">
        <w:rPr>
          <w:rFonts w:ascii="Times New Roman" w:hAnsi="Times New Roman"/>
          <w:spacing w:val="-11"/>
          <w:w w:val="105"/>
          <w:sz w:val="28"/>
          <w:szCs w:val="28"/>
        </w:rPr>
        <w:t xml:space="preserve"> </w:t>
      </w:r>
      <w:r w:rsidRPr="001A456E">
        <w:rPr>
          <w:rFonts w:ascii="Times New Roman" w:hAnsi="Times New Roman"/>
          <w:spacing w:val="-2"/>
          <w:w w:val="105"/>
          <w:sz w:val="28"/>
          <w:szCs w:val="28"/>
        </w:rPr>
        <w:t>осознание,</w:t>
      </w:r>
      <w:r w:rsidRPr="001A456E">
        <w:rPr>
          <w:rFonts w:ascii="Times New Roman" w:hAnsi="Times New Roman"/>
          <w:spacing w:val="-11"/>
          <w:w w:val="105"/>
          <w:sz w:val="28"/>
          <w:szCs w:val="28"/>
        </w:rPr>
        <w:t xml:space="preserve"> </w:t>
      </w:r>
      <w:r w:rsidRPr="001A456E">
        <w:rPr>
          <w:rFonts w:ascii="Times New Roman" w:hAnsi="Times New Roman"/>
          <w:spacing w:val="-2"/>
          <w:w w:val="105"/>
          <w:sz w:val="28"/>
          <w:szCs w:val="28"/>
        </w:rPr>
        <w:t>что</w:t>
      </w:r>
      <w:r w:rsidRPr="001A456E">
        <w:rPr>
          <w:rFonts w:ascii="Times New Roman" w:hAnsi="Times New Roman"/>
          <w:spacing w:val="-11"/>
          <w:w w:val="105"/>
          <w:sz w:val="28"/>
          <w:szCs w:val="28"/>
        </w:rPr>
        <w:t xml:space="preserve"> </w:t>
      </w:r>
      <w:r w:rsidRPr="001A456E">
        <w:rPr>
          <w:rFonts w:ascii="Times New Roman" w:hAnsi="Times New Roman"/>
          <w:spacing w:val="-2"/>
          <w:w w:val="105"/>
          <w:sz w:val="28"/>
          <w:szCs w:val="28"/>
        </w:rPr>
        <w:t>оскорбление</w:t>
      </w:r>
      <w:r w:rsidRPr="001A456E">
        <w:rPr>
          <w:rFonts w:ascii="Times New Roman" w:hAnsi="Times New Roman"/>
          <w:spacing w:val="-11"/>
          <w:w w:val="105"/>
          <w:sz w:val="28"/>
          <w:szCs w:val="28"/>
        </w:rPr>
        <w:t xml:space="preserve"> </w:t>
      </w:r>
      <w:r w:rsidRPr="001A456E">
        <w:rPr>
          <w:rFonts w:ascii="Times New Roman" w:hAnsi="Times New Roman"/>
          <w:spacing w:val="-2"/>
          <w:w w:val="105"/>
          <w:sz w:val="28"/>
          <w:szCs w:val="28"/>
        </w:rPr>
        <w:t>представителей</w:t>
      </w:r>
      <w:r w:rsidRPr="001A456E">
        <w:rPr>
          <w:rFonts w:ascii="Times New Roman" w:hAnsi="Times New Roman"/>
          <w:spacing w:val="-11"/>
          <w:w w:val="105"/>
          <w:sz w:val="28"/>
          <w:szCs w:val="28"/>
        </w:rPr>
        <w:t xml:space="preserve"> </w:t>
      </w:r>
      <w:r w:rsidRPr="001A456E">
        <w:rPr>
          <w:rFonts w:ascii="Times New Roman" w:hAnsi="Times New Roman"/>
          <w:spacing w:val="-2"/>
          <w:w w:val="105"/>
          <w:sz w:val="28"/>
          <w:szCs w:val="28"/>
        </w:rPr>
        <w:t>другой</w:t>
      </w:r>
      <w:r w:rsidRPr="001A456E">
        <w:rPr>
          <w:rFonts w:ascii="Times New Roman" w:hAnsi="Times New Roman"/>
          <w:spacing w:val="-11"/>
          <w:w w:val="105"/>
          <w:sz w:val="28"/>
          <w:szCs w:val="28"/>
        </w:rPr>
        <w:t xml:space="preserve"> </w:t>
      </w:r>
      <w:r w:rsidRPr="001A456E">
        <w:rPr>
          <w:rFonts w:ascii="Times New Roman" w:hAnsi="Times New Roman"/>
          <w:spacing w:val="-2"/>
          <w:w w:val="105"/>
          <w:sz w:val="28"/>
          <w:szCs w:val="28"/>
        </w:rPr>
        <w:t>веры</w:t>
      </w:r>
      <w:r w:rsidRPr="001A456E">
        <w:rPr>
          <w:rFonts w:ascii="Times New Roman" w:hAnsi="Times New Roman"/>
          <w:spacing w:val="-11"/>
          <w:w w:val="105"/>
          <w:sz w:val="28"/>
          <w:szCs w:val="28"/>
        </w:rPr>
        <w:t xml:space="preserve"> </w:t>
      </w:r>
      <w:r w:rsidRPr="001A456E">
        <w:rPr>
          <w:rFonts w:ascii="Times New Roman" w:hAnsi="Times New Roman"/>
          <w:spacing w:val="-2"/>
          <w:w w:val="105"/>
          <w:sz w:val="28"/>
          <w:szCs w:val="28"/>
        </w:rPr>
        <w:t>есть</w:t>
      </w:r>
      <w:r w:rsidRPr="001A456E">
        <w:rPr>
          <w:rFonts w:ascii="Times New Roman" w:hAnsi="Times New Roman"/>
          <w:spacing w:val="-11"/>
          <w:w w:val="105"/>
          <w:sz w:val="28"/>
          <w:szCs w:val="28"/>
        </w:rPr>
        <w:t xml:space="preserve"> </w:t>
      </w:r>
      <w:r w:rsidRPr="001A456E">
        <w:rPr>
          <w:rFonts w:ascii="Times New Roman" w:hAnsi="Times New Roman"/>
          <w:spacing w:val="-2"/>
          <w:w w:val="105"/>
          <w:sz w:val="28"/>
          <w:szCs w:val="28"/>
        </w:rPr>
        <w:t>нарушение нравственных</w:t>
      </w:r>
      <w:r w:rsidRPr="001A456E">
        <w:rPr>
          <w:rFonts w:ascii="Times New Roman" w:hAnsi="Times New Roman"/>
          <w:spacing w:val="-9"/>
          <w:w w:val="105"/>
          <w:sz w:val="28"/>
          <w:szCs w:val="28"/>
        </w:rPr>
        <w:t xml:space="preserve"> </w:t>
      </w:r>
      <w:r w:rsidRPr="001A456E">
        <w:rPr>
          <w:rFonts w:ascii="Times New Roman" w:hAnsi="Times New Roman"/>
          <w:spacing w:val="-2"/>
          <w:w w:val="105"/>
          <w:sz w:val="28"/>
          <w:szCs w:val="28"/>
        </w:rPr>
        <w:t>норм</w:t>
      </w:r>
      <w:r w:rsidRPr="001A456E">
        <w:rPr>
          <w:rFonts w:ascii="Times New Roman" w:hAnsi="Times New Roman"/>
          <w:spacing w:val="-9"/>
          <w:w w:val="105"/>
          <w:sz w:val="28"/>
          <w:szCs w:val="28"/>
        </w:rPr>
        <w:t xml:space="preserve"> </w:t>
      </w:r>
      <w:r w:rsidRPr="001A456E">
        <w:rPr>
          <w:rFonts w:ascii="Times New Roman" w:hAnsi="Times New Roman"/>
          <w:spacing w:val="-2"/>
          <w:w w:val="105"/>
          <w:sz w:val="28"/>
          <w:szCs w:val="28"/>
        </w:rPr>
        <w:t>поведения</w:t>
      </w:r>
      <w:r w:rsidRPr="001A456E">
        <w:rPr>
          <w:rFonts w:ascii="Times New Roman" w:hAnsi="Times New Roman"/>
          <w:spacing w:val="-9"/>
          <w:w w:val="105"/>
          <w:sz w:val="28"/>
          <w:szCs w:val="28"/>
        </w:rPr>
        <w:t xml:space="preserve"> </w:t>
      </w:r>
      <w:r w:rsidRPr="001A456E">
        <w:rPr>
          <w:rFonts w:ascii="Times New Roman" w:hAnsi="Times New Roman"/>
          <w:spacing w:val="-2"/>
          <w:w w:val="105"/>
          <w:sz w:val="28"/>
          <w:szCs w:val="28"/>
        </w:rPr>
        <w:t>в</w:t>
      </w:r>
      <w:r w:rsidRPr="001A456E">
        <w:rPr>
          <w:rFonts w:ascii="Times New Roman" w:hAnsi="Times New Roman"/>
          <w:spacing w:val="-9"/>
          <w:w w:val="105"/>
          <w:sz w:val="28"/>
          <w:szCs w:val="28"/>
        </w:rPr>
        <w:t xml:space="preserve"> </w:t>
      </w:r>
      <w:r w:rsidRPr="001A456E">
        <w:rPr>
          <w:rFonts w:ascii="Times New Roman" w:hAnsi="Times New Roman"/>
          <w:spacing w:val="-2"/>
          <w:w w:val="105"/>
          <w:sz w:val="28"/>
          <w:szCs w:val="28"/>
        </w:rPr>
        <w:t>обществе;</w:t>
      </w:r>
      <w:r w:rsidRPr="001A456E">
        <w:rPr>
          <w:rFonts w:ascii="Times New Roman" w:hAnsi="Times New Roman"/>
          <w:spacing w:val="-9"/>
          <w:w w:val="105"/>
          <w:sz w:val="28"/>
          <w:szCs w:val="28"/>
        </w:rPr>
        <w:t xml:space="preserve"> </w:t>
      </w:r>
      <w:r w:rsidRPr="001A456E">
        <w:rPr>
          <w:rFonts w:ascii="Times New Roman" w:hAnsi="Times New Roman"/>
          <w:spacing w:val="-2"/>
          <w:w w:val="105"/>
          <w:sz w:val="28"/>
          <w:szCs w:val="28"/>
        </w:rPr>
        <w:t>понимание</w:t>
      </w:r>
      <w:r w:rsidRPr="001A456E">
        <w:rPr>
          <w:rFonts w:ascii="Times New Roman" w:hAnsi="Times New Roman"/>
          <w:spacing w:val="-9"/>
          <w:w w:val="105"/>
          <w:sz w:val="28"/>
          <w:szCs w:val="28"/>
        </w:rPr>
        <w:t xml:space="preserve"> </w:t>
      </w:r>
      <w:r w:rsidRPr="001A456E">
        <w:rPr>
          <w:rFonts w:ascii="Times New Roman" w:hAnsi="Times New Roman"/>
          <w:spacing w:val="-2"/>
          <w:w w:val="105"/>
          <w:sz w:val="28"/>
          <w:szCs w:val="28"/>
        </w:rPr>
        <w:t>ценности</w:t>
      </w:r>
      <w:r w:rsidRPr="001A456E">
        <w:rPr>
          <w:rFonts w:ascii="Times New Roman" w:hAnsi="Times New Roman"/>
          <w:spacing w:val="-9"/>
          <w:w w:val="105"/>
          <w:sz w:val="28"/>
          <w:szCs w:val="28"/>
        </w:rPr>
        <w:t xml:space="preserve"> </w:t>
      </w:r>
      <w:r w:rsidRPr="001A456E">
        <w:rPr>
          <w:rFonts w:ascii="Times New Roman" w:hAnsi="Times New Roman"/>
          <w:spacing w:val="-2"/>
          <w:w w:val="105"/>
          <w:sz w:val="28"/>
          <w:szCs w:val="28"/>
        </w:rPr>
        <w:t xml:space="preserve">человеческой </w:t>
      </w:r>
      <w:r w:rsidRPr="001A456E">
        <w:rPr>
          <w:rFonts w:ascii="Times New Roman" w:hAnsi="Times New Roman"/>
          <w:w w:val="105"/>
          <w:sz w:val="28"/>
          <w:szCs w:val="28"/>
        </w:rPr>
        <w:t>жизни,</w:t>
      </w:r>
      <w:r w:rsidRPr="001A456E">
        <w:rPr>
          <w:rFonts w:ascii="Times New Roman" w:hAnsi="Times New Roman"/>
          <w:spacing w:val="-2"/>
          <w:w w:val="105"/>
          <w:sz w:val="28"/>
          <w:szCs w:val="28"/>
        </w:rPr>
        <w:t xml:space="preserve"> </w:t>
      </w:r>
      <w:r w:rsidRPr="001A456E">
        <w:rPr>
          <w:rFonts w:ascii="Times New Roman" w:hAnsi="Times New Roman"/>
          <w:w w:val="105"/>
          <w:sz w:val="28"/>
          <w:szCs w:val="28"/>
        </w:rPr>
        <w:t>человеческого</w:t>
      </w:r>
      <w:r w:rsidRPr="001A456E">
        <w:rPr>
          <w:rFonts w:ascii="Times New Roman" w:hAnsi="Times New Roman"/>
          <w:spacing w:val="-2"/>
          <w:w w:val="105"/>
          <w:sz w:val="28"/>
          <w:szCs w:val="28"/>
        </w:rPr>
        <w:t xml:space="preserve"> </w:t>
      </w:r>
      <w:r w:rsidRPr="001A456E">
        <w:rPr>
          <w:rFonts w:ascii="Times New Roman" w:hAnsi="Times New Roman"/>
          <w:w w:val="105"/>
          <w:sz w:val="28"/>
          <w:szCs w:val="28"/>
        </w:rPr>
        <w:t>достоинства,</w:t>
      </w:r>
      <w:r w:rsidRPr="001A456E">
        <w:rPr>
          <w:rFonts w:ascii="Times New Roman" w:hAnsi="Times New Roman"/>
          <w:spacing w:val="-2"/>
          <w:w w:val="105"/>
          <w:sz w:val="28"/>
          <w:szCs w:val="28"/>
        </w:rPr>
        <w:t xml:space="preserve"> </w:t>
      </w:r>
      <w:r w:rsidRPr="001A456E">
        <w:rPr>
          <w:rFonts w:ascii="Times New Roman" w:hAnsi="Times New Roman"/>
          <w:w w:val="105"/>
          <w:sz w:val="28"/>
          <w:szCs w:val="28"/>
        </w:rPr>
        <w:t>честного</w:t>
      </w:r>
      <w:r w:rsidRPr="001A456E">
        <w:rPr>
          <w:rFonts w:ascii="Times New Roman" w:hAnsi="Times New Roman"/>
          <w:spacing w:val="-2"/>
          <w:w w:val="105"/>
          <w:sz w:val="28"/>
          <w:szCs w:val="28"/>
        </w:rPr>
        <w:t xml:space="preserve"> </w:t>
      </w:r>
      <w:r w:rsidRPr="001A456E">
        <w:rPr>
          <w:rFonts w:ascii="Times New Roman" w:hAnsi="Times New Roman"/>
          <w:w w:val="105"/>
          <w:sz w:val="28"/>
          <w:szCs w:val="28"/>
        </w:rPr>
        <w:t>труда</w:t>
      </w:r>
      <w:r w:rsidRPr="001A456E">
        <w:rPr>
          <w:rFonts w:ascii="Times New Roman" w:hAnsi="Times New Roman"/>
          <w:spacing w:val="-2"/>
          <w:w w:val="105"/>
          <w:sz w:val="28"/>
          <w:szCs w:val="28"/>
        </w:rPr>
        <w:t xml:space="preserve"> </w:t>
      </w:r>
      <w:r w:rsidRPr="001A456E">
        <w:rPr>
          <w:rFonts w:ascii="Times New Roman" w:hAnsi="Times New Roman"/>
          <w:w w:val="105"/>
          <w:sz w:val="28"/>
          <w:szCs w:val="28"/>
        </w:rPr>
        <w:t>людей</w:t>
      </w:r>
      <w:r w:rsidRPr="001A456E">
        <w:rPr>
          <w:rFonts w:ascii="Times New Roman" w:hAnsi="Times New Roman"/>
          <w:spacing w:val="-2"/>
          <w:w w:val="105"/>
          <w:sz w:val="28"/>
          <w:szCs w:val="28"/>
        </w:rPr>
        <w:t xml:space="preserve"> </w:t>
      </w:r>
      <w:r w:rsidRPr="001A456E">
        <w:rPr>
          <w:rFonts w:ascii="Times New Roman" w:hAnsi="Times New Roman"/>
          <w:w w:val="105"/>
          <w:sz w:val="28"/>
          <w:szCs w:val="28"/>
        </w:rPr>
        <w:t>на</w:t>
      </w:r>
      <w:r w:rsidRPr="001A456E">
        <w:rPr>
          <w:rFonts w:ascii="Times New Roman" w:hAnsi="Times New Roman"/>
          <w:spacing w:val="-2"/>
          <w:w w:val="105"/>
          <w:sz w:val="28"/>
          <w:szCs w:val="28"/>
        </w:rPr>
        <w:t xml:space="preserve"> </w:t>
      </w:r>
      <w:r w:rsidRPr="001A456E">
        <w:rPr>
          <w:rFonts w:ascii="Times New Roman" w:hAnsi="Times New Roman"/>
          <w:w w:val="105"/>
          <w:sz w:val="28"/>
          <w:szCs w:val="28"/>
        </w:rPr>
        <w:t>благо</w:t>
      </w:r>
      <w:r w:rsidRPr="001A456E">
        <w:rPr>
          <w:rFonts w:ascii="Times New Roman" w:hAnsi="Times New Roman"/>
          <w:spacing w:val="-2"/>
          <w:w w:val="105"/>
          <w:sz w:val="28"/>
          <w:szCs w:val="28"/>
        </w:rPr>
        <w:t xml:space="preserve"> </w:t>
      </w:r>
      <w:r w:rsidRPr="001A456E">
        <w:rPr>
          <w:rFonts w:ascii="Times New Roman" w:hAnsi="Times New Roman"/>
          <w:w w:val="105"/>
          <w:sz w:val="28"/>
          <w:szCs w:val="28"/>
        </w:rPr>
        <w:t xml:space="preserve">человека, </w:t>
      </w:r>
      <w:r w:rsidRPr="001A456E">
        <w:rPr>
          <w:rFonts w:ascii="Times New Roman" w:hAnsi="Times New Roman"/>
          <w:sz w:val="28"/>
          <w:szCs w:val="28"/>
        </w:rPr>
        <w:t xml:space="preserve">общества; формирование умений объяснять значение слов «милосердие», «со- страдание», «прощение», «дружелюбие», находить образы, приводить приме- </w:t>
      </w:r>
      <w:r w:rsidRPr="001A456E">
        <w:rPr>
          <w:rFonts w:ascii="Times New Roman" w:hAnsi="Times New Roman"/>
          <w:w w:val="105"/>
          <w:sz w:val="28"/>
          <w:szCs w:val="28"/>
        </w:rPr>
        <w:t>ры проявления любви к ближнему, милосердия и сострадания в религиозной культуре,</w:t>
      </w:r>
      <w:r w:rsidRPr="001A456E">
        <w:rPr>
          <w:rFonts w:ascii="Times New Roman" w:hAnsi="Times New Roman"/>
          <w:spacing w:val="-4"/>
          <w:w w:val="105"/>
          <w:sz w:val="28"/>
          <w:szCs w:val="28"/>
        </w:rPr>
        <w:t xml:space="preserve"> </w:t>
      </w:r>
      <w:r w:rsidRPr="001A456E">
        <w:rPr>
          <w:rFonts w:ascii="Times New Roman" w:hAnsi="Times New Roman"/>
          <w:w w:val="105"/>
          <w:sz w:val="28"/>
          <w:szCs w:val="28"/>
        </w:rPr>
        <w:t>истории</w:t>
      </w:r>
      <w:r w:rsidRPr="001A456E">
        <w:rPr>
          <w:rFonts w:ascii="Times New Roman" w:hAnsi="Times New Roman"/>
          <w:spacing w:val="-4"/>
          <w:w w:val="105"/>
          <w:sz w:val="28"/>
          <w:szCs w:val="28"/>
        </w:rPr>
        <w:t xml:space="preserve"> </w:t>
      </w:r>
      <w:r w:rsidRPr="001A456E">
        <w:rPr>
          <w:rFonts w:ascii="Times New Roman" w:hAnsi="Times New Roman"/>
          <w:w w:val="105"/>
          <w:sz w:val="28"/>
          <w:szCs w:val="28"/>
        </w:rPr>
        <w:t>России,</w:t>
      </w:r>
      <w:r w:rsidRPr="001A456E">
        <w:rPr>
          <w:rFonts w:ascii="Times New Roman" w:hAnsi="Times New Roman"/>
          <w:spacing w:val="-4"/>
          <w:w w:val="105"/>
          <w:sz w:val="28"/>
          <w:szCs w:val="28"/>
        </w:rPr>
        <w:t xml:space="preserve"> </w:t>
      </w:r>
      <w:r w:rsidRPr="001A456E">
        <w:rPr>
          <w:rFonts w:ascii="Times New Roman" w:hAnsi="Times New Roman"/>
          <w:w w:val="105"/>
          <w:sz w:val="28"/>
          <w:szCs w:val="28"/>
        </w:rPr>
        <w:t>современной</w:t>
      </w:r>
      <w:r w:rsidRPr="001A456E">
        <w:rPr>
          <w:rFonts w:ascii="Times New Roman" w:hAnsi="Times New Roman"/>
          <w:spacing w:val="-4"/>
          <w:w w:val="105"/>
          <w:sz w:val="28"/>
          <w:szCs w:val="28"/>
        </w:rPr>
        <w:t xml:space="preserve"> </w:t>
      </w:r>
      <w:r w:rsidRPr="001A456E">
        <w:rPr>
          <w:rFonts w:ascii="Times New Roman" w:hAnsi="Times New Roman"/>
          <w:w w:val="105"/>
          <w:sz w:val="28"/>
          <w:szCs w:val="28"/>
        </w:rPr>
        <w:t>жизни,</w:t>
      </w:r>
      <w:r w:rsidRPr="001A456E">
        <w:rPr>
          <w:rFonts w:ascii="Times New Roman" w:hAnsi="Times New Roman"/>
          <w:spacing w:val="-4"/>
          <w:w w:val="105"/>
          <w:sz w:val="28"/>
          <w:szCs w:val="28"/>
        </w:rPr>
        <w:t xml:space="preserve"> </w:t>
      </w:r>
      <w:r w:rsidRPr="001A456E">
        <w:rPr>
          <w:rFonts w:ascii="Times New Roman" w:hAnsi="Times New Roman"/>
          <w:w w:val="105"/>
          <w:sz w:val="28"/>
          <w:szCs w:val="28"/>
        </w:rPr>
        <w:t>открытость</w:t>
      </w:r>
      <w:r w:rsidRPr="001A456E">
        <w:rPr>
          <w:rFonts w:ascii="Times New Roman" w:hAnsi="Times New Roman"/>
          <w:spacing w:val="-4"/>
          <w:w w:val="105"/>
          <w:sz w:val="28"/>
          <w:szCs w:val="28"/>
        </w:rPr>
        <w:t xml:space="preserve"> </w:t>
      </w:r>
      <w:r w:rsidRPr="001A456E">
        <w:rPr>
          <w:rFonts w:ascii="Times New Roman" w:hAnsi="Times New Roman"/>
          <w:w w:val="105"/>
          <w:sz w:val="28"/>
          <w:szCs w:val="28"/>
        </w:rPr>
        <w:t>к</w:t>
      </w:r>
      <w:r w:rsidRPr="001A456E">
        <w:rPr>
          <w:rFonts w:ascii="Times New Roman" w:hAnsi="Times New Roman"/>
          <w:spacing w:val="-4"/>
          <w:w w:val="105"/>
          <w:sz w:val="28"/>
          <w:szCs w:val="28"/>
        </w:rPr>
        <w:t xml:space="preserve"> </w:t>
      </w:r>
      <w:r w:rsidRPr="001A456E">
        <w:rPr>
          <w:rFonts w:ascii="Times New Roman" w:hAnsi="Times New Roman"/>
          <w:w w:val="105"/>
          <w:sz w:val="28"/>
          <w:szCs w:val="28"/>
        </w:rPr>
        <w:t>сотрудничеству, готовность</w:t>
      </w:r>
      <w:r w:rsidRPr="001A456E">
        <w:rPr>
          <w:rFonts w:ascii="Times New Roman" w:hAnsi="Times New Roman"/>
          <w:spacing w:val="-13"/>
          <w:w w:val="105"/>
          <w:sz w:val="28"/>
          <w:szCs w:val="28"/>
        </w:rPr>
        <w:t xml:space="preserve"> </w:t>
      </w:r>
      <w:r w:rsidRPr="001A456E">
        <w:rPr>
          <w:rFonts w:ascii="Times New Roman" w:hAnsi="Times New Roman"/>
          <w:w w:val="105"/>
          <w:sz w:val="28"/>
          <w:szCs w:val="28"/>
        </w:rPr>
        <w:t>оказывать</w:t>
      </w:r>
      <w:r w:rsidRPr="001A456E">
        <w:rPr>
          <w:rFonts w:ascii="Times New Roman" w:hAnsi="Times New Roman"/>
          <w:spacing w:val="-13"/>
          <w:w w:val="105"/>
          <w:sz w:val="28"/>
          <w:szCs w:val="28"/>
        </w:rPr>
        <w:t xml:space="preserve"> </w:t>
      </w:r>
      <w:r w:rsidRPr="001A456E">
        <w:rPr>
          <w:rFonts w:ascii="Times New Roman" w:hAnsi="Times New Roman"/>
          <w:w w:val="105"/>
          <w:sz w:val="28"/>
          <w:szCs w:val="28"/>
        </w:rPr>
        <w:t>помощь;</w:t>
      </w:r>
      <w:r w:rsidRPr="001A456E">
        <w:rPr>
          <w:rFonts w:ascii="Times New Roman" w:hAnsi="Times New Roman"/>
          <w:spacing w:val="-13"/>
          <w:w w:val="105"/>
          <w:sz w:val="28"/>
          <w:szCs w:val="28"/>
        </w:rPr>
        <w:t xml:space="preserve"> </w:t>
      </w:r>
      <w:r w:rsidRPr="001A456E">
        <w:rPr>
          <w:rFonts w:ascii="Times New Roman" w:hAnsi="Times New Roman"/>
          <w:w w:val="105"/>
          <w:sz w:val="28"/>
          <w:szCs w:val="28"/>
        </w:rPr>
        <w:t>осуждение</w:t>
      </w:r>
      <w:r w:rsidRPr="001A456E">
        <w:rPr>
          <w:rFonts w:ascii="Times New Roman" w:hAnsi="Times New Roman"/>
          <w:spacing w:val="-13"/>
          <w:w w:val="105"/>
          <w:sz w:val="28"/>
          <w:szCs w:val="28"/>
        </w:rPr>
        <w:t xml:space="preserve"> </w:t>
      </w:r>
      <w:r w:rsidRPr="001A456E">
        <w:rPr>
          <w:rFonts w:ascii="Times New Roman" w:hAnsi="Times New Roman"/>
          <w:w w:val="105"/>
          <w:sz w:val="28"/>
          <w:szCs w:val="28"/>
        </w:rPr>
        <w:t>любых</w:t>
      </w:r>
      <w:r w:rsidRPr="001A456E">
        <w:rPr>
          <w:rFonts w:ascii="Times New Roman" w:hAnsi="Times New Roman"/>
          <w:spacing w:val="-13"/>
          <w:w w:val="105"/>
          <w:sz w:val="28"/>
          <w:szCs w:val="28"/>
        </w:rPr>
        <w:t xml:space="preserve"> </w:t>
      </w:r>
      <w:r w:rsidRPr="001A456E">
        <w:rPr>
          <w:rFonts w:ascii="Times New Roman" w:hAnsi="Times New Roman"/>
          <w:w w:val="105"/>
          <w:sz w:val="28"/>
          <w:szCs w:val="28"/>
        </w:rPr>
        <w:t>случаев</w:t>
      </w:r>
      <w:r w:rsidRPr="001A456E">
        <w:rPr>
          <w:rFonts w:ascii="Times New Roman" w:hAnsi="Times New Roman"/>
          <w:spacing w:val="-13"/>
          <w:w w:val="105"/>
          <w:sz w:val="28"/>
          <w:szCs w:val="28"/>
        </w:rPr>
        <w:t xml:space="preserve"> </w:t>
      </w:r>
      <w:r w:rsidRPr="001A456E">
        <w:rPr>
          <w:rFonts w:ascii="Times New Roman" w:hAnsi="Times New Roman"/>
          <w:w w:val="105"/>
          <w:sz w:val="28"/>
          <w:szCs w:val="28"/>
        </w:rPr>
        <w:t>унижения</w:t>
      </w:r>
      <w:r w:rsidRPr="001A456E">
        <w:rPr>
          <w:rFonts w:ascii="Times New Roman" w:hAnsi="Times New Roman"/>
          <w:spacing w:val="-13"/>
          <w:w w:val="105"/>
          <w:sz w:val="28"/>
          <w:szCs w:val="28"/>
        </w:rPr>
        <w:t xml:space="preserve"> </w:t>
      </w:r>
      <w:r w:rsidRPr="001A456E">
        <w:rPr>
          <w:rFonts w:ascii="Times New Roman" w:hAnsi="Times New Roman"/>
          <w:w w:val="105"/>
          <w:sz w:val="28"/>
          <w:szCs w:val="28"/>
        </w:rPr>
        <w:t>человече- ского</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достоинства,</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знание</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общепринятых</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в</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российском</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обществе</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норм</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мора- ли,</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отношений</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поведения</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людей,</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основанных</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на</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российских</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 xml:space="preserve">традиционных </w:t>
      </w:r>
      <w:r w:rsidRPr="001A456E">
        <w:rPr>
          <w:rFonts w:ascii="Times New Roman" w:hAnsi="Times New Roman"/>
          <w:sz w:val="28"/>
          <w:szCs w:val="28"/>
        </w:rPr>
        <w:t xml:space="preserve">духовных ценностях, конституционных правах, свободах и обязанностях граж- </w:t>
      </w:r>
      <w:r w:rsidRPr="001A456E">
        <w:rPr>
          <w:rFonts w:ascii="Times New Roman" w:hAnsi="Times New Roman"/>
          <w:spacing w:val="-2"/>
          <w:w w:val="105"/>
          <w:sz w:val="28"/>
          <w:szCs w:val="28"/>
        </w:rPr>
        <w:t>данина.</w:t>
      </w:r>
    </w:p>
    <w:p w:rsidR="00C44676" w:rsidRPr="001A456E" w:rsidRDefault="00C44676" w:rsidP="003772B6">
      <w:pPr>
        <w:pStyle w:val="aff"/>
        <w:spacing w:before="185"/>
        <w:ind w:right="197"/>
        <w:jc w:val="both"/>
        <w:rPr>
          <w:rFonts w:ascii="Times New Roman" w:hAnsi="Times New Roman"/>
          <w:sz w:val="28"/>
          <w:szCs w:val="28"/>
        </w:rPr>
      </w:pPr>
      <w:r w:rsidRPr="001A456E">
        <w:rPr>
          <w:rFonts w:ascii="Times New Roman" w:hAnsi="Times New Roman"/>
          <w:i/>
          <w:sz w:val="28"/>
          <w:szCs w:val="28"/>
        </w:rPr>
        <w:t xml:space="preserve">Изобразительное искусство: </w:t>
      </w:r>
      <w:r w:rsidRPr="001A456E">
        <w:rPr>
          <w:rFonts w:ascii="Times New Roman" w:hAnsi="Times New Roman"/>
          <w:sz w:val="28"/>
          <w:szCs w:val="28"/>
        </w:rPr>
        <w:t xml:space="preserve">выполнение творческих работ с использованием </w:t>
      </w:r>
      <w:r w:rsidRPr="001A456E">
        <w:rPr>
          <w:rFonts w:ascii="Times New Roman" w:hAnsi="Times New Roman"/>
          <w:spacing w:val="-2"/>
          <w:w w:val="105"/>
          <w:sz w:val="28"/>
          <w:szCs w:val="28"/>
        </w:rPr>
        <w:t>различных</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материалов</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и</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средств</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художественной</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выразительности</w:t>
      </w:r>
      <w:r w:rsidRPr="001A456E">
        <w:rPr>
          <w:rFonts w:ascii="Times New Roman" w:hAnsi="Times New Roman"/>
          <w:spacing w:val="-7"/>
          <w:w w:val="105"/>
          <w:sz w:val="28"/>
          <w:szCs w:val="28"/>
        </w:rPr>
        <w:t xml:space="preserve"> </w:t>
      </w:r>
      <w:r w:rsidRPr="001A456E">
        <w:rPr>
          <w:rFonts w:ascii="Times New Roman" w:hAnsi="Times New Roman"/>
          <w:spacing w:val="-2"/>
          <w:w w:val="105"/>
          <w:sz w:val="28"/>
          <w:szCs w:val="28"/>
        </w:rPr>
        <w:t xml:space="preserve">изобрази- </w:t>
      </w:r>
      <w:r w:rsidRPr="001A456E">
        <w:rPr>
          <w:rFonts w:ascii="Times New Roman" w:hAnsi="Times New Roman"/>
          <w:w w:val="105"/>
          <w:sz w:val="28"/>
          <w:szCs w:val="28"/>
        </w:rPr>
        <w:t>тельного</w:t>
      </w:r>
      <w:r w:rsidRPr="001A456E">
        <w:rPr>
          <w:rFonts w:ascii="Times New Roman" w:hAnsi="Times New Roman"/>
          <w:spacing w:val="-12"/>
          <w:w w:val="105"/>
          <w:sz w:val="28"/>
          <w:szCs w:val="28"/>
        </w:rPr>
        <w:t xml:space="preserve"> </w:t>
      </w:r>
      <w:r w:rsidRPr="001A456E">
        <w:rPr>
          <w:rFonts w:ascii="Times New Roman" w:hAnsi="Times New Roman"/>
          <w:w w:val="105"/>
          <w:sz w:val="28"/>
          <w:szCs w:val="28"/>
        </w:rPr>
        <w:t>искусства;</w:t>
      </w:r>
      <w:r w:rsidRPr="001A456E">
        <w:rPr>
          <w:rFonts w:ascii="Times New Roman" w:hAnsi="Times New Roman"/>
          <w:spacing w:val="-12"/>
          <w:w w:val="105"/>
          <w:sz w:val="28"/>
          <w:szCs w:val="28"/>
        </w:rPr>
        <w:t xml:space="preserve"> </w:t>
      </w:r>
      <w:r w:rsidRPr="001A456E">
        <w:rPr>
          <w:rFonts w:ascii="Times New Roman" w:hAnsi="Times New Roman"/>
          <w:w w:val="105"/>
          <w:sz w:val="28"/>
          <w:szCs w:val="28"/>
        </w:rPr>
        <w:t>умение</w:t>
      </w:r>
      <w:r w:rsidRPr="001A456E">
        <w:rPr>
          <w:rFonts w:ascii="Times New Roman" w:hAnsi="Times New Roman"/>
          <w:spacing w:val="-12"/>
          <w:w w:val="105"/>
          <w:sz w:val="28"/>
          <w:szCs w:val="28"/>
        </w:rPr>
        <w:t xml:space="preserve"> </w:t>
      </w:r>
      <w:r w:rsidRPr="001A456E">
        <w:rPr>
          <w:rFonts w:ascii="Times New Roman" w:hAnsi="Times New Roman"/>
          <w:w w:val="105"/>
          <w:sz w:val="28"/>
          <w:szCs w:val="28"/>
        </w:rPr>
        <w:t>характеризовать</w:t>
      </w:r>
      <w:r w:rsidRPr="001A456E">
        <w:rPr>
          <w:rFonts w:ascii="Times New Roman" w:hAnsi="Times New Roman"/>
          <w:spacing w:val="-12"/>
          <w:w w:val="105"/>
          <w:sz w:val="28"/>
          <w:szCs w:val="28"/>
        </w:rPr>
        <w:t xml:space="preserve"> </w:t>
      </w:r>
      <w:r w:rsidRPr="001A456E">
        <w:rPr>
          <w:rFonts w:ascii="Times New Roman" w:hAnsi="Times New Roman"/>
          <w:w w:val="105"/>
          <w:sz w:val="28"/>
          <w:szCs w:val="28"/>
        </w:rPr>
        <w:t>виды</w:t>
      </w:r>
      <w:r w:rsidRPr="001A456E">
        <w:rPr>
          <w:rFonts w:ascii="Times New Roman" w:hAnsi="Times New Roman"/>
          <w:spacing w:val="-12"/>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12"/>
          <w:w w:val="105"/>
          <w:sz w:val="28"/>
          <w:szCs w:val="28"/>
        </w:rPr>
        <w:t xml:space="preserve"> </w:t>
      </w:r>
      <w:r w:rsidRPr="001A456E">
        <w:rPr>
          <w:rFonts w:ascii="Times New Roman" w:hAnsi="Times New Roman"/>
          <w:w w:val="105"/>
          <w:sz w:val="28"/>
          <w:szCs w:val="28"/>
        </w:rPr>
        <w:t>жанры</w:t>
      </w:r>
      <w:r w:rsidRPr="001A456E">
        <w:rPr>
          <w:rFonts w:ascii="Times New Roman" w:hAnsi="Times New Roman"/>
          <w:spacing w:val="-12"/>
          <w:w w:val="105"/>
          <w:sz w:val="28"/>
          <w:szCs w:val="28"/>
        </w:rPr>
        <w:t xml:space="preserve"> </w:t>
      </w:r>
      <w:r w:rsidRPr="001A456E">
        <w:rPr>
          <w:rFonts w:ascii="Times New Roman" w:hAnsi="Times New Roman"/>
          <w:w w:val="105"/>
          <w:sz w:val="28"/>
          <w:szCs w:val="28"/>
        </w:rPr>
        <w:t xml:space="preserve">изобразительного </w:t>
      </w:r>
      <w:r w:rsidRPr="001A456E">
        <w:rPr>
          <w:rFonts w:ascii="Times New Roman" w:hAnsi="Times New Roman"/>
          <w:spacing w:val="-2"/>
          <w:w w:val="105"/>
          <w:sz w:val="28"/>
          <w:szCs w:val="28"/>
        </w:rPr>
        <w:t>искусства;</w:t>
      </w:r>
      <w:r w:rsidRPr="001A456E">
        <w:rPr>
          <w:rFonts w:ascii="Times New Roman" w:hAnsi="Times New Roman"/>
          <w:spacing w:val="-3"/>
          <w:w w:val="105"/>
          <w:sz w:val="28"/>
          <w:szCs w:val="28"/>
        </w:rPr>
        <w:t xml:space="preserve"> </w:t>
      </w:r>
      <w:r w:rsidRPr="001A456E">
        <w:rPr>
          <w:rFonts w:ascii="Times New Roman" w:hAnsi="Times New Roman"/>
          <w:spacing w:val="-2"/>
          <w:w w:val="105"/>
          <w:sz w:val="28"/>
          <w:szCs w:val="28"/>
        </w:rPr>
        <w:t>умение</w:t>
      </w:r>
      <w:r w:rsidRPr="001A456E">
        <w:rPr>
          <w:rFonts w:ascii="Times New Roman" w:hAnsi="Times New Roman"/>
          <w:spacing w:val="-3"/>
          <w:w w:val="105"/>
          <w:sz w:val="28"/>
          <w:szCs w:val="28"/>
        </w:rPr>
        <w:t xml:space="preserve"> </w:t>
      </w:r>
      <w:r w:rsidRPr="001A456E">
        <w:rPr>
          <w:rFonts w:ascii="Times New Roman" w:hAnsi="Times New Roman"/>
          <w:spacing w:val="-2"/>
          <w:w w:val="105"/>
          <w:sz w:val="28"/>
          <w:szCs w:val="28"/>
        </w:rPr>
        <w:t>характеризовать</w:t>
      </w:r>
      <w:r w:rsidRPr="001A456E">
        <w:rPr>
          <w:rFonts w:ascii="Times New Roman" w:hAnsi="Times New Roman"/>
          <w:spacing w:val="-3"/>
          <w:w w:val="105"/>
          <w:sz w:val="28"/>
          <w:szCs w:val="28"/>
        </w:rPr>
        <w:t xml:space="preserve"> </w:t>
      </w:r>
      <w:r w:rsidRPr="001A456E">
        <w:rPr>
          <w:rFonts w:ascii="Times New Roman" w:hAnsi="Times New Roman"/>
          <w:spacing w:val="-2"/>
          <w:w w:val="105"/>
          <w:sz w:val="28"/>
          <w:szCs w:val="28"/>
        </w:rPr>
        <w:t>отличительные</w:t>
      </w:r>
      <w:r w:rsidRPr="001A456E">
        <w:rPr>
          <w:rFonts w:ascii="Times New Roman" w:hAnsi="Times New Roman"/>
          <w:spacing w:val="-3"/>
          <w:w w:val="105"/>
          <w:sz w:val="28"/>
          <w:szCs w:val="28"/>
        </w:rPr>
        <w:t xml:space="preserve"> </w:t>
      </w:r>
      <w:r w:rsidRPr="001A456E">
        <w:rPr>
          <w:rFonts w:ascii="Times New Roman" w:hAnsi="Times New Roman"/>
          <w:spacing w:val="-2"/>
          <w:w w:val="105"/>
          <w:sz w:val="28"/>
          <w:szCs w:val="28"/>
        </w:rPr>
        <w:t>особенности</w:t>
      </w:r>
      <w:r w:rsidRPr="001A456E">
        <w:rPr>
          <w:rFonts w:ascii="Times New Roman" w:hAnsi="Times New Roman"/>
          <w:spacing w:val="-3"/>
          <w:w w:val="105"/>
          <w:sz w:val="28"/>
          <w:szCs w:val="28"/>
        </w:rPr>
        <w:t xml:space="preserve"> </w:t>
      </w:r>
      <w:r w:rsidRPr="001A456E">
        <w:rPr>
          <w:rFonts w:ascii="Times New Roman" w:hAnsi="Times New Roman"/>
          <w:spacing w:val="-2"/>
          <w:w w:val="105"/>
          <w:sz w:val="28"/>
          <w:szCs w:val="28"/>
        </w:rPr>
        <w:t xml:space="preserve">художествен- </w:t>
      </w:r>
      <w:r w:rsidRPr="001A456E">
        <w:rPr>
          <w:rFonts w:ascii="Times New Roman" w:hAnsi="Times New Roman"/>
          <w:w w:val="105"/>
          <w:sz w:val="28"/>
          <w:szCs w:val="28"/>
        </w:rPr>
        <w:t>ных промыслов России.</w:t>
      </w:r>
    </w:p>
    <w:p w:rsidR="00C44676" w:rsidRPr="001A456E" w:rsidRDefault="00C44676" w:rsidP="003772B6">
      <w:pPr>
        <w:pStyle w:val="aff"/>
        <w:spacing w:before="119"/>
        <w:jc w:val="both"/>
        <w:rPr>
          <w:rFonts w:ascii="Times New Roman" w:hAnsi="Times New Roman"/>
          <w:sz w:val="28"/>
          <w:szCs w:val="28"/>
        </w:rPr>
      </w:pPr>
      <w:r w:rsidRPr="001A456E">
        <w:rPr>
          <w:rFonts w:ascii="Times New Roman" w:hAnsi="Times New Roman"/>
          <w:i/>
          <w:w w:val="105"/>
          <w:sz w:val="28"/>
          <w:szCs w:val="28"/>
        </w:rPr>
        <w:t>Музыка:</w:t>
      </w:r>
      <w:r w:rsidRPr="001A456E">
        <w:rPr>
          <w:rFonts w:ascii="Times New Roman" w:hAnsi="Times New Roman"/>
          <w:i/>
          <w:spacing w:val="-16"/>
          <w:w w:val="105"/>
          <w:sz w:val="28"/>
          <w:szCs w:val="28"/>
        </w:rPr>
        <w:t xml:space="preserve"> </w:t>
      </w:r>
      <w:r w:rsidRPr="001A456E">
        <w:rPr>
          <w:rFonts w:ascii="Times New Roman" w:hAnsi="Times New Roman"/>
          <w:w w:val="105"/>
          <w:sz w:val="28"/>
          <w:szCs w:val="28"/>
        </w:rPr>
        <w:t>знание</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основных</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жанров</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народной</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профессиональной</w:t>
      </w:r>
      <w:r w:rsidRPr="001A456E">
        <w:rPr>
          <w:rFonts w:ascii="Times New Roman" w:hAnsi="Times New Roman"/>
          <w:spacing w:val="-20"/>
          <w:w w:val="105"/>
          <w:sz w:val="28"/>
          <w:szCs w:val="28"/>
        </w:rPr>
        <w:t xml:space="preserve"> </w:t>
      </w:r>
      <w:r w:rsidRPr="001A456E">
        <w:rPr>
          <w:rFonts w:ascii="Times New Roman" w:hAnsi="Times New Roman"/>
          <w:spacing w:val="-2"/>
          <w:w w:val="105"/>
          <w:sz w:val="28"/>
          <w:szCs w:val="28"/>
        </w:rPr>
        <w:t>музыки.</w:t>
      </w:r>
    </w:p>
    <w:p w:rsidR="00C44676" w:rsidRPr="001A456E" w:rsidRDefault="00C44676" w:rsidP="003772B6">
      <w:pPr>
        <w:pStyle w:val="aff"/>
        <w:spacing w:before="150"/>
        <w:ind w:right="197"/>
        <w:jc w:val="both"/>
        <w:rPr>
          <w:rFonts w:ascii="Times New Roman" w:hAnsi="Times New Roman"/>
          <w:sz w:val="28"/>
          <w:szCs w:val="28"/>
        </w:rPr>
      </w:pPr>
      <w:r w:rsidRPr="001A456E">
        <w:rPr>
          <w:rFonts w:ascii="Times New Roman" w:hAnsi="Times New Roman"/>
          <w:i/>
          <w:w w:val="105"/>
          <w:sz w:val="28"/>
          <w:szCs w:val="28"/>
        </w:rPr>
        <w:t>Труд</w:t>
      </w:r>
      <w:r w:rsidRPr="001A456E">
        <w:rPr>
          <w:rFonts w:ascii="Times New Roman" w:hAnsi="Times New Roman"/>
          <w:i/>
          <w:spacing w:val="-18"/>
          <w:w w:val="105"/>
          <w:sz w:val="28"/>
          <w:szCs w:val="28"/>
        </w:rPr>
        <w:t xml:space="preserve"> </w:t>
      </w:r>
      <w:r w:rsidRPr="001A456E">
        <w:rPr>
          <w:rFonts w:ascii="Times New Roman" w:hAnsi="Times New Roman"/>
          <w:i/>
          <w:w w:val="105"/>
          <w:sz w:val="28"/>
          <w:szCs w:val="28"/>
        </w:rPr>
        <w:t>(технология):</w:t>
      </w:r>
      <w:r w:rsidRPr="001A456E">
        <w:rPr>
          <w:rFonts w:ascii="Times New Roman" w:hAnsi="Times New Roman"/>
          <w:i/>
          <w:spacing w:val="-17"/>
          <w:w w:val="105"/>
          <w:sz w:val="28"/>
          <w:szCs w:val="28"/>
        </w:rPr>
        <w:t xml:space="preserve"> </w:t>
      </w:r>
      <w:r w:rsidRPr="001A456E">
        <w:rPr>
          <w:rFonts w:ascii="Times New Roman" w:hAnsi="Times New Roman"/>
          <w:w w:val="105"/>
          <w:sz w:val="28"/>
          <w:szCs w:val="28"/>
        </w:rPr>
        <w:t>формирование</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общих</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представлений</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о</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мире</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профессий, значении</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труда</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в</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жизни</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человека</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общества,</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многообразии</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предметов</w:t>
      </w:r>
      <w:r w:rsidRPr="001A456E">
        <w:rPr>
          <w:rFonts w:ascii="Times New Roman" w:hAnsi="Times New Roman"/>
          <w:spacing w:val="-17"/>
          <w:w w:val="105"/>
          <w:sz w:val="28"/>
          <w:szCs w:val="28"/>
        </w:rPr>
        <w:t xml:space="preserve"> </w:t>
      </w:r>
      <w:r w:rsidRPr="001A456E">
        <w:rPr>
          <w:rFonts w:ascii="Times New Roman" w:hAnsi="Times New Roman"/>
          <w:w w:val="105"/>
          <w:sz w:val="28"/>
          <w:szCs w:val="28"/>
        </w:rPr>
        <w:t>мате- риальной культуры.</w:t>
      </w:r>
    </w:p>
    <w:p w:rsidR="00C44676" w:rsidRPr="001A456E" w:rsidRDefault="00C44676" w:rsidP="003772B6">
      <w:pPr>
        <w:pStyle w:val="aff"/>
        <w:spacing w:before="170"/>
        <w:ind w:right="197"/>
        <w:jc w:val="both"/>
        <w:rPr>
          <w:rFonts w:ascii="Times New Roman" w:hAnsi="Times New Roman"/>
          <w:sz w:val="28"/>
          <w:szCs w:val="28"/>
        </w:rPr>
      </w:pPr>
      <w:r w:rsidRPr="001A456E">
        <w:rPr>
          <w:rFonts w:ascii="Times New Roman" w:hAnsi="Times New Roman"/>
          <w:i/>
          <w:w w:val="105"/>
          <w:sz w:val="28"/>
          <w:szCs w:val="28"/>
        </w:rPr>
        <w:t xml:space="preserve">Физическая культура: </w:t>
      </w:r>
      <w:r w:rsidRPr="001A456E">
        <w:rPr>
          <w:rFonts w:ascii="Times New Roman" w:hAnsi="Times New Roman"/>
          <w:w w:val="105"/>
          <w:sz w:val="28"/>
          <w:szCs w:val="28"/>
        </w:rPr>
        <w:t xml:space="preserve">формирование общих представлений о физической культуре и спорте, физической активности человека, физических качествах, </w:t>
      </w:r>
      <w:r w:rsidRPr="001A456E">
        <w:rPr>
          <w:rFonts w:ascii="Times New Roman" w:hAnsi="Times New Roman"/>
          <w:w w:val="105"/>
          <w:sz w:val="28"/>
          <w:szCs w:val="28"/>
        </w:rPr>
        <w:lastRenderedPageBreak/>
        <w:t>жизненно важных прикладных умениях и навыках, основных физических упражнениях;</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развитие</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умения</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взаимодействовать</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со</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сверстниками</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в</w:t>
      </w:r>
      <w:r w:rsidRPr="001A456E">
        <w:rPr>
          <w:rFonts w:ascii="Times New Roman" w:hAnsi="Times New Roman"/>
          <w:spacing w:val="-20"/>
          <w:w w:val="105"/>
          <w:sz w:val="28"/>
          <w:szCs w:val="28"/>
        </w:rPr>
        <w:t xml:space="preserve"> </w:t>
      </w:r>
      <w:r w:rsidRPr="001A456E">
        <w:rPr>
          <w:rFonts w:ascii="Times New Roman" w:hAnsi="Times New Roman"/>
          <w:w w:val="105"/>
          <w:sz w:val="28"/>
          <w:szCs w:val="28"/>
        </w:rPr>
        <w:t>игровых заданиях</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и</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игровой</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деятельности,</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соблюдая</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правила</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честной</w:t>
      </w:r>
      <w:r w:rsidRPr="001A456E">
        <w:rPr>
          <w:rFonts w:ascii="Times New Roman" w:hAnsi="Times New Roman"/>
          <w:spacing w:val="-10"/>
          <w:w w:val="105"/>
          <w:sz w:val="28"/>
          <w:szCs w:val="28"/>
        </w:rPr>
        <w:t xml:space="preserve"> </w:t>
      </w:r>
      <w:r w:rsidRPr="001A456E">
        <w:rPr>
          <w:rFonts w:ascii="Times New Roman" w:hAnsi="Times New Roman"/>
          <w:w w:val="105"/>
          <w:sz w:val="28"/>
          <w:szCs w:val="28"/>
        </w:rPr>
        <w:t>игры.</w:t>
      </w:r>
    </w:p>
    <w:p w:rsidR="00227BA6" w:rsidRPr="001A456E" w:rsidRDefault="00227BA6" w:rsidP="003772B6">
      <w:pPr>
        <w:pStyle w:val="aff"/>
        <w:rPr>
          <w:rFonts w:ascii="Times New Roman" w:hAnsi="Times New Roman"/>
          <w:sz w:val="28"/>
          <w:szCs w:val="28"/>
        </w:rPr>
        <w:sectPr w:rsidR="00227BA6" w:rsidRPr="001A456E">
          <w:footerReference w:type="default" r:id="rId8"/>
          <w:pgSz w:w="11910" w:h="16840"/>
          <w:pgMar w:top="900" w:right="708" w:bottom="900" w:left="992" w:header="0" w:footer="715" w:gutter="0"/>
          <w:cols w:space="720"/>
        </w:sectPr>
      </w:pPr>
    </w:p>
    <w:p w:rsidR="00AD3ABA" w:rsidRPr="001A456E" w:rsidRDefault="00AD3ABA" w:rsidP="003772B6">
      <w:pPr>
        <w:shd w:val="clear" w:color="auto" w:fill="FFFFFF"/>
        <w:spacing w:after="0" w:line="240" w:lineRule="auto"/>
        <w:rPr>
          <w:rFonts w:ascii="Times New Roman" w:eastAsia="Times New Roman" w:hAnsi="Times New Roman" w:cs="Times New Roman"/>
          <w:sz w:val="28"/>
          <w:szCs w:val="28"/>
          <w:lang w:val="x-none" w:eastAsia="ru-RU"/>
        </w:rPr>
      </w:pPr>
    </w:p>
    <w:p w:rsidR="00FD3728"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t xml:space="preserve">РАБОЧАЯ ПРОГРАММА курса внеурочной деятельности </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t xml:space="preserve"> «Волшебная акварель»</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t> ПОЯСНИТЕЛЬНАЯ ЗАПИСКА</w:t>
      </w:r>
    </w:p>
    <w:p w:rsidR="002E47B9" w:rsidRPr="001A456E" w:rsidRDefault="00BD5B97" w:rsidP="003772B6">
      <w:pPr>
        <w:spacing w:after="0" w:line="240" w:lineRule="auto"/>
        <w:ind w:firstLine="709"/>
        <w:contextualSpacing/>
        <w:jc w:val="both"/>
        <w:rPr>
          <w:rFonts w:ascii="Times New Roman" w:hAnsi="Times New Roman" w:cs="Times New Roman"/>
          <w:i/>
          <w:sz w:val="28"/>
          <w:szCs w:val="28"/>
        </w:rPr>
      </w:pPr>
      <w:r w:rsidRPr="001A456E">
        <w:rPr>
          <w:rFonts w:ascii="Times New Roman" w:hAnsi="Times New Roman" w:cs="Times New Roman"/>
          <w:i/>
          <w:sz w:val="28"/>
          <w:szCs w:val="28"/>
        </w:rPr>
        <w:t>Рабочая программа составлена на основе требований ФГОС НОО к результатам освоения основной образовательной программы НОО, а также с учетом Примерной рабочей программы начального общего образования по изобразительному искусству, одобренной решением федерального учебно-методического объединения по общему образованию, протокол 3/21 от 27.09.2021 г.</w:t>
      </w:r>
    </w:p>
    <w:p w:rsidR="002E47B9" w:rsidRPr="001A456E" w:rsidRDefault="00BD5B97" w:rsidP="003772B6">
      <w:pPr>
        <w:spacing w:after="0" w:line="240" w:lineRule="auto"/>
        <w:ind w:firstLine="709"/>
        <w:contextualSpacing/>
        <w:jc w:val="both"/>
        <w:rPr>
          <w:rFonts w:ascii="Times New Roman" w:hAnsi="Times New Roman" w:cs="Times New Roman"/>
          <w:i/>
          <w:sz w:val="28"/>
          <w:szCs w:val="28"/>
        </w:rPr>
      </w:pPr>
      <w:r w:rsidRPr="001A456E">
        <w:rPr>
          <w:rFonts w:ascii="Times New Roman" w:hAnsi="Times New Roman" w:cs="Times New Roman"/>
          <w:i/>
          <w:sz w:val="28"/>
          <w:szCs w:val="28"/>
        </w:rPr>
        <w:t>Рабочая программа разработана с учетом Программы формирования УУД у обучающихся и Рабочей программы воспитания.</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sz w:val="28"/>
          <w:szCs w:val="28"/>
        </w:rPr>
        <w:t xml:space="preserve">Курс  </w:t>
      </w:r>
      <w:r w:rsidRPr="001A456E">
        <w:rPr>
          <w:rFonts w:ascii="Times New Roman" w:hAnsi="Times New Roman" w:cs="Times New Roman"/>
          <w:b/>
          <w:sz w:val="28"/>
          <w:szCs w:val="28"/>
        </w:rPr>
        <w:t>«Волшебная акварель»</w:t>
      </w:r>
      <w:r w:rsidRPr="001A456E">
        <w:rPr>
          <w:rFonts w:ascii="Times New Roman" w:hAnsi="Times New Roman" w:cs="Times New Roman"/>
          <w:sz w:val="28"/>
          <w:szCs w:val="28"/>
        </w:rPr>
        <w:t>входит в предметную область «Искусство».</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sz w:val="28"/>
          <w:szCs w:val="28"/>
        </w:rPr>
        <w:t xml:space="preserve">Рабочая программа курса  </w:t>
      </w:r>
      <w:r w:rsidRPr="001A456E">
        <w:rPr>
          <w:rFonts w:ascii="Times New Roman" w:hAnsi="Times New Roman" w:cs="Times New Roman"/>
          <w:b/>
          <w:sz w:val="28"/>
          <w:szCs w:val="28"/>
        </w:rPr>
        <w:t xml:space="preserve">«Волшебная акварель» </w:t>
      </w:r>
      <w:r w:rsidRPr="001A456E">
        <w:rPr>
          <w:rFonts w:ascii="Times New Roman" w:hAnsi="Times New Roman" w:cs="Times New Roman"/>
          <w:sz w:val="28"/>
          <w:szCs w:val="28"/>
        </w:rPr>
        <w:t>(далее - рабочая программа) включает:</w:t>
      </w:r>
    </w:p>
    <w:p w:rsidR="002E47B9" w:rsidRPr="001A456E" w:rsidRDefault="00BD5B97" w:rsidP="003772B6">
      <w:pPr>
        <w:spacing w:after="0" w:line="240" w:lineRule="auto"/>
        <w:ind w:firstLine="709"/>
        <w:contextualSpacing/>
        <w:jc w:val="both"/>
        <w:rPr>
          <w:rFonts w:ascii="Times New Roman" w:hAnsi="Times New Roman" w:cs="Times New Roman"/>
          <w:sz w:val="28"/>
          <w:szCs w:val="28"/>
        </w:rPr>
      </w:pPr>
      <w:r w:rsidRPr="001A456E">
        <w:rPr>
          <w:rFonts w:ascii="Times New Roman" w:hAnsi="Times New Roman" w:cs="Times New Roman"/>
          <w:sz w:val="28"/>
          <w:szCs w:val="28"/>
        </w:rPr>
        <w:t xml:space="preserve">- пояснительную записку, </w:t>
      </w:r>
    </w:p>
    <w:p w:rsidR="002E47B9" w:rsidRPr="001A456E" w:rsidRDefault="00BD5B97" w:rsidP="003772B6">
      <w:pPr>
        <w:spacing w:after="0" w:line="240" w:lineRule="auto"/>
        <w:ind w:firstLine="709"/>
        <w:contextualSpacing/>
        <w:jc w:val="both"/>
        <w:rPr>
          <w:rFonts w:ascii="Times New Roman" w:hAnsi="Times New Roman" w:cs="Times New Roman"/>
          <w:sz w:val="28"/>
          <w:szCs w:val="28"/>
        </w:rPr>
      </w:pPr>
      <w:r w:rsidRPr="001A456E">
        <w:rPr>
          <w:rFonts w:ascii="Times New Roman" w:hAnsi="Times New Roman" w:cs="Times New Roman"/>
          <w:sz w:val="28"/>
          <w:szCs w:val="28"/>
        </w:rPr>
        <w:t xml:space="preserve">- содержание обучения, </w:t>
      </w:r>
    </w:p>
    <w:p w:rsidR="002E47B9" w:rsidRPr="001A456E" w:rsidRDefault="00BD5B97" w:rsidP="003772B6">
      <w:pPr>
        <w:spacing w:after="0" w:line="240" w:lineRule="auto"/>
        <w:ind w:firstLine="709"/>
        <w:contextualSpacing/>
        <w:jc w:val="both"/>
        <w:rPr>
          <w:rFonts w:ascii="Times New Roman" w:hAnsi="Times New Roman" w:cs="Times New Roman"/>
          <w:sz w:val="28"/>
          <w:szCs w:val="28"/>
        </w:rPr>
      </w:pPr>
      <w:r w:rsidRPr="001A456E">
        <w:rPr>
          <w:rFonts w:ascii="Times New Roman" w:hAnsi="Times New Roman" w:cs="Times New Roman"/>
          <w:sz w:val="28"/>
          <w:szCs w:val="28"/>
        </w:rPr>
        <w:t>- планируемые результаты освоения программы учебного предмета,</w:t>
      </w:r>
    </w:p>
    <w:p w:rsidR="002E47B9" w:rsidRPr="001A456E" w:rsidRDefault="00BD5B97" w:rsidP="003772B6">
      <w:pPr>
        <w:spacing w:after="0" w:line="240" w:lineRule="auto"/>
        <w:ind w:firstLine="709"/>
        <w:contextualSpacing/>
        <w:jc w:val="both"/>
        <w:rPr>
          <w:rFonts w:ascii="Times New Roman" w:hAnsi="Times New Roman" w:cs="Times New Roman"/>
          <w:sz w:val="28"/>
          <w:szCs w:val="28"/>
        </w:rPr>
      </w:pPr>
      <w:r w:rsidRPr="001A456E">
        <w:rPr>
          <w:rFonts w:ascii="Times New Roman" w:hAnsi="Times New Roman" w:cs="Times New Roman"/>
          <w:sz w:val="28"/>
          <w:szCs w:val="28"/>
        </w:rPr>
        <w:t>- тематическое планирование.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Пояснительная записка</w:t>
      </w:r>
      <w:r w:rsidRPr="001A456E">
        <w:rPr>
          <w:rFonts w:ascii="Times New Roman" w:hAnsi="Times New Roman" w:cs="Times New Roman"/>
          <w:sz w:val="28"/>
          <w:szCs w:val="28"/>
        </w:rPr>
        <w:t xml:space="preserve"> отражает общие цели и задачи изучения изобразительного искусства, характеристику психологических предпосылок к его изучению младшими школьниками, место изобразительного искусства в структуре учебного плана.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Содержание предмета</w:t>
      </w:r>
      <w:r w:rsidRPr="001A456E">
        <w:rPr>
          <w:rFonts w:ascii="Times New Roman" w:hAnsi="Times New Roman" w:cs="Times New Roman"/>
          <w:sz w:val="28"/>
          <w:szCs w:val="28"/>
        </w:rPr>
        <w:t xml:space="preserve"> охватывает все основные вида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Для младших школьников большое значение также имеет восприятие произведений детского творчества, умение обсуждать и анализировать детские рисунки с позиций выраженного в них содержания, художественных средств выразительности, соответствия учебной задачи, поставленной учителем. Такая рефлексия детского творчества имеет позитивный обучающий характер.</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i/>
          <w:sz w:val="28"/>
          <w:szCs w:val="28"/>
        </w:rPr>
        <w:t xml:space="preserve">Планируемые результаты </w:t>
      </w:r>
      <w:r w:rsidRPr="001A456E">
        <w:rPr>
          <w:rFonts w:ascii="Times New Roman" w:hAnsi="Times New Roman" w:cs="Times New Roman"/>
          <w:sz w:val="28"/>
          <w:szCs w:val="28"/>
        </w:rPr>
        <w:t xml:space="preserve">освоения рабочей программы курса </w:t>
      </w:r>
      <w:r w:rsidRPr="001A456E">
        <w:rPr>
          <w:rFonts w:ascii="Times New Roman" w:hAnsi="Times New Roman" w:cs="Times New Roman"/>
          <w:b/>
          <w:sz w:val="28"/>
          <w:szCs w:val="28"/>
        </w:rPr>
        <w:t xml:space="preserve">«Волшебная акварель» </w:t>
      </w:r>
      <w:r w:rsidRPr="001A456E">
        <w:rPr>
          <w:rFonts w:ascii="Times New Roman" w:hAnsi="Times New Roman" w:cs="Times New Roman"/>
          <w:sz w:val="28"/>
          <w:szCs w:val="28"/>
        </w:rPr>
        <w:t>включают личностные, метапредметные, предметные результаты за период обучения. Представлен перечень универсальных учебных действий (УУД) - познавательных, коммуникативных и регулятивных, которые возможно формировать средствами изобразительного искусства.</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i/>
          <w:sz w:val="28"/>
          <w:szCs w:val="28"/>
        </w:rPr>
        <w:t xml:space="preserve">Цель преподавания курса </w:t>
      </w:r>
      <w:r w:rsidRPr="001A456E">
        <w:rPr>
          <w:rFonts w:ascii="Times New Roman" w:hAnsi="Times New Roman" w:cs="Times New Roman"/>
          <w:b/>
          <w:sz w:val="28"/>
          <w:szCs w:val="28"/>
        </w:rPr>
        <w:t xml:space="preserve">«Волшебная акварель» </w:t>
      </w:r>
      <w:r w:rsidRPr="001A456E">
        <w:rPr>
          <w:rFonts w:ascii="Times New Roman" w:hAnsi="Times New Roman" w:cs="Times New Roman"/>
          <w:sz w:val="28"/>
          <w:szCs w:val="28"/>
        </w:rPr>
        <w:t>формирование художественной культуры обучающихся, развитие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lastRenderedPageBreak/>
        <w:t>Преподавание курса направлено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Учебные темы, связанные с восприятием, объединяют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На занятиях обучающиеся знакомятся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sz w:val="28"/>
          <w:szCs w:val="28"/>
        </w:rPr>
        <w:t xml:space="preserve">Общее число часов, отведённых на изучение учебного предмета </w:t>
      </w:r>
      <w:r w:rsidRPr="001A456E">
        <w:rPr>
          <w:rFonts w:ascii="Times New Roman" w:hAnsi="Times New Roman" w:cs="Times New Roman"/>
          <w:b/>
          <w:sz w:val="28"/>
          <w:szCs w:val="28"/>
        </w:rPr>
        <w:t xml:space="preserve">«Волшебная акварель», </w:t>
      </w:r>
      <w:r w:rsidRPr="001A456E">
        <w:rPr>
          <w:rFonts w:ascii="Times New Roman" w:hAnsi="Times New Roman" w:cs="Times New Roman"/>
          <w:sz w:val="28"/>
          <w:szCs w:val="28"/>
        </w:rPr>
        <w:t>- 67,5 ч. (0,5 часа в неделю в каждом классе). 1 класс – 16,5 ч., 2 класс - 17 ч., 3 класс - 17 ч., 4 класс - 17 ч.</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sz w:val="28"/>
          <w:szCs w:val="28"/>
        </w:rPr>
        <w:t xml:space="preserve">Реализуется курс </w:t>
      </w:r>
      <w:r w:rsidRPr="001A456E">
        <w:rPr>
          <w:rFonts w:ascii="Times New Roman" w:hAnsi="Times New Roman" w:cs="Times New Roman"/>
          <w:b/>
          <w:sz w:val="28"/>
          <w:szCs w:val="28"/>
        </w:rPr>
        <w:t xml:space="preserve">«Волшебная акварель» </w:t>
      </w:r>
      <w:r w:rsidRPr="001A456E">
        <w:rPr>
          <w:rFonts w:ascii="Times New Roman" w:hAnsi="Times New Roman" w:cs="Times New Roman"/>
          <w:sz w:val="28"/>
          <w:szCs w:val="28"/>
        </w:rPr>
        <w:t>в объеме 0,5 часов в неделю за счёт внеурочной деятельности  учебного плана, определяемой участниками образовательного процесса. При этом предполагается не увеличение количества тем для изучения, а увеличение времени на практическую художественную деятельность. Это способствует качеству обучения и достижению более высокого уровня как предметных, так и личностных и метапредметных результатов обучения.</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t>СОДЕРЖАНИЕ курса  «Волшебная акварель»</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t>1 КЛАСС (16,5 ч.)</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lastRenderedPageBreak/>
        <w:t>Дизайн предмета: изготовление нарядной упаковки путём складывания бумаги и аппликации.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Оригами - создание игрушки для новогодней ёлки. Приёмы складывания бумаги.</w:t>
      </w:r>
    </w:p>
    <w:p w:rsidR="002E47B9" w:rsidRPr="001A456E" w:rsidRDefault="00BD5B97" w:rsidP="003772B6">
      <w:pPr>
        <w:spacing w:after="0" w:line="240" w:lineRule="auto"/>
        <w:rPr>
          <w:rFonts w:ascii="Times New Roman" w:hAnsi="Times New Roman" w:cs="Times New Roman"/>
          <w:b/>
          <w:sz w:val="28"/>
          <w:szCs w:val="28"/>
        </w:rPr>
      </w:pPr>
      <w:r w:rsidRPr="001A456E">
        <w:rPr>
          <w:rFonts w:ascii="Times New Roman" w:hAnsi="Times New Roman" w:cs="Times New Roman"/>
          <w:b/>
          <w:sz w:val="28"/>
          <w:szCs w:val="28"/>
        </w:rPr>
        <w:t>2 КЛАСС (17 ч.) «Волшебная акварель»</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Наблюдение узоров в природе (на основе фотографий в условиях урока): снежинки, паутинки, роса на листьях и др. Ассоциативное сопоставление с орнаментами в предметах декоративно-прикладного искусства (кружево, вышивка, ювелирные изделия и др.).</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Рисунок геометрического орнамента кружева или вышивки. Декоративная композиция. Ритм пятен в декоративной аппликации.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rsidR="002E47B9" w:rsidRPr="001A456E" w:rsidRDefault="00BD5B97" w:rsidP="003772B6">
      <w:pPr>
        <w:spacing w:after="0" w:line="240" w:lineRule="auto"/>
        <w:jc w:val="both"/>
        <w:rPr>
          <w:rFonts w:ascii="Times New Roman" w:hAnsi="Times New Roman" w:cs="Times New Roman"/>
          <w:sz w:val="28"/>
          <w:szCs w:val="28"/>
        </w:rPr>
      </w:pPr>
      <w:r w:rsidRPr="001A456E">
        <w:rPr>
          <w:rFonts w:ascii="Times New Roman" w:hAnsi="Times New Roman" w:cs="Times New Roman"/>
          <w:sz w:val="28"/>
          <w:szCs w:val="28"/>
        </w:rPr>
        <w:t xml:space="preserve">          Декор одежды человека. Разнообразие украшений. Традиционные народные женские и мужские украшения. Назначение украшений и их роль в жизни людей.</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t>3 КЛАСС (17 ч.) «Волшебная акварель»</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t xml:space="preserve">        </w:t>
      </w:r>
      <w:r w:rsidRPr="001A456E">
        <w:rPr>
          <w:rFonts w:ascii="Times New Roman" w:hAnsi="Times New Roman" w:cs="Times New Roman"/>
          <w:sz w:val="28"/>
          <w:szCs w:val="28"/>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Эскизы орнаментов для росписи тканей. Раппорт. Трафарет и создание орнамента при помощи печаток или штампов.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Проектирование (эскизы) декоративных украшений в городе: ажурные ограды, украшения фонарей, скамеек, киосков, подставок для цветов и др.</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t xml:space="preserve">             4 КЛАСС (17 ч.) «Волшебная акварель»</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Орнаментальное украшение каменной архитектуры в памятниках русской культуры, каменная резьба, росписи стен, изразцы.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Женский и мужской костюмы в традициях разных народов.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Своеобразие одежды разных эпох и культур.</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t>ПЛАНИРУЕМЫЕ РЕЗУЛЬТАТЫ ОСВОЕНИЯ курса «Волшебная акварель»</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lastRenderedPageBreak/>
        <w:t xml:space="preserve"> ЛИЧНОСТНЫЕ РЕЗУЛЬТАТЫ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В центре примерной программы по изобразительному искусству в соответствии с ФГОС НОО находится личностное развитие обучающихся, приобщение их к российским традиционным духовным ценностям, а также социализация личности.</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Программа призвана обеспечить достижение обучающимися личностных результатов: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уважения и ценностного отношения к своей Родине - России;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 - ценностно-смысловые ориентации и установки, отражающие индивидуально-личностные позиции и социально значимые личностные качества;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 - духовно-нравственное развитие обучающихся; </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мотивацию к познанию и обучению, готовность к саморазвитию и активному участию в социально-значимой деятельности;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 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 </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b/>
          <w:i/>
          <w:sz w:val="28"/>
          <w:szCs w:val="28"/>
        </w:rPr>
        <w:t>Патриотическое воспитание</w:t>
      </w:r>
      <w:r w:rsidRPr="001A456E">
        <w:rPr>
          <w:rFonts w:ascii="Times New Roman" w:hAnsi="Times New Roman" w:cs="Times New Roman"/>
          <w:sz w:val="28"/>
          <w:szCs w:val="28"/>
        </w:rPr>
        <w:t xml:space="preserve"> осуществляется через освоение школьниками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i/>
          <w:sz w:val="28"/>
          <w:szCs w:val="28"/>
        </w:rPr>
        <w:t>Гражданское воспитание</w:t>
      </w:r>
      <w:r w:rsidRPr="001A456E">
        <w:rPr>
          <w:rFonts w:ascii="Times New Roman" w:hAnsi="Times New Roman" w:cs="Times New Roman"/>
          <w:sz w:val="28"/>
          <w:szCs w:val="28"/>
        </w:rPr>
        <w:t xml:space="preserve">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Курс </w:t>
      </w:r>
      <w:r w:rsidRPr="001A456E">
        <w:rPr>
          <w:rFonts w:ascii="Times New Roman" w:hAnsi="Times New Roman" w:cs="Times New Roman"/>
          <w:b/>
          <w:sz w:val="28"/>
          <w:szCs w:val="28"/>
        </w:rPr>
        <w:t xml:space="preserve">«Волшебная акварель» </w:t>
      </w:r>
      <w:r w:rsidRPr="001A456E">
        <w:rPr>
          <w:rFonts w:ascii="Times New Roman" w:hAnsi="Times New Roman" w:cs="Times New Roman"/>
          <w:sz w:val="28"/>
          <w:szCs w:val="28"/>
        </w:rPr>
        <w:t>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i/>
          <w:sz w:val="28"/>
          <w:szCs w:val="28"/>
        </w:rPr>
        <w:t xml:space="preserve">  Духовно-нравственное воспитание</w:t>
      </w:r>
      <w:r w:rsidRPr="001A456E">
        <w:rPr>
          <w:rFonts w:ascii="Times New Roman" w:hAnsi="Times New Roman" w:cs="Times New Roman"/>
          <w:sz w:val="28"/>
          <w:szCs w:val="28"/>
        </w:rPr>
        <w:t xml:space="preserve">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школьнику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rsidR="002E47B9" w:rsidRPr="001A456E" w:rsidRDefault="002E47B9" w:rsidP="003772B6">
      <w:pPr>
        <w:spacing w:line="240" w:lineRule="auto"/>
        <w:rPr>
          <w:rFonts w:ascii="Times New Roman" w:hAnsi="Times New Roman" w:cs="Times New Roman"/>
          <w:sz w:val="28"/>
          <w:szCs w:val="28"/>
        </w:rPr>
        <w:sectPr w:rsidR="002E47B9" w:rsidRPr="001A456E">
          <w:headerReference w:type="default" r:id="rId9"/>
          <w:footerReference w:type="default" r:id="rId10"/>
          <w:type w:val="continuous"/>
          <w:pgSz w:w="11906" w:h="16850"/>
          <w:pgMar w:top="1340" w:right="700" w:bottom="940" w:left="1280" w:header="0" w:footer="752" w:gutter="0"/>
          <w:cols w:space="720"/>
          <w:formProt w:val="0"/>
          <w:docGrid w:linePitch="100" w:charSpace="4096"/>
        </w:sectPr>
      </w:pP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b/>
          <w:i/>
          <w:sz w:val="28"/>
          <w:szCs w:val="28"/>
        </w:rPr>
        <w:lastRenderedPageBreak/>
        <w:t>Эстетическое воспитание</w:t>
      </w:r>
      <w:r w:rsidRPr="001A456E">
        <w:rPr>
          <w:rFonts w:ascii="Times New Roman" w:hAnsi="Times New Roman" w:cs="Times New Roman"/>
          <w:sz w:val="28"/>
          <w:szCs w:val="28"/>
        </w:rPr>
        <w:t xml:space="preserve">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школьников в отношении к окружающим людям, в стремлении к их пониманию, а также в отношении к семье, природе, труду, искусству, культурному наследию.</w:t>
      </w:r>
    </w:p>
    <w:p w:rsidR="00622968" w:rsidRPr="001A456E" w:rsidRDefault="00622968" w:rsidP="003772B6">
      <w:pPr>
        <w:spacing w:after="0" w:line="240" w:lineRule="auto"/>
        <w:ind w:firstLine="709"/>
        <w:jc w:val="both"/>
        <w:rPr>
          <w:rFonts w:ascii="Times New Roman" w:hAnsi="Times New Roman" w:cs="Times New Roman"/>
          <w:sz w:val="28"/>
          <w:szCs w:val="28"/>
        </w:rPr>
      </w:pPr>
    </w:p>
    <w:p w:rsidR="00622968" w:rsidRPr="001A456E" w:rsidRDefault="00622968" w:rsidP="003772B6">
      <w:pPr>
        <w:spacing w:after="0" w:line="240" w:lineRule="auto"/>
        <w:jc w:val="both"/>
        <w:rPr>
          <w:rFonts w:ascii="Times New Roman" w:hAnsi="Times New Roman" w:cs="Times New Roman"/>
          <w:sz w:val="28"/>
          <w:szCs w:val="28"/>
        </w:rPr>
      </w:pPr>
      <w:r w:rsidRPr="001A456E">
        <w:rPr>
          <w:rFonts w:ascii="Times New Roman" w:hAnsi="Times New Roman" w:cs="Times New Roman"/>
          <w:b/>
          <w:i/>
          <w:sz w:val="28"/>
          <w:szCs w:val="28"/>
        </w:rPr>
        <w:t xml:space="preserve">         Ценности познавательной деятельности</w:t>
      </w:r>
      <w:r w:rsidRPr="001A456E">
        <w:rPr>
          <w:rFonts w:ascii="Times New Roman" w:hAnsi="Times New Roman" w:cs="Times New Roman"/>
          <w:sz w:val="28"/>
          <w:szCs w:val="28"/>
        </w:rPr>
        <w:t xml:space="preserve">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rsidR="00622968" w:rsidRPr="001A456E" w:rsidRDefault="00622968"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b/>
          <w:i/>
          <w:sz w:val="28"/>
          <w:szCs w:val="28"/>
        </w:rPr>
        <w:t>Экологическое воспитание</w:t>
      </w:r>
      <w:r w:rsidRPr="001A456E">
        <w:rPr>
          <w:rFonts w:ascii="Times New Roman" w:hAnsi="Times New Roman" w:cs="Times New Roman"/>
          <w:sz w:val="28"/>
          <w:szCs w:val="28"/>
        </w:rPr>
        <w:t xml:space="preserve">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rsidR="00622968" w:rsidRPr="001A456E" w:rsidRDefault="00622968"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b/>
          <w:i/>
          <w:sz w:val="28"/>
          <w:szCs w:val="28"/>
        </w:rPr>
        <w:t>Трудовое воспитание</w:t>
      </w:r>
      <w:r w:rsidRPr="001A456E">
        <w:rPr>
          <w:rFonts w:ascii="Times New Roman" w:hAnsi="Times New Roman" w:cs="Times New Roman"/>
          <w:sz w:val="28"/>
          <w:szCs w:val="28"/>
        </w:rPr>
        <w:t xml:space="preserve">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p>
    <w:p w:rsidR="00622968" w:rsidRPr="001A456E" w:rsidRDefault="00622968" w:rsidP="003772B6">
      <w:pPr>
        <w:spacing w:after="0" w:line="240" w:lineRule="auto"/>
        <w:ind w:firstLine="709"/>
        <w:jc w:val="both"/>
        <w:rPr>
          <w:rFonts w:ascii="Times New Roman" w:hAnsi="Times New Roman" w:cs="Times New Roman"/>
          <w:sz w:val="28"/>
          <w:szCs w:val="28"/>
        </w:rPr>
        <w:sectPr w:rsidR="00622968" w:rsidRPr="001A456E">
          <w:headerReference w:type="default" r:id="rId11"/>
          <w:footerReference w:type="default" r:id="rId12"/>
          <w:type w:val="continuous"/>
          <w:pgSz w:w="11906" w:h="16850"/>
          <w:pgMar w:top="1340" w:right="700" w:bottom="940" w:left="1280" w:header="0" w:footer="752" w:gutter="0"/>
          <w:cols w:space="720"/>
          <w:formProt w:val="0"/>
          <w:docGrid w:linePitch="100" w:charSpace="4096"/>
        </w:sectPr>
      </w:pPr>
    </w:p>
    <w:p w:rsidR="002E47B9" w:rsidRPr="001A456E" w:rsidRDefault="00BD5B97" w:rsidP="003772B6">
      <w:pPr>
        <w:spacing w:after="0" w:line="240" w:lineRule="auto"/>
        <w:jc w:val="center"/>
        <w:rPr>
          <w:rFonts w:ascii="Times New Roman" w:hAnsi="Times New Roman" w:cs="Times New Roman"/>
          <w:b/>
          <w:sz w:val="28"/>
          <w:szCs w:val="28"/>
        </w:rPr>
      </w:pPr>
      <w:r w:rsidRPr="001A456E">
        <w:rPr>
          <w:rFonts w:ascii="Times New Roman" w:hAnsi="Times New Roman" w:cs="Times New Roman"/>
          <w:b/>
          <w:sz w:val="28"/>
          <w:szCs w:val="28"/>
        </w:rPr>
        <w:lastRenderedPageBreak/>
        <w:t>МЕТАПРЕДМЕТНЫЕ РЕЗУЛЬТАТЫ</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i/>
          <w:sz w:val="28"/>
          <w:szCs w:val="28"/>
        </w:rPr>
        <w:t xml:space="preserve">Метапредметные результаты освоения основной образовательной программы НОО, формируемые при изучении курса  </w:t>
      </w:r>
      <w:r w:rsidRPr="001A456E">
        <w:rPr>
          <w:rFonts w:ascii="Times New Roman" w:hAnsi="Times New Roman" w:cs="Times New Roman"/>
          <w:b/>
          <w:sz w:val="28"/>
          <w:szCs w:val="28"/>
        </w:rPr>
        <w:t>«Волшебная акварель»</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Познавательные УУД:</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Пространственные представления и сенсорные способности: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характеризовать форму предмета, конструкции;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выявлять доминантные черты (характерные особенности) в визуальном образе;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сравнивать плоскостные и пространственные объекты по заданным основаниям;</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находить ассоциативные связи между визуальными образами разных форм и предметов;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сопоставлять части и целое в видимом образе, предмете, конструкции;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анализировать пропорциональные отношения частей внутри целого и предметов между собой;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обобщать форму составной конструкции;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выявлять и анализировать ритмические отношения в пространстве и в изображении (визуальном образе) на установленных основаниях;</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абстрагировать образ реальности при построении плоской композиции;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соотносить тональные отношения (тёмное - светлое) в пространственных и плоскостных объектах;</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выявлять и анализировать эмоциональное воздействие цветовых отношений в пространственной среде и плоскостном изображении.</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Базовые логические и исследовательские действия: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проявлять исследовательские, экспериментальные действия в процессе освоения выразительных свойств различных художественных материалов;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использовать наблюдения для получения информации об особенностях объектов и состояния природы, предметного мира человека, городской среды;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анализировать и оценивать с позиций эстетических категорий явления природы и предметно-пространственную среду жизни человека;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формулировать выводы, соответствующие эстетическим, аналитическим и другим учебным установкам по результатам проведённого наблюдения;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использовать знаково-символические средства для составления орнаментов и декоративных композиций;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lastRenderedPageBreak/>
        <w:t>- классифицировать произведения искусства по видам и, соответственно, по назначению в жизни людей;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классифицировать произведения изобразительного искусства по жанрам в качестве инструмента анализа содержания произведений;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ставить и использовать вопросы как исследовательский инструмент познания.</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Работа с информацией: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использовать электронные образовательные ресурсы;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уметь работать с электронными учебниками и учебными пособиями;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соблюдать правила информационной безопасности при работе в сети Интернет.</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Коммуникативные УУД:</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 xml:space="preserve">Обучающиеся должны овладеть следующими действиями: </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понимать искусство в качестве особого языка общения - межличностного (автор - зритель), между поколениями, между народами;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находить общее решение и разрешать конфликты на основе общих позиций и учёта интересов в процессе совместной художественной деятельности;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демонстрировать и объяснять результаты своего творческого, художественного или исследовательского опыта;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признавать своё и чужое право на ошибку, развивать свои способности сопереживать, понимать намерения и переживания свои и других людей;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lastRenderedPageBreak/>
        <w:t>- 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Регулятивные УУД</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 xml:space="preserve">Обучающиеся должны овладеть следующими действиями: </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внимательно относиться и выполнять учебные задачи, поставленные учителем;</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соблюдать последовательность учебных действий при выполнении задания;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соотносить свои действия с планируемыми результатами, осуществлять контроль своей деятельности в процессе достижения результата.</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t>ПРЕДМЕТНЫЕ РЕЗУЛЬТАТЫ «Волшебная акварель»</w:t>
      </w:r>
    </w:p>
    <w:p w:rsidR="002E47B9" w:rsidRPr="001A456E" w:rsidRDefault="00BD5B97" w:rsidP="003772B6">
      <w:pPr>
        <w:spacing w:after="0" w:line="240" w:lineRule="auto"/>
        <w:jc w:val="center"/>
        <w:rPr>
          <w:rFonts w:ascii="Times New Roman" w:hAnsi="Times New Roman" w:cs="Times New Roman"/>
          <w:b/>
          <w:sz w:val="28"/>
          <w:szCs w:val="28"/>
        </w:rPr>
      </w:pPr>
      <w:r w:rsidRPr="001A456E">
        <w:rPr>
          <w:rFonts w:ascii="Times New Roman" w:hAnsi="Times New Roman" w:cs="Times New Roman"/>
          <w:b/>
          <w:sz w:val="28"/>
          <w:szCs w:val="28"/>
        </w:rPr>
        <w:t>1 КЛАСС</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Различать виды орнаментов по изобразительным мотивам: растительные, геометрические, анималистические.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Учиться использовать правила симметрии в своей художественной деятельности.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Приобретать опыт создания орнаментальной декоративной композиции (стилизованной: декоративный цветок или птица).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Приобретать знания о значении и назначении украшений в жизни людей.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Иметь опыт и соответствующие возрасту навыки подготовки и оформления общего праздника.</w:t>
      </w:r>
    </w:p>
    <w:p w:rsidR="002E47B9" w:rsidRPr="001A456E" w:rsidRDefault="00BD5B97" w:rsidP="003772B6">
      <w:pPr>
        <w:spacing w:after="0" w:line="240" w:lineRule="auto"/>
        <w:jc w:val="center"/>
        <w:rPr>
          <w:rFonts w:ascii="Times New Roman" w:hAnsi="Times New Roman" w:cs="Times New Roman"/>
          <w:b/>
          <w:sz w:val="28"/>
          <w:szCs w:val="28"/>
        </w:rPr>
      </w:pPr>
      <w:r w:rsidRPr="001A456E">
        <w:rPr>
          <w:rFonts w:ascii="Times New Roman" w:hAnsi="Times New Roman" w:cs="Times New Roman"/>
          <w:b/>
          <w:sz w:val="28"/>
          <w:szCs w:val="28"/>
        </w:rPr>
        <w:t>2 КЛАСС</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Рассматривать, анализировать и эстетически оценивать разнообразие форм в природе, воспринимаемых как узоры.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Сравнивать, сопоставлять природные явления - узоры (капли, снежинки, паутинки, роса на листьях, серёжки во время цветения деревьев и др.) - с рукотворными произведениями декоративного искусства (кружево, шитьё, ювелирные изделия и др.).</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lastRenderedPageBreak/>
        <w:t>Приобретать опыт выполнения эскиза геометрического орнамента кружева или вышивки на основе природных мотивов.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Приобретать опыт преобразования бытовых подручных нехудожественных материалов в художественные изображения и поделки.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Приобретать опыт выполнения красками рисунков украшений народных былинных персонажей.</w:t>
      </w:r>
    </w:p>
    <w:p w:rsidR="002E47B9" w:rsidRPr="001A456E" w:rsidRDefault="00BD5B97" w:rsidP="003772B6">
      <w:pPr>
        <w:spacing w:after="0" w:line="240" w:lineRule="auto"/>
        <w:ind w:firstLine="709"/>
        <w:jc w:val="center"/>
        <w:rPr>
          <w:rFonts w:ascii="Times New Roman" w:hAnsi="Times New Roman" w:cs="Times New Roman"/>
          <w:b/>
          <w:sz w:val="28"/>
          <w:szCs w:val="28"/>
        </w:rPr>
      </w:pPr>
      <w:r w:rsidRPr="001A456E">
        <w:rPr>
          <w:rFonts w:ascii="Times New Roman" w:hAnsi="Times New Roman" w:cs="Times New Roman"/>
          <w:b/>
          <w:sz w:val="28"/>
          <w:szCs w:val="28"/>
        </w:rPr>
        <w:t>3 КЛАСС</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Узнавать о создании глиняной и деревянной посуды: народные художественные промыслы Гжель и Хохлома.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Узнать о сетчатых видах орнаментов и их применении в росписи тканей, стен и др.; уметь рассуждать с опорой на зрительный материал о видах симметрии в сетчатом орнаменте.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Осваивать навыки создания орнаментов при помощи штампов и трафаретов.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Получить опыт создания композиции орнамента в квадрате (в качестве эскиза росписи женского платка).</w:t>
      </w:r>
    </w:p>
    <w:p w:rsidR="002E47B9" w:rsidRPr="001A456E" w:rsidRDefault="00BD5B97" w:rsidP="003772B6">
      <w:pPr>
        <w:spacing w:after="0" w:line="240" w:lineRule="auto"/>
        <w:jc w:val="center"/>
        <w:rPr>
          <w:rFonts w:ascii="Times New Roman" w:hAnsi="Times New Roman" w:cs="Times New Roman"/>
          <w:b/>
          <w:sz w:val="28"/>
          <w:szCs w:val="28"/>
        </w:rPr>
      </w:pPr>
      <w:r w:rsidRPr="001A456E">
        <w:rPr>
          <w:rFonts w:ascii="Times New Roman" w:hAnsi="Times New Roman" w:cs="Times New Roman"/>
          <w:b/>
          <w:sz w:val="28"/>
          <w:szCs w:val="28"/>
        </w:rPr>
        <w:t>4 КЛАСС</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lastRenderedPageBreak/>
        <w:t>Познакомиться с женским и мужским костюмами в традициях разных народов, со своеобразием одежды в разных культурах и в разные эпохи.</w:t>
      </w:r>
    </w:p>
    <w:p w:rsidR="002E47B9" w:rsidRPr="001A456E" w:rsidRDefault="002E47B9" w:rsidP="003772B6">
      <w:pPr>
        <w:spacing w:after="0" w:line="240" w:lineRule="auto"/>
        <w:ind w:firstLine="709"/>
        <w:jc w:val="both"/>
        <w:rPr>
          <w:rFonts w:ascii="Times New Roman" w:hAnsi="Times New Roman" w:cs="Times New Roman"/>
          <w:sz w:val="28"/>
          <w:szCs w:val="28"/>
        </w:rPr>
      </w:pPr>
    </w:p>
    <w:p w:rsidR="006D01A1" w:rsidRPr="001A456E" w:rsidRDefault="00BD5B97" w:rsidP="003772B6">
      <w:pPr>
        <w:spacing w:after="0" w:line="240" w:lineRule="auto"/>
        <w:jc w:val="center"/>
        <w:rPr>
          <w:rFonts w:ascii="Times New Roman" w:hAnsi="Times New Roman" w:cs="Times New Roman"/>
          <w:b/>
          <w:i/>
          <w:sz w:val="28"/>
          <w:szCs w:val="28"/>
        </w:rPr>
      </w:pPr>
      <w:r w:rsidRPr="001A456E">
        <w:rPr>
          <w:rFonts w:ascii="Times New Roman" w:hAnsi="Times New Roman" w:cs="Times New Roman"/>
          <w:b/>
          <w:sz w:val="28"/>
          <w:szCs w:val="28"/>
        </w:rPr>
        <w:t xml:space="preserve">РАБОЧАЯ ПРОГРАММА КУРСА </w:t>
      </w:r>
      <w:r w:rsidRPr="001A456E">
        <w:rPr>
          <w:rFonts w:ascii="Times New Roman" w:hAnsi="Times New Roman" w:cs="Times New Roman"/>
          <w:b/>
          <w:i/>
          <w:sz w:val="28"/>
          <w:szCs w:val="28"/>
        </w:rPr>
        <w:t xml:space="preserve">«Веселые нотки» </w:t>
      </w:r>
    </w:p>
    <w:p w:rsidR="002E47B9" w:rsidRPr="001A456E" w:rsidRDefault="00BD5B97" w:rsidP="003772B6">
      <w:pPr>
        <w:spacing w:after="0" w:line="240" w:lineRule="auto"/>
        <w:jc w:val="center"/>
        <w:rPr>
          <w:rFonts w:ascii="Times New Roman" w:hAnsi="Times New Roman" w:cs="Times New Roman"/>
          <w:b/>
          <w:i/>
          <w:sz w:val="28"/>
          <w:szCs w:val="28"/>
        </w:rPr>
      </w:pPr>
      <w:r w:rsidRPr="001A456E">
        <w:rPr>
          <w:rFonts w:ascii="Times New Roman" w:hAnsi="Times New Roman" w:cs="Times New Roman"/>
          <w:b/>
          <w:i/>
          <w:sz w:val="28"/>
          <w:szCs w:val="28"/>
        </w:rPr>
        <w:t>по внеурочной деятельности.</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sz w:val="28"/>
          <w:szCs w:val="28"/>
        </w:rPr>
        <w:t>ПОЯСНИТЕЛЬНАЯ ЗАПИСКА</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Рабочая программа составлена на основе требований ФГОС НОО к результатам освоения основной образовательной программы НОО, а также с учетом Примерной рабочей программы начального общего образования по музыке, одобренной решением федерального учебно-методического объединения по общему образованию, протокол 3/21 от 27.09.2021 г.</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Рабочая программа разработана с учетом Программы формирования УУД у обучающихся и Рабочей программы воспитания.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Курс </w:t>
      </w:r>
      <w:r w:rsidRPr="001A456E">
        <w:rPr>
          <w:rFonts w:ascii="Times New Roman" w:hAnsi="Times New Roman" w:cs="Times New Roman"/>
          <w:b/>
          <w:i/>
          <w:sz w:val="28"/>
          <w:szCs w:val="28"/>
        </w:rPr>
        <w:t xml:space="preserve">«Веселые нотки» </w:t>
      </w:r>
      <w:r w:rsidRPr="001A456E">
        <w:rPr>
          <w:rFonts w:ascii="Times New Roman" w:hAnsi="Times New Roman" w:cs="Times New Roman"/>
          <w:sz w:val="28"/>
          <w:szCs w:val="28"/>
        </w:rPr>
        <w:t>входит в предметную область «Искусство».</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Рабочая программа курса </w:t>
      </w:r>
      <w:r w:rsidRPr="001A456E">
        <w:rPr>
          <w:rFonts w:ascii="Times New Roman" w:hAnsi="Times New Roman" w:cs="Times New Roman"/>
          <w:b/>
          <w:i/>
          <w:sz w:val="28"/>
          <w:szCs w:val="28"/>
        </w:rPr>
        <w:t xml:space="preserve">«Веселые нотки» </w:t>
      </w:r>
      <w:r w:rsidRPr="001A456E">
        <w:rPr>
          <w:rFonts w:ascii="Times New Roman" w:hAnsi="Times New Roman" w:cs="Times New Roman"/>
          <w:sz w:val="28"/>
          <w:szCs w:val="28"/>
        </w:rPr>
        <w:t>(далее - рабочая программа) включает:</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 пояснительную записку, </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 содержание обучения, </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планируемые результаты освоения программы учебного предмета,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тематическое планирование.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Пояснительная записка</w:t>
      </w:r>
      <w:r w:rsidRPr="001A456E">
        <w:rPr>
          <w:rFonts w:ascii="Times New Roman" w:hAnsi="Times New Roman" w:cs="Times New Roman"/>
          <w:sz w:val="28"/>
          <w:szCs w:val="28"/>
        </w:rPr>
        <w:t xml:space="preserve"> отражает общие цели и задачи изучения музыки, характеристику психологических предпосылок к его изучению младшими школьниками, место музыкального искусства в структуре учебного плана.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Планируемые результаты</w:t>
      </w:r>
      <w:r w:rsidRPr="001A456E">
        <w:rPr>
          <w:rFonts w:ascii="Times New Roman" w:hAnsi="Times New Roman" w:cs="Times New Roman"/>
          <w:sz w:val="28"/>
          <w:szCs w:val="28"/>
        </w:rPr>
        <w:t xml:space="preserve"> освоения рабочей программы  курса </w:t>
      </w:r>
      <w:r w:rsidRPr="001A456E">
        <w:rPr>
          <w:rFonts w:ascii="Times New Roman" w:hAnsi="Times New Roman" w:cs="Times New Roman"/>
          <w:b/>
          <w:i/>
          <w:sz w:val="28"/>
          <w:szCs w:val="28"/>
        </w:rPr>
        <w:t xml:space="preserve">«Веселые нотки» </w:t>
      </w:r>
      <w:r w:rsidRPr="001A456E">
        <w:rPr>
          <w:rFonts w:ascii="Times New Roman" w:hAnsi="Times New Roman" w:cs="Times New Roman"/>
          <w:sz w:val="28"/>
          <w:szCs w:val="28"/>
        </w:rPr>
        <w:t>включают личностные, метапредметные, предметные результаты за период обучения. Представлен перечень универсальных учебных действий (УУД) - познавательных, коммуникативных и регулятивных, которые возможно формировать средствами  музыкального искусства.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Изучение курса </w:t>
      </w:r>
      <w:r w:rsidRPr="001A456E">
        <w:rPr>
          <w:rFonts w:ascii="Times New Roman" w:hAnsi="Times New Roman" w:cs="Times New Roman"/>
          <w:b/>
          <w:i/>
          <w:sz w:val="28"/>
          <w:szCs w:val="28"/>
        </w:rPr>
        <w:t xml:space="preserve">«Веселые нотки» </w:t>
      </w:r>
      <w:r w:rsidRPr="001A456E">
        <w:rPr>
          <w:rFonts w:ascii="Times New Roman" w:hAnsi="Times New Roman" w:cs="Times New Roman"/>
          <w:sz w:val="28"/>
          <w:szCs w:val="28"/>
        </w:rPr>
        <w:t>предполагает активную социокультурную деятельность обучающихся, участие в музыкальных праздниках, конкурсах, концертах, театрализованных действиях, в т.ч. основанных на межпредметных связях с такими дисциплинами образовательной программы, как «Изобразительное искусство», «Литературное чтение», «Окружающий мир», «Основы религиозной культуры и светской этики», «Иностранный язык» и др.</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b/>
          <w:i/>
          <w:sz w:val="28"/>
          <w:szCs w:val="28"/>
        </w:rPr>
        <w:t>Основная цель изучения музыки</w:t>
      </w:r>
      <w:r w:rsidRPr="001A456E">
        <w:rPr>
          <w:rFonts w:ascii="Times New Roman" w:hAnsi="Times New Roman" w:cs="Times New Roman"/>
          <w:sz w:val="28"/>
          <w:szCs w:val="28"/>
        </w:rPr>
        <w:t xml:space="preserve"> - воспитание музыкальной культуры как части всей духовной культуры обучающихся. </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Задачи изучения музыки: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формирование эмоционально-ценностной отзывчивости обучающихся на прекрасное в жизни и в искусстве;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lastRenderedPageBreak/>
        <w:t>- формирование у обучающихся позитивного взгляда на окружающий мир, гармонизация взаимодействия с природой, обществом, самим собой через доступные формы музицирования;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формирование у обучающихся культуры осознанного восприятия музыкальных образов, приобщение их к общечеловеческим духовным ценностям через собственный внутренний опыт эмоционального переживания;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овладение предметными умениями и навыками в различных видах практического музицирования, введение ребёнка в искусство через разнообразие видов музыкальной деятельности, в т.ч.:</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-слушание (воспитание грамотного слушателя);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-исполнение (пение);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-сочинение (элементы импровизации, композиции, аранжировки);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-музыкальное движение (пластическое интонирование, танец, двигательное моделирование и др.);</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-исследовательские и творческие проекты;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воспитание уважения к цивилизационному наследию России; присвоение интонационно-образного строя отечественной музыкальной культуры;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расширение кругозора, воспитание любознательности, интереса к музыкальной культуре других стран, культур, времён и народов.</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Реализаций учебных целей и задач осуществляется по следующим направлениям:</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становление системы ценностей обучающихся в единстве эмоциональной и познавательной сферы;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формирование творческих способностей ребёнка, развитие внутренней мотивации к музицированию.</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Основным содержанием музыкального обучения и воспитания является </w:t>
      </w:r>
      <w:r w:rsidRPr="001A456E">
        <w:rPr>
          <w:rFonts w:ascii="Times New Roman" w:hAnsi="Times New Roman" w:cs="Times New Roman"/>
          <w:i/>
          <w:sz w:val="28"/>
          <w:szCs w:val="28"/>
        </w:rPr>
        <w:t xml:space="preserve">личный и коллективный опыт проживания </w:t>
      </w:r>
      <w:r w:rsidRPr="001A456E">
        <w:rPr>
          <w:rFonts w:ascii="Times New Roman" w:hAnsi="Times New Roman" w:cs="Times New Roman"/>
          <w:sz w:val="28"/>
          <w:szCs w:val="28"/>
        </w:rPr>
        <w:t>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lastRenderedPageBreak/>
        <w:t xml:space="preserve">Особая роль в организации музыкальных занятий младших школьников принадлежит </w:t>
      </w:r>
      <w:r w:rsidRPr="001A456E">
        <w:rPr>
          <w:rFonts w:ascii="Times New Roman" w:hAnsi="Times New Roman" w:cs="Times New Roman"/>
          <w:i/>
          <w:sz w:val="28"/>
          <w:szCs w:val="28"/>
        </w:rPr>
        <w:t>игровым формам деятельности</w:t>
      </w:r>
      <w:r w:rsidRPr="001A456E">
        <w:rPr>
          <w:rFonts w:ascii="Times New Roman" w:hAnsi="Times New Roman" w:cs="Times New Roman"/>
          <w:sz w:val="28"/>
          <w:szCs w:val="28"/>
        </w:rPr>
        <w:t>,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При разработке рабочей программы по курсу </w:t>
      </w:r>
      <w:r w:rsidRPr="001A456E">
        <w:rPr>
          <w:rFonts w:ascii="Times New Roman" w:hAnsi="Times New Roman" w:cs="Times New Roman"/>
          <w:b/>
          <w:i/>
          <w:sz w:val="28"/>
          <w:szCs w:val="28"/>
        </w:rPr>
        <w:t xml:space="preserve">«Веселые нотки»  </w:t>
      </w:r>
      <w:r w:rsidRPr="001A456E">
        <w:rPr>
          <w:rFonts w:ascii="Times New Roman" w:hAnsi="Times New Roman" w:cs="Times New Roman"/>
          <w:sz w:val="28"/>
          <w:szCs w:val="28"/>
        </w:rPr>
        <w:t>образовательная организация вправе использовать возможности сетевого взаимодействия, в т.ч. с организациями дополнительного образования, организациями культуры.</w:t>
      </w:r>
    </w:p>
    <w:p w:rsidR="002E47B9" w:rsidRPr="001A456E" w:rsidRDefault="00BD5B97" w:rsidP="003772B6">
      <w:pPr>
        <w:spacing w:after="0" w:line="240" w:lineRule="auto"/>
        <w:ind w:firstLine="709"/>
        <w:jc w:val="both"/>
        <w:rPr>
          <w:rFonts w:ascii="Times New Roman" w:hAnsi="Times New Roman" w:cs="Times New Roman"/>
          <w:b/>
          <w:sz w:val="28"/>
          <w:szCs w:val="28"/>
        </w:rPr>
      </w:pPr>
      <w:r w:rsidRPr="001A456E">
        <w:rPr>
          <w:rFonts w:ascii="Times New Roman" w:hAnsi="Times New Roman" w:cs="Times New Roman"/>
          <w:b/>
          <w:sz w:val="28"/>
          <w:szCs w:val="28"/>
        </w:rPr>
        <w:t>Место курса</w:t>
      </w:r>
      <w:r w:rsidRPr="001A456E">
        <w:rPr>
          <w:rFonts w:ascii="Times New Roman" w:hAnsi="Times New Roman" w:cs="Times New Roman"/>
          <w:b/>
          <w:i/>
          <w:sz w:val="28"/>
          <w:szCs w:val="28"/>
        </w:rPr>
        <w:t xml:space="preserve">  «Веселые нотки» </w:t>
      </w:r>
      <w:r w:rsidRPr="001A456E">
        <w:rPr>
          <w:rFonts w:ascii="Times New Roman" w:hAnsi="Times New Roman" w:cs="Times New Roman"/>
          <w:b/>
          <w:sz w:val="28"/>
          <w:szCs w:val="28"/>
        </w:rPr>
        <w:t>в учебном плане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Курс внеурочной деятельности </w:t>
      </w:r>
      <w:r w:rsidRPr="001A456E">
        <w:rPr>
          <w:rFonts w:ascii="Times New Roman" w:hAnsi="Times New Roman" w:cs="Times New Roman"/>
          <w:b/>
          <w:i/>
          <w:sz w:val="28"/>
          <w:szCs w:val="28"/>
        </w:rPr>
        <w:t xml:space="preserve">«Веселые нотки» </w:t>
      </w:r>
      <w:r w:rsidRPr="001A456E">
        <w:rPr>
          <w:rFonts w:ascii="Times New Roman" w:hAnsi="Times New Roman" w:cs="Times New Roman"/>
          <w:sz w:val="28"/>
          <w:szCs w:val="28"/>
        </w:rPr>
        <w:t xml:space="preserve">входит в предметную область «Искусство». Общее количество - не менее 67,5 ч. (16,5 ч. в 1 классе и по 17 ч. в год во 2-4 классах). </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Реализуется курс </w:t>
      </w:r>
      <w:r w:rsidRPr="001A456E">
        <w:rPr>
          <w:rFonts w:ascii="Times New Roman" w:hAnsi="Times New Roman" w:cs="Times New Roman"/>
          <w:b/>
          <w:i/>
          <w:sz w:val="28"/>
          <w:szCs w:val="28"/>
        </w:rPr>
        <w:t xml:space="preserve">«Веселые нотки» </w:t>
      </w:r>
      <w:r w:rsidRPr="001A456E">
        <w:rPr>
          <w:rFonts w:ascii="Times New Roman" w:hAnsi="Times New Roman" w:cs="Times New Roman"/>
          <w:sz w:val="28"/>
          <w:szCs w:val="28"/>
        </w:rPr>
        <w:t>в объеме 0,5 часов в неделю за счёт внеурочной деятельности  учебного плана, определяемой участниками образовательного процесса, за счет изучения модуля. При этом предполагается не увеличение количества тем для изучения, а увеличение времени на практическую музыкальную деятельность. Это способствует качеству обучения и достижению более высокого уровня как предметных, так и личностных и метапредметных результатов обучения.</w:t>
      </w:r>
    </w:p>
    <w:p w:rsidR="002E47B9" w:rsidRPr="001A456E" w:rsidRDefault="00BD5B97" w:rsidP="003772B6">
      <w:pPr>
        <w:spacing w:after="0" w:line="240" w:lineRule="auto"/>
        <w:jc w:val="both"/>
        <w:rPr>
          <w:rFonts w:ascii="Times New Roman" w:hAnsi="Times New Roman" w:cs="Times New Roman"/>
          <w:b/>
          <w:i/>
          <w:sz w:val="28"/>
          <w:szCs w:val="28"/>
        </w:rPr>
      </w:pPr>
      <w:r w:rsidRPr="001A456E">
        <w:rPr>
          <w:rFonts w:ascii="Times New Roman" w:hAnsi="Times New Roman" w:cs="Times New Roman"/>
          <w:b/>
          <w:sz w:val="28"/>
          <w:szCs w:val="28"/>
        </w:rPr>
        <w:t xml:space="preserve">СОДЕРЖАНИЕ курса  </w:t>
      </w:r>
      <w:r w:rsidRPr="001A456E">
        <w:rPr>
          <w:rFonts w:ascii="Times New Roman" w:hAnsi="Times New Roman" w:cs="Times New Roman"/>
          <w:b/>
          <w:i/>
          <w:sz w:val="28"/>
          <w:szCs w:val="28"/>
        </w:rPr>
        <w:t>«Веселые нотки»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Главное содержание данного курса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школьников,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курса - воспитание чувства прекрасного, пробуждение и развитие эстетических потребностей.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Красота и вдохновение</w:t>
      </w:r>
      <w:r w:rsidRPr="001A456E">
        <w:rPr>
          <w:rFonts w:ascii="Times New Roman" w:hAnsi="Times New Roman" w:cs="Times New Roman"/>
          <w:sz w:val="28"/>
          <w:szCs w:val="28"/>
        </w:rPr>
        <w:t>.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 xml:space="preserve">Музыкальные пейзажи. </w:t>
      </w:r>
      <w:r w:rsidRPr="001A456E">
        <w:rPr>
          <w:rFonts w:ascii="Times New Roman" w:hAnsi="Times New Roman" w:cs="Times New Roman"/>
          <w:sz w:val="28"/>
          <w:szCs w:val="28"/>
        </w:rPr>
        <w:t>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lastRenderedPageBreak/>
        <w:t>Музыкальные портреты.</w:t>
      </w:r>
      <w:r w:rsidRPr="001A456E">
        <w:rPr>
          <w:rFonts w:ascii="Times New Roman" w:hAnsi="Times New Roman" w:cs="Times New Roman"/>
          <w:sz w:val="28"/>
          <w:szCs w:val="28"/>
        </w:rPr>
        <w:t xml:space="preserve"> Музыка, передающая образ человека, его походку, движения, характер, манеру речи. «Портреты», выраженные в музыкальных интонациях.</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Какой же праздник без музыки?</w:t>
      </w:r>
      <w:r w:rsidRPr="001A456E">
        <w:rPr>
          <w:rFonts w:ascii="Times New Roman" w:hAnsi="Times New Roman" w:cs="Times New Roman"/>
          <w:sz w:val="28"/>
          <w:szCs w:val="28"/>
        </w:rPr>
        <w:t xml:space="preserve"> Музыка, создающая настроение праздника. Музыка в цирке, на уличном шествии, спортивном празднике. Диалог с учителем о значении музыки на празднике.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Танцы, игры и веселье</w:t>
      </w:r>
      <w:r w:rsidRPr="001A456E">
        <w:rPr>
          <w:rFonts w:ascii="Times New Roman" w:hAnsi="Times New Roman" w:cs="Times New Roman"/>
          <w:sz w:val="28"/>
          <w:szCs w:val="28"/>
        </w:rPr>
        <w:t>. Музыка - игра звуками. Танец - искусство и радость движения. Примеры популярных танцев.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Музыка на войне, музыка о войне.</w:t>
      </w:r>
      <w:r w:rsidRPr="001A456E">
        <w:rPr>
          <w:rFonts w:ascii="Times New Roman" w:hAnsi="Times New Roman" w:cs="Times New Roman"/>
          <w:sz w:val="28"/>
          <w:szCs w:val="28"/>
        </w:rPr>
        <w:t xml:space="preserve"> Военная тема в музыкальном искусстве. Военные песни, марши, интонации, ритмы, тембры (призывная кварта, пунктирный ритм, тембры малого барабана, трубы и т.д.).</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Главный музыкальный символ.</w:t>
      </w:r>
      <w:r w:rsidRPr="001A456E">
        <w:rPr>
          <w:rFonts w:ascii="Times New Roman" w:hAnsi="Times New Roman" w:cs="Times New Roman"/>
          <w:sz w:val="28"/>
          <w:szCs w:val="28"/>
        </w:rPr>
        <w:t xml:space="preserve"> Гимн России - главный музыкальный символ нашей страны. Традиции исполнения Гимна России. Другие гимны.</w:t>
      </w:r>
    </w:p>
    <w:p w:rsidR="002E47B9" w:rsidRPr="001A456E" w:rsidRDefault="00BD5B97" w:rsidP="003772B6">
      <w:pPr>
        <w:spacing w:after="0" w:line="240" w:lineRule="auto"/>
        <w:jc w:val="both"/>
        <w:rPr>
          <w:rFonts w:ascii="Times New Roman" w:hAnsi="Times New Roman" w:cs="Times New Roman"/>
          <w:b/>
          <w:i/>
          <w:sz w:val="28"/>
          <w:szCs w:val="28"/>
        </w:rPr>
      </w:pPr>
      <w:r w:rsidRPr="001A456E">
        <w:rPr>
          <w:rFonts w:ascii="Times New Roman" w:hAnsi="Times New Roman" w:cs="Times New Roman"/>
          <w:b/>
          <w:sz w:val="28"/>
          <w:szCs w:val="28"/>
        </w:rPr>
        <w:t xml:space="preserve"> ПЛАНИРУЕМЫЕ РЕЗУЛЬТАТЫ ОСВОЕНИЯ курса </w:t>
      </w:r>
      <w:r w:rsidRPr="001A456E">
        <w:rPr>
          <w:rFonts w:ascii="Times New Roman" w:hAnsi="Times New Roman" w:cs="Times New Roman"/>
          <w:b/>
          <w:i/>
          <w:sz w:val="28"/>
          <w:szCs w:val="28"/>
        </w:rPr>
        <w:t xml:space="preserve">«Веселые нотки» </w:t>
      </w:r>
    </w:p>
    <w:p w:rsidR="002E47B9" w:rsidRPr="001A456E" w:rsidRDefault="00BD5B97" w:rsidP="003772B6">
      <w:pPr>
        <w:spacing w:after="0" w:line="240" w:lineRule="auto"/>
        <w:jc w:val="both"/>
        <w:rPr>
          <w:rFonts w:ascii="Times New Roman" w:hAnsi="Times New Roman" w:cs="Times New Roman"/>
          <w:b/>
          <w:sz w:val="28"/>
          <w:szCs w:val="28"/>
        </w:rPr>
      </w:pPr>
      <w:r w:rsidRPr="001A456E">
        <w:rPr>
          <w:rFonts w:ascii="Times New Roman" w:hAnsi="Times New Roman" w:cs="Times New Roman"/>
          <w:b/>
          <w:i/>
          <w:sz w:val="28"/>
          <w:szCs w:val="28"/>
        </w:rPr>
        <w:t xml:space="preserve">      </w:t>
      </w:r>
      <w:r w:rsidRPr="001A456E">
        <w:rPr>
          <w:rFonts w:ascii="Times New Roman" w:hAnsi="Times New Roman" w:cs="Times New Roman"/>
          <w:b/>
          <w:sz w:val="28"/>
          <w:szCs w:val="28"/>
        </w:rPr>
        <w:t xml:space="preserve">Специфика эстетического содержания курса  </w:t>
      </w:r>
      <w:r w:rsidRPr="001A456E">
        <w:rPr>
          <w:rFonts w:ascii="Times New Roman" w:hAnsi="Times New Roman" w:cs="Times New Roman"/>
          <w:b/>
          <w:i/>
          <w:sz w:val="28"/>
          <w:szCs w:val="28"/>
        </w:rPr>
        <w:t xml:space="preserve">«Веселые нотки» </w:t>
      </w:r>
      <w:r w:rsidRPr="001A456E">
        <w:rPr>
          <w:rFonts w:ascii="Times New Roman" w:hAnsi="Times New Roman" w:cs="Times New Roman"/>
          <w:b/>
          <w:sz w:val="28"/>
          <w:szCs w:val="28"/>
        </w:rPr>
        <w:t>обусловливает тесное взаимодействие, смысловое единство трёх групп результатов: личностных, метапредметных и предметных.</w:t>
      </w:r>
    </w:p>
    <w:p w:rsidR="002E47B9" w:rsidRPr="001A456E" w:rsidRDefault="00BD5B97" w:rsidP="003772B6">
      <w:pPr>
        <w:spacing w:after="0" w:line="240" w:lineRule="auto"/>
        <w:jc w:val="center"/>
        <w:rPr>
          <w:rFonts w:ascii="Times New Roman" w:hAnsi="Times New Roman" w:cs="Times New Roman"/>
          <w:b/>
          <w:sz w:val="28"/>
          <w:szCs w:val="28"/>
        </w:rPr>
      </w:pPr>
      <w:r w:rsidRPr="001A456E">
        <w:rPr>
          <w:rFonts w:ascii="Times New Roman" w:hAnsi="Times New Roman" w:cs="Times New Roman"/>
          <w:b/>
          <w:sz w:val="28"/>
          <w:szCs w:val="28"/>
        </w:rPr>
        <w:t>ЛИЧНОСТНЫЕ РЕЗУЛЬТАТЫ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Личностные результаты освоения рабочей программы по музыке для начального общего образования достигаются во взаимодействии учебной и воспитательной работы, урочной и внеурочной деятельности. Они должны отражать готовность обучающихся руководствоваться системой позитивных ценностных ориентаций, в т.ч. в части:</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гражданско-патриотического воспитания: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осознание российской гражданской идентичности; знание Гимна России и традиций его исполнения, уважение музыкальных символов и традиций республик Российской Федерации; проявление интереса к освоению музыкальных традиций своего края, музыкальной культуры народов России; уважение к достижениям отечественных мастеров культуры; стремление участвовать в творческой жизни своей школы, города, республики;</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духовно-нравственного воспитания: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признание индивидуальности каждого человека; проявление сопереживания, уважения и доброжелательности; 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эстетического воспитания: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восприимчивость к различным видам искусства, музыкальным традициям и творчеству своего и других народов; умение видеть прекрасное в жизни, наслаждаться красотой; стремление к самовыражению в разных видах искусства;</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ценности научного познания: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первоначальные представления о единстве и особенностях художественной и научной картины мира; познавательные интересы, </w:t>
      </w:r>
      <w:r w:rsidRPr="001A456E">
        <w:rPr>
          <w:rFonts w:ascii="Times New Roman" w:hAnsi="Times New Roman" w:cs="Times New Roman"/>
          <w:sz w:val="28"/>
          <w:szCs w:val="28"/>
        </w:rPr>
        <w:lastRenderedPageBreak/>
        <w:t>активность, инициативность, любознательность и самостоятельность в познании;</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соблюдение правил здорового и безопасного (для себя и других людей) образа жизни в окружающей среде; 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 профилактика умственного и физического утомления с использованием возможностей музыкотерапии.</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трудового воспитания: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установка на посильное активное участие в практической деятельности; трудолюбие в учёбе, настойчивость в достижении поставленных целей; интерес к практическому изучению профессий в сфере культуры и искусства; уважение к труду и результатам трудовой деятельности;</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экологического воспитания: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бережное отношение к природе; неприятие действий, приносящих ей вред.</w:t>
      </w:r>
    </w:p>
    <w:p w:rsidR="002E47B9" w:rsidRPr="001A456E" w:rsidRDefault="00BD5B97" w:rsidP="003772B6">
      <w:pPr>
        <w:spacing w:after="0" w:line="240" w:lineRule="auto"/>
        <w:jc w:val="center"/>
        <w:rPr>
          <w:rFonts w:ascii="Times New Roman" w:hAnsi="Times New Roman" w:cs="Times New Roman"/>
          <w:b/>
          <w:sz w:val="28"/>
          <w:szCs w:val="28"/>
        </w:rPr>
      </w:pPr>
      <w:r w:rsidRPr="001A456E">
        <w:rPr>
          <w:rFonts w:ascii="Times New Roman" w:hAnsi="Times New Roman" w:cs="Times New Roman"/>
          <w:b/>
          <w:sz w:val="28"/>
          <w:szCs w:val="28"/>
        </w:rPr>
        <w:t>МЕТАПРЕДМЕТНЫЕ РЕЗУЛЬТАТЫ</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sz w:val="28"/>
          <w:szCs w:val="28"/>
        </w:rPr>
        <w:t xml:space="preserve">Метапредметные результаты освоения основной образовательной программы НОО, формируемые при изучении курса </w:t>
      </w:r>
      <w:r w:rsidRPr="001A456E">
        <w:rPr>
          <w:rFonts w:ascii="Times New Roman" w:hAnsi="Times New Roman" w:cs="Times New Roman"/>
          <w:b/>
          <w:i/>
          <w:sz w:val="28"/>
          <w:szCs w:val="28"/>
        </w:rPr>
        <w:t>«Веселые нотки» Познавательные УУД:</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Базовые логические действия: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выявлять недостаток информации, в т.ч. слуховой, акустической для решения учебной (практической) задачи на основе предложенного алгоритма;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устанавливать причинно-следственные связи в ситуациях музыкального восприятия и исполнения, делать выводы.</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Базовые исследовательские действия: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на основе предложенных учителем вопросов определять разрыв между реальным и желательным состоянием музыкальных явлений, в т.ч. в отношении собственных музыкально-исполнительских навыков;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сравнивать несколько вариантов решения творческой, исполнительской задачи, выбирать наиболее подходящий (на основе предложенных критериев);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 формулировать выводы и подкреплять их доказательствами на основе результатов проведённого наблюдения (в т.ч. в форме двигательного </w:t>
      </w:r>
      <w:r w:rsidRPr="001A456E">
        <w:rPr>
          <w:rFonts w:ascii="Times New Roman" w:hAnsi="Times New Roman" w:cs="Times New Roman"/>
          <w:sz w:val="28"/>
          <w:szCs w:val="28"/>
        </w:rPr>
        <w:lastRenderedPageBreak/>
        <w:t>моделирования, звукового эксперимента, классификации, сравнения, исследования);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прогнозировать возможное развитие музыкального процесса, эволюции культурных явлений в различных условиях.</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Работа с информацией: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выбирать источник получения информации;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согласно заданному алгоритму находить в предложенном источнике информацию, представленную в явном виде;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распознавать достоверную и недостоверную информацию самостоятельно или на основании предложенного учителем способа её проверки;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Интернет;</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анализировать текстовую, видео-, графическую, звуковую, информацию в соответствии с учебной задачей;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самостоятельно создавать схемы, таблицы для представления информации.</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Коммуникативные УУД:</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воспринимать музыку как специфическую форму общения людей, стремиться понять эмоционально-образное содержание музыкального высказывания;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выступать перед публикой в качестве исполнителя музыки (соло или в коллективе);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Вербальная коммуникация: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воспринимать и формулировать суждения, выражать эмоции в соответствии с целями и условиями общения в знакомой среде;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проявлять уважительное отношение к собеседнику, соблюдать правила ведения диалога и дискуссии;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признавать возможность существования разных точек зрения;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корректно и аргументированно высказывать своё мнение;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строить речевое высказывание в соответствии с поставленной задачей;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создавать устные и письменные тексты (описание, рассуждение, повествование);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готовить небольшие публичные выступления;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подбирать иллюстративный материал (рисунки, фото, плакаты) к тексту выступления.</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lastRenderedPageBreak/>
        <w:t>Совместная деятельность (сотрудничество):</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стремиться к объединению усилий, эмоциональной эмпатии в ситуациях совместного восприятия, исполнения музыки;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ответственно выполнять свою часть работы; оценивать свой вклад в общий результат;</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выполнять совместные проектные, творческие задания с опорой на предложенные образцы.</w:t>
      </w:r>
    </w:p>
    <w:p w:rsidR="002E47B9" w:rsidRPr="001A456E" w:rsidRDefault="00BD5B97" w:rsidP="003772B6">
      <w:pPr>
        <w:spacing w:after="0" w:line="240" w:lineRule="auto"/>
        <w:ind w:firstLine="709"/>
        <w:jc w:val="both"/>
        <w:rPr>
          <w:rFonts w:ascii="Times New Roman" w:hAnsi="Times New Roman" w:cs="Times New Roman"/>
          <w:b/>
          <w:i/>
          <w:sz w:val="28"/>
          <w:szCs w:val="28"/>
        </w:rPr>
      </w:pPr>
      <w:r w:rsidRPr="001A456E">
        <w:rPr>
          <w:rFonts w:ascii="Times New Roman" w:hAnsi="Times New Roman" w:cs="Times New Roman"/>
          <w:b/>
          <w:i/>
          <w:sz w:val="28"/>
          <w:szCs w:val="28"/>
        </w:rPr>
        <w:t>Регулятивные УУД:</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Самоорганизация: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w:t>
      </w:r>
      <w:r w:rsidRPr="001A456E">
        <w:rPr>
          <w:rFonts w:ascii="Times New Roman" w:hAnsi="Times New Roman" w:cs="Times New Roman"/>
          <w:sz w:val="28"/>
          <w:szCs w:val="28"/>
          <w:lang w:val="en-US"/>
        </w:rPr>
        <w:t> </w:t>
      </w:r>
      <w:r w:rsidRPr="001A456E">
        <w:rPr>
          <w:rFonts w:ascii="Times New Roman" w:hAnsi="Times New Roman" w:cs="Times New Roman"/>
          <w:sz w:val="28"/>
          <w:szCs w:val="28"/>
        </w:rPr>
        <w:t>планировать действия по решению учебной задачи для получения результата;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w:t>
      </w:r>
      <w:r w:rsidRPr="001A456E">
        <w:rPr>
          <w:rFonts w:ascii="Times New Roman" w:hAnsi="Times New Roman" w:cs="Times New Roman"/>
          <w:sz w:val="28"/>
          <w:szCs w:val="28"/>
          <w:lang w:val="en-US"/>
        </w:rPr>
        <w:t> </w:t>
      </w:r>
      <w:r w:rsidRPr="001A456E">
        <w:rPr>
          <w:rFonts w:ascii="Times New Roman" w:hAnsi="Times New Roman" w:cs="Times New Roman"/>
          <w:sz w:val="28"/>
          <w:szCs w:val="28"/>
        </w:rPr>
        <w:t>выстраивать последовательность выбранных действий.</w:t>
      </w:r>
    </w:p>
    <w:p w:rsidR="002E47B9" w:rsidRPr="001A456E" w:rsidRDefault="00BD5B97" w:rsidP="003772B6">
      <w:pPr>
        <w:spacing w:after="0" w:line="240" w:lineRule="auto"/>
        <w:ind w:firstLine="709"/>
        <w:jc w:val="both"/>
        <w:rPr>
          <w:rFonts w:ascii="Times New Roman" w:hAnsi="Times New Roman" w:cs="Times New Roman"/>
          <w:i/>
          <w:sz w:val="28"/>
          <w:szCs w:val="28"/>
        </w:rPr>
      </w:pPr>
      <w:r w:rsidRPr="001A456E">
        <w:rPr>
          <w:rFonts w:ascii="Times New Roman" w:hAnsi="Times New Roman" w:cs="Times New Roman"/>
          <w:i/>
          <w:sz w:val="28"/>
          <w:szCs w:val="28"/>
        </w:rPr>
        <w:t>Самоконтроль:</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w:t>
      </w:r>
      <w:r w:rsidRPr="001A456E">
        <w:rPr>
          <w:rFonts w:ascii="Times New Roman" w:hAnsi="Times New Roman" w:cs="Times New Roman"/>
          <w:sz w:val="28"/>
          <w:szCs w:val="28"/>
          <w:lang w:val="en-US"/>
        </w:rPr>
        <w:t> </w:t>
      </w:r>
      <w:r w:rsidRPr="001A456E">
        <w:rPr>
          <w:rFonts w:ascii="Times New Roman" w:hAnsi="Times New Roman" w:cs="Times New Roman"/>
          <w:sz w:val="28"/>
          <w:szCs w:val="28"/>
        </w:rPr>
        <w:t>устанавливать причины успеха/ неудач учебной деятельности;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w:t>
      </w:r>
      <w:r w:rsidRPr="001A456E">
        <w:rPr>
          <w:rFonts w:ascii="Times New Roman" w:hAnsi="Times New Roman" w:cs="Times New Roman"/>
          <w:sz w:val="28"/>
          <w:szCs w:val="28"/>
          <w:lang w:val="en-US"/>
        </w:rPr>
        <w:t> </w:t>
      </w:r>
      <w:r w:rsidRPr="001A456E">
        <w:rPr>
          <w:rFonts w:ascii="Times New Roman" w:hAnsi="Times New Roman" w:cs="Times New Roman"/>
          <w:sz w:val="28"/>
          <w:szCs w:val="28"/>
        </w:rPr>
        <w:t>корректировать свои учебные действия для преодоления ошибок.</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Овладение системой регулятивных УУД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rsidR="002E47B9" w:rsidRPr="001A456E" w:rsidRDefault="00BD5B97" w:rsidP="003772B6">
      <w:pPr>
        <w:spacing w:after="0" w:line="240" w:lineRule="auto"/>
        <w:jc w:val="center"/>
        <w:rPr>
          <w:rFonts w:ascii="Times New Roman" w:hAnsi="Times New Roman" w:cs="Times New Roman"/>
          <w:b/>
          <w:sz w:val="28"/>
          <w:szCs w:val="28"/>
        </w:rPr>
      </w:pPr>
      <w:r w:rsidRPr="001A456E">
        <w:rPr>
          <w:rFonts w:ascii="Times New Roman" w:hAnsi="Times New Roman" w:cs="Times New Roman"/>
          <w:b/>
          <w:sz w:val="28"/>
          <w:szCs w:val="28"/>
        </w:rPr>
        <w:t>ПРЕДМЕТНЫЕ РЕЗУЛЬТАТЫ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Обучающиеся, освоившие основную образовательную программу по курсу  </w:t>
      </w:r>
      <w:r w:rsidRPr="001A456E">
        <w:rPr>
          <w:rFonts w:ascii="Times New Roman" w:hAnsi="Times New Roman" w:cs="Times New Roman"/>
          <w:b/>
          <w:i/>
          <w:sz w:val="28"/>
          <w:szCs w:val="28"/>
        </w:rPr>
        <w:t>«Музыка в жизни человек</w:t>
      </w:r>
      <w:r w:rsidRPr="001A456E">
        <w:rPr>
          <w:rFonts w:ascii="Times New Roman" w:hAnsi="Times New Roman" w:cs="Times New Roman"/>
          <w:sz w:val="28"/>
          <w:szCs w:val="28"/>
        </w:rPr>
        <w:t>»:</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 интересом занимаются музыкой, любят петь, играть на доступных музыкальных инструментах, умеют слушать серьёзную музыку, знают правила поведения в театре, концертном зале;</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сознательно стремятся к развитию своих музыкальных способностей;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lastRenderedPageBreak/>
        <w:t>- 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имеют опыт восприятия, исполнения музыки разных жанров, творческой деятельности в различных смежных видах искусства;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 уважением относятся к достижениям отечественной музыкальной культуры;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стремятся к расширению своего музыкального кругозора.</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xml:space="preserve">Предметные результаты, формируемые в ходе изучения курса </w:t>
      </w:r>
      <w:r w:rsidRPr="001A456E">
        <w:rPr>
          <w:rFonts w:ascii="Times New Roman" w:hAnsi="Times New Roman" w:cs="Times New Roman"/>
          <w:b/>
          <w:i/>
          <w:sz w:val="28"/>
          <w:szCs w:val="28"/>
        </w:rPr>
        <w:t>«Музыка в жизни человека»</w:t>
      </w:r>
      <w:r w:rsidRPr="001A456E">
        <w:rPr>
          <w:rFonts w:ascii="Times New Roman" w:hAnsi="Times New Roman" w:cs="Times New Roman"/>
          <w:sz w:val="28"/>
          <w:szCs w:val="28"/>
        </w:rPr>
        <w:t xml:space="preserve"> должны отражать сформированность умений: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исполнять Гимн Российской Федерации, Гимн своей республики, школы, исполнять песни, посвящённые Великой Отечественной войне, песни, воспевающие красоту родной природы, выражающие разнообразные эмоции, чувства и настроения;</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 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потребностей.</w:t>
      </w:r>
    </w:p>
    <w:p w:rsidR="002E47B9" w:rsidRPr="001A456E" w:rsidRDefault="002E47B9" w:rsidP="003772B6">
      <w:pPr>
        <w:spacing w:after="0" w:line="240" w:lineRule="auto"/>
        <w:rPr>
          <w:rFonts w:ascii="Times New Roman" w:eastAsia="Calibri" w:hAnsi="Times New Roman" w:cs="Times New Roman"/>
          <w:sz w:val="28"/>
          <w:szCs w:val="28"/>
          <w:lang w:eastAsia="ar-SA"/>
        </w:rPr>
      </w:pPr>
    </w:p>
    <w:p w:rsidR="006D01A1" w:rsidRPr="001A456E" w:rsidRDefault="00BD5B97" w:rsidP="003772B6">
      <w:pPr>
        <w:spacing w:after="0" w:line="240" w:lineRule="auto"/>
        <w:jc w:val="center"/>
        <w:rPr>
          <w:rFonts w:ascii="Times New Roman" w:eastAsia="Calibri" w:hAnsi="Times New Roman" w:cs="Times New Roman"/>
          <w:b/>
          <w:bCs/>
          <w:sz w:val="28"/>
          <w:szCs w:val="28"/>
        </w:rPr>
      </w:pPr>
      <w:r w:rsidRPr="001A456E">
        <w:rPr>
          <w:rFonts w:ascii="Times New Roman" w:eastAsia="Calibri" w:hAnsi="Times New Roman" w:cs="Times New Roman"/>
          <w:b/>
          <w:bCs/>
          <w:sz w:val="28"/>
          <w:szCs w:val="28"/>
        </w:rPr>
        <w:t>Рабочая программа курса внеурочной деятельности</w:t>
      </w:r>
    </w:p>
    <w:p w:rsidR="006D01A1" w:rsidRPr="001A456E" w:rsidRDefault="00BD5B97" w:rsidP="003772B6">
      <w:pPr>
        <w:spacing w:after="0" w:line="240" w:lineRule="auto"/>
        <w:jc w:val="center"/>
        <w:rPr>
          <w:rFonts w:ascii="Times New Roman" w:eastAsia="Calibri" w:hAnsi="Times New Roman" w:cs="Times New Roman"/>
          <w:sz w:val="28"/>
          <w:szCs w:val="28"/>
        </w:rPr>
      </w:pPr>
      <w:r w:rsidRPr="001A456E">
        <w:rPr>
          <w:rFonts w:ascii="Times New Roman" w:eastAsia="Calibri" w:hAnsi="Times New Roman" w:cs="Times New Roman"/>
          <w:b/>
          <w:bCs/>
          <w:i/>
          <w:sz w:val="28"/>
          <w:szCs w:val="28"/>
        </w:rPr>
        <w:t>«Орлята России</w:t>
      </w:r>
      <w:r w:rsidRPr="001A456E">
        <w:rPr>
          <w:rFonts w:ascii="Times New Roman" w:eastAsia="Calibri" w:hAnsi="Times New Roman" w:cs="Times New Roman"/>
          <w:b/>
          <w:bCs/>
          <w:sz w:val="28"/>
          <w:szCs w:val="28"/>
        </w:rPr>
        <w:t>»</w:t>
      </w:r>
    </w:p>
    <w:p w:rsidR="002E47B9" w:rsidRPr="001A456E" w:rsidRDefault="00BD5B97" w:rsidP="003772B6">
      <w:pPr>
        <w:spacing w:after="0" w:line="240" w:lineRule="auto"/>
        <w:jc w:val="both"/>
        <w:rPr>
          <w:rFonts w:ascii="Times New Roman" w:eastAsia="Calibri" w:hAnsi="Times New Roman" w:cs="Times New Roman"/>
          <w:sz w:val="28"/>
          <w:szCs w:val="28"/>
        </w:rPr>
      </w:pPr>
      <w:r w:rsidRPr="001A456E">
        <w:rPr>
          <w:rFonts w:ascii="Times New Roman" w:eastAsia="Calibri" w:hAnsi="Times New Roman" w:cs="Times New Roman"/>
          <w:sz w:val="28"/>
          <w:szCs w:val="28"/>
        </w:rPr>
        <w:t>разработана в соответствии:</w:t>
      </w:r>
    </w:p>
    <w:p w:rsidR="002E47B9" w:rsidRPr="001A456E" w:rsidRDefault="00BD5B97" w:rsidP="003772B6">
      <w:pPr>
        <w:spacing w:after="0" w:line="240" w:lineRule="auto"/>
        <w:jc w:val="both"/>
        <w:rPr>
          <w:rFonts w:ascii="Times New Roman" w:eastAsia="Calibri" w:hAnsi="Times New Roman" w:cs="Times New Roman"/>
          <w:sz w:val="28"/>
          <w:szCs w:val="28"/>
        </w:rPr>
      </w:pPr>
      <w:r w:rsidRPr="001A456E">
        <w:rPr>
          <w:rFonts w:ascii="Times New Roman" w:eastAsia="Calibri" w:hAnsi="Times New Roman" w:cs="Times New Roman"/>
          <w:sz w:val="28"/>
          <w:szCs w:val="28"/>
        </w:rPr>
        <w:t>- Федеральным законом от 29.12.2012 № 273 «Об образовании в Российской Федерации»;</w:t>
      </w:r>
    </w:p>
    <w:p w:rsidR="002E47B9" w:rsidRPr="001A456E" w:rsidRDefault="00BD5B97" w:rsidP="003772B6">
      <w:pPr>
        <w:spacing w:after="0" w:line="240" w:lineRule="auto"/>
        <w:jc w:val="both"/>
        <w:rPr>
          <w:rFonts w:ascii="Times New Roman" w:eastAsia="Calibri" w:hAnsi="Times New Roman" w:cs="Times New Roman"/>
          <w:sz w:val="28"/>
          <w:szCs w:val="28"/>
        </w:rPr>
      </w:pPr>
      <w:r w:rsidRPr="001A456E">
        <w:rPr>
          <w:rFonts w:ascii="Times New Roman" w:eastAsia="Calibri" w:hAnsi="Times New Roman" w:cs="Times New Roman"/>
          <w:sz w:val="28"/>
          <w:szCs w:val="28"/>
        </w:rPr>
        <w:t>- Приказа Минпросвещения от 31.05.2021 № 286 «Об утверждении федерального государственного образовательного стандарта начального общего образования»;</w:t>
      </w:r>
    </w:p>
    <w:p w:rsidR="002E47B9" w:rsidRPr="001A456E" w:rsidRDefault="00BD5B97" w:rsidP="003772B6">
      <w:pPr>
        <w:spacing w:after="0" w:line="240" w:lineRule="auto"/>
        <w:jc w:val="both"/>
        <w:rPr>
          <w:rFonts w:ascii="Times New Roman" w:eastAsia="Calibri" w:hAnsi="Times New Roman" w:cs="Times New Roman"/>
          <w:sz w:val="28"/>
          <w:szCs w:val="28"/>
        </w:rPr>
      </w:pPr>
      <w:r w:rsidRPr="001A456E">
        <w:rPr>
          <w:rFonts w:ascii="Times New Roman" w:eastAsia="Calibri" w:hAnsi="Times New Roman" w:cs="Times New Roman"/>
          <w:sz w:val="28"/>
          <w:szCs w:val="28"/>
        </w:rPr>
        <w:t>- Методических рекомендаций по использованию и включению в содержание процесса обучения и воспитания государственных символов Российской Федерации, направленных письмом Минпросвещения от 15.04.2022 № СК-295/06;</w:t>
      </w:r>
    </w:p>
    <w:p w:rsidR="002E47B9" w:rsidRPr="001A456E" w:rsidRDefault="00BD5B97" w:rsidP="003772B6">
      <w:pPr>
        <w:spacing w:after="0" w:line="240" w:lineRule="auto"/>
        <w:jc w:val="both"/>
        <w:rPr>
          <w:rFonts w:ascii="Times New Roman" w:eastAsia="Calibri" w:hAnsi="Times New Roman" w:cs="Times New Roman"/>
          <w:sz w:val="28"/>
          <w:szCs w:val="28"/>
        </w:rPr>
      </w:pPr>
      <w:r w:rsidRPr="001A456E">
        <w:rPr>
          <w:rFonts w:ascii="Times New Roman" w:eastAsia="Calibri" w:hAnsi="Times New Roman" w:cs="Times New Roman"/>
          <w:sz w:val="28"/>
          <w:szCs w:val="28"/>
        </w:rPr>
        <w:t>- Методических рекомендаций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 направленных письмом Минобрнауки от 18.08.2017 № 09-1672;</w:t>
      </w:r>
    </w:p>
    <w:p w:rsidR="002E47B9" w:rsidRPr="001A456E" w:rsidRDefault="00BD5B97" w:rsidP="003772B6">
      <w:pPr>
        <w:spacing w:after="0" w:line="240" w:lineRule="auto"/>
        <w:jc w:val="both"/>
        <w:rPr>
          <w:rFonts w:ascii="Times New Roman" w:eastAsia="Calibri" w:hAnsi="Times New Roman" w:cs="Times New Roman"/>
          <w:sz w:val="28"/>
          <w:szCs w:val="28"/>
        </w:rPr>
      </w:pPr>
      <w:r w:rsidRPr="001A456E">
        <w:rPr>
          <w:rFonts w:ascii="Times New Roman" w:eastAsia="Calibri" w:hAnsi="Times New Roman" w:cs="Times New Roman"/>
          <w:sz w:val="28"/>
          <w:szCs w:val="28"/>
        </w:rPr>
        <w:t>- Стратегии развития воспитания в Российской Федерации на период до 2025 года, утвержденной распоряжением Правительства от 29.05.2015 № 996-р; СП 2.4.3648-20;</w:t>
      </w:r>
    </w:p>
    <w:p w:rsidR="002E47B9" w:rsidRPr="001A456E" w:rsidRDefault="00BD5B97" w:rsidP="003772B6">
      <w:pPr>
        <w:spacing w:after="0" w:line="240" w:lineRule="auto"/>
        <w:jc w:val="both"/>
        <w:rPr>
          <w:rFonts w:ascii="Times New Roman" w:eastAsia="Calibri" w:hAnsi="Times New Roman" w:cs="Times New Roman"/>
          <w:sz w:val="28"/>
          <w:szCs w:val="28"/>
        </w:rPr>
      </w:pPr>
      <w:r w:rsidRPr="001A456E">
        <w:rPr>
          <w:rFonts w:ascii="Times New Roman" w:eastAsia="Calibri" w:hAnsi="Times New Roman" w:cs="Times New Roman"/>
          <w:sz w:val="28"/>
          <w:szCs w:val="28"/>
        </w:rPr>
        <w:t>- Программы развития социальной активности «Орлята России» для обучающихся начальных классов</w:t>
      </w:r>
      <w:r w:rsidRPr="001A456E">
        <w:rPr>
          <w:rFonts w:ascii="Times New Roman" w:eastAsia="Calibri" w:hAnsi="Times New Roman" w:cs="Times New Roman"/>
          <w:sz w:val="28"/>
          <w:szCs w:val="28"/>
        </w:rPr>
        <w:tab/>
        <w:t xml:space="preserve"> общеобразовательных школ /под </w:t>
      </w:r>
      <w:r w:rsidRPr="001A456E">
        <w:rPr>
          <w:rFonts w:ascii="Times New Roman" w:eastAsia="Calibri" w:hAnsi="Times New Roman" w:cs="Times New Roman"/>
          <w:sz w:val="28"/>
          <w:szCs w:val="28"/>
        </w:rPr>
        <w:lastRenderedPageBreak/>
        <w:t>редакцией А. В. Джеуса; автор- составитель: А. В. Спирина и др./ Ставрополь, 2023г.</w:t>
      </w:r>
    </w:p>
    <w:p w:rsidR="002E47B9" w:rsidRPr="001A456E" w:rsidRDefault="00BD5B97" w:rsidP="003772B6">
      <w:pPr>
        <w:widowControl w:val="0"/>
        <w:spacing w:after="0" w:line="240" w:lineRule="auto"/>
        <w:ind w:left="100" w:right="359" w:firstLine="707"/>
        <w:jc w:val="both"/>
        <w:rPr>
          <w:rFonts w:ascii="Times New Roman" w:eastAsia="Times New Roman" w:hAnsi="Times New Roman" w:cs="Times New Roman"/>
          <w:sz w:val="28"/>
          <w:szCs w:val="28"/>
        </w:rPr>
      </w:pPr>
      <w:r w:rsidRPr="001A456E">
        <w:rPr>
          <w:rFonts w:ascii="Times New Roman" w:eastAsia="Times New Roman" w:hAnsi="Times New Roman" w:cs="Times New Roman"/>
          <w:sz w:val="28"/>
          <w:szCs w:val="28"/>
        </w:rPr>
        <w:t>В рамках,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«Орлята России» (далее – Программа, программа «Орлята России»). Внедрение программы «Орлята России» в практику общеобразовательных школ Российской Федерации позволяет решать одну из главных задач государственной политики в сфере образования – сохранение и развитие единого образовательного пространства России.</w:t>
      </w:r>
    </w:p>
    <w:p w:rsidR="002E47B9" w:rsidRPr="001A456E" w:rsidRDefault="00622968" w:rsidP="003772B6">
      <w:pPr>
        <w:widowControl w:val="0"/>
        <w:spacing w:before="17" w:after="0" w:line="240" w:lineRule="auto"/>
        <w:ind w:left="100" w:right="356" w:firstLine="42"/>
        <w:jc w:val="both"/>
        <w:rPr>
          <w:rFonts w:ascii="Times New Roman" w:eastAsia="Times New Roman" w:hAnsi="Times New Roman" w:cs="Times New Roman"/>
          <w:sz w:val="28"/>
          <w:szCs w:val="28"/>
        </w:rPr>
      </w:pPr>
      <w:r w:rsidRPr="001A456E">
        <w:rPr>
          <w:rFonts w:ascii="Times New Roman" w:eastAsia="Times New Roman" w:hAnsi="Times New Roman" w:cs="Times New Roman"/>
          <w:sz w:val="28"/>
          <w:szCs w:val="28"/>
        </w:rPr>
        <w:t xml:space="preserve">          </w:t>
      </w:r>
      <w:r w:rsidR="00BD5B97" w:rsidRPr="001A456E">
        <w:rPr>
          <w:rFonts w:ascii="Times New Roman" w:eastAsia="Times New Roman" w:hAnsi="Times New Roman" w:cs="Times New Roman"/>
          <w:sz w:val="28"/>
          <w:szCs w:val="28"/>
        </w:rPr>
        <w:t>Актуальность продиктована общим контекстом изменений в образовательной политике, связанных с усилением роли воспитания в образовательных организациях (поправки в ФЗ № 273 «Об образовании в Российской Федерации»). Так, «активное участие в социально-значимой деятельности» артикулируется как в текстах последнего ФГОС начального общего образования, таки в «Примерной рабочей программе воспитания», в которой указывается, что «поощрение социальной активности обучающихся» может рассматриваться в качестве «основной традиции воспитания в образовательной организации».</w:t>
      </w:r>
    </w:p>
    <w:p w:rsidR="002E47B9" w:rsidRPr="001A456E" w:rsidRDefault="00BD5B97" w:rsidP="003772B6">
      <w:pPr>
        <w:widowControl w:val="0"/>
        <w:spacing w:after="0" w:line="240" w:lineRule="auto"/>
        <w:ind w:left="100" w:right="359" w:firstLine="707"/>
        <w:jc w:val="both"/>
        <w:rPr>
          <w:rFonts w:ascii="Times New Roman" w:eastAsia="Times New Roman" w:hAnsi="Times New Roman" w:cs="Times New Roman"/>
          <w:sz w:val="28"/>
          <w:szCs w:val="28"/>
        </w:rPr>
      </w:pPr>
      <w:r w:rsidRPr="001A456E">
        <w:rPr>
          <w:rFonts w:ascii="Times New Roman" w:eastAsia="Times New Roman" w:hAnsi="Times New Roman" w:cs="Times New Roman"/>
          <w:sz w:val="28"/>
          <w:szCs w:val="28"/>
        </w:rPr>
        <w:t>Участие детей и педагогов в программе «Орлята России»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w:t>
      </w:r>
    </w:p>
    <w:p w:rsidR="002E47B9" w:rsidRPr="001A456E" w:rsidRDefault="00BD5B97" w:rsidP="003772B6">
      <w:pPr>
        <w:spacing w:after="0" w:line="240" w:lineRule="auto"/>
        <w:ind w:firstLine="600"/>
        <w:jc w:val="both"/>
        <w:rPr>
          <w:rFonts w:ascii="Times New Roman" w:hAnsi="Times New Roman" w:cs="Times New Roman"/>
          <w:sz w:val="28"/>
          <w:szCs w:val="28"/>
        </w:rPr>
      </w:pPr>
      <w:r w:rsidRPr="001A456E">
        <w:rPr>
          <w:rFonts w:ascii="Times New Roman" w:hAnsi="Times New Roman" w:cs="Times New Roman"/>
          <w:sz w:val="28"/>
          <w:szCs w:val="28"/>
        </w:rPr>
        <w:t>Планируемые результаты освоения курса внеурочной деятельности «Орлята России», представленные по годам обучения.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rsidR="002E47B9" w:rsidRPr="001A456E" w:rsidRDefault="00BD5B97" w:rsidP="003772B6">
      <w:pPr>
        <w:pStyle w:val="aff"/>
        <w:ind w:left="100" w:right="116" w:firstLine="567"/>
        <w:rPr>
          <w:rFonts w:ascii="Times New Roman" w:hAnsi="Times New Roman"/>
          <w:sz w:val="28"/>
          <w:szCs w:val="28"/>
          <w:lang w:val="ru-RU"/>
        </w:rPr>
      </w:pPr>
      <w:r w:rsidRPr="001A456E">
        <w:rPr>
          <w:rFonts w:ascii="Times New Roman" w:hAnsi="Times New Roman"/>
          <w:sz w:val="28"/>
          <w:szCs w:val="28"/>
        </w:rPr>
        <w:t>‌</w:t>
      </w:r>
      <w:bookmarkStart w:id="12" w:name="bc284a2b-8dc7-47b2-bec2-e0e566c832dd"/>
      <w:r w:rsidRPr="001A456E">
        <w:rPr>
          <w:rFonts w:ascii="Times New Roman" w:hAnsi="Times New Roman"/>
          <w:sz w:val="28"/>
          <w:szCs w:val="28"/>
        </w:rPr>
        <w:t xml:space="preserve"> На изучение учебного курса «Орлята России» отводится п</w:t>
      </w:r>
      <w:r w:rsidR="006D01A1" w:rsidRPr="001A456E">
        <w:rPr>
          <w:rFonts w:ascii="Times New Roman" w:hAnsi="Times New Roman"/>
          <w:sz w:val="28"/>
          <w:szCs w:val="28"/>
          <w:lang w:val="ru-RU"/>
        </w:rPr>
        <w:t xml:space="preserve">о 1часу в 1 классах, </w:t>
      </w:r>
      <w:r w:rsidRPr="001A456E">
        <w:rPr>
          <w:rFonts w:ascii="Times New Roman" w:hAnsi="Times New Roman"/>
          <w:sz w:val="28"/>
          <w:szCs w:val="28"/>
        </w:rPr>
        <w:t xml:space="preserve"> 0,5ч часа в неделю в</w:t>
      </w:r>
      <w:r w:rsidR="006D01A1" w:rsidRPr="001A456E">
        <w:rPr>
          <w:rFonts w:ascii="Times New Roman" w:hAnsi="Times New Roman"/>
          <w:sz w:val="28"/>
          <w:szCs w:val="28"/>
          <w:lang w:val="ru-RU"/>
        </w:rPr>
        <w:t>о</w:t>
      </w:r>
      <w:r w:rsidR="006D01A1" w:rsidRPr="001A456E">
        <w:rPr>
          <w:rFonts w:ascii="Times New Roman" w:hAnsi="Times New Roman"/>
          <w:sz w:val="28"/>
          <w:szCs w:val="28"/>
        </w:rPr>
        <w:t xml:space="preserve"> 2</w:t>
      </w:r>
      <w:r w:rsidRPr="001A456E">
        <w:rPr>
          <w:rFonts w:ascii="Times New Roman" w:hAnsi="Times New Roman"/>
          <w:sz w:val="28"/>
          <w:szCs w:val="28"/>
        </w:rPr>
        <w:t>-3 классах и 0,25ч — в 4 классах начальной школы. Программа рассчитана на 4 года</w:t>
      </w:r>
      <w:bookmarkEnd w:id="12"/>
      <w:r w:rsidRPr="001A456E">
        <w:rPr>
          <w:rFonts w:ascii="Times New Roman" w:hAnsi="Times New Roman"/>
          <w:sz w:val="28"/>
          <w:szCs w:val="28"/>
        </w:rPr>
        <w:t>.</w:t>
      </w:r>
      <w:r w:rsidR="00622968" w:rsidRPr="001A456E">
        <w:rPr>
          <w:rFonts w:ascii="Times New Roman" w:hAnsi="Times New Roman"/>
          <w:sz w:val="28"/>
          <w:szCs w:val="28"/>
          <w:lang w:val="ru-RU"/>
        </w:rPr>
        <w:t xml:space="preserve"> </w:t>
      </w:r>
    </w:p>
    <w:p w:rsidR="002E47B9" w:rsidRPr="001A456E" w:rsidRDefault="00BD5B97" w:rsidP="003772B6">
      <w:pPr>
        <w:widowControl w:val="0"/>
        <w:spacing w:after="0" w:line="240" w:lineRule="auto"/>
        <w:rPr>
          <w:rFonts w:ascii="Times New Roman" w:eastAsia="Times New Roman" w:hAnsi="Times New Roman" w:cs="Times New Roman"/>
          <w:b/>
          <w:sz w:val="28"/>
          <w:szCs w:val="28"/>
        </w:rPr>
      </w:pPr>
      <w:r w:rsidRPr="001A456E">
        <w:rPr>
          <w:rFonts w:ascii="Times New Roman" w:eastAsia="Times New Roman" w:hAnsi="Times New Roman" w:cs="Times New Roman"/>
          <w:b/>
          <w:sz w:val="28"/>
          <w:szCs w:val="28"/>
        </w:rPr>
        <w:t>Основные направления воспитательной деятельности</w:t>
      </w:r>
    </w:p>
    <w:p w:rsidR="002E47B9" w:rsidRPr="001A456E" w:rsidRDefault="002E47B9" w:rsidP="003772B6">
      <w:pPr>
        <w:widowControl w:val="0"/>
        <w:spacing w:before="2" w:after="0" w:line="240" w:lineRule="auto"/>
        <w:jc w:val="both"/>
        <w:rPr>
          <w:rFonts w:ascii="Times New Roman" w:eastAsia="Times New Roman" w:hAnsi="Times New Roman" w:cs="Times New Roman"/>
          <w:sz w:val="28"/>
          <w:szCs w:val="28"/>
        </w:rPr>
      </w:pPr>
    </w:p>
    <w:tbl>
      <w:tblPr>
        <w:tblW w:w="9210" w:type="dxa"/>
        <w:tblInd w:w="-176" w:type="dxa"/>
        <w:tblLayout w:type="fixed"/>
        <w:tblLook w:val="04A0" w:firstRow="1" w:lastRow="0" w:firstColumn="1" w:lastColumn="0" w:noHBand="0" w:noVBand="1"/>
      </w:tblPr>
      <w:tblGrid>
        <w:gridCol w:w="2261"/>
        <w:gridCol w:w="6949"/>
      </w:tblGrid>
      <w:tr w:rsidR="001A456E" w:rsidRPr="001A456E">
        <w:tc>
          <w:tcPr>
            <w:tcW w:w="2261"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851"/>
              </w:tabs>
              <w:spacing w:after="0" w:line="240" w:lineRule="auto"/>
              <w:jc w:val="both"/>
              <w:rPr>
                <w:rFonts w:ascii="Times New Roman" w:eastAsia="Times New Roman" w:hAnsi="Times New Roman" w:cs="Times New Roman"/>
                <w:w w:val="1"/>
                <w:kern w:val="2"/>
                <w:sz w:val="28"/>
                <w:szCs w:val="28"/>
                <w:lang w:eastAsia="ko-KR"/>
              </w:rPr>
            </w:pPr>
            <w:r w:rsidRPr="001A456E">
              <w:rPr>
                <w:rFonts w:ascii="Times New Roman" w:eastAsia="Times New Roman" w:hAnsi="Times New Roman" w:cs="Times New Roman"/>
                <w:b/>
                <w:bCs/>
                <w:sz w:val="28"/>
                <w:szCs w:val="28"/>
                <w:lang w:eastAsia="ru-RU"/>
              </w:rPr>
              <w:t>Направления воспитания</w:t>
            </w:r>
          </w:p>
        </w:tc>
        <w:tc>
          <w:tcPr>
            <w:tcW w:w="6948"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851"/>
              </w:tabs>
              <w:spacing w:after="0" w:line="240" w:lineRule="auto"/>
              <w:jc w:val="both"/>
              <w:rPr>
                <w:rFonts w:ascii="Times New Roman" w:eastAsia="Times New Roman" w:hAnsi="Times New Roman" w:cs="Times New Roman"/>
                <w:w w:val="1"/>
                <w:kern w:val="2"/>
                <w:sz w:val="28"/>
                <w:szCs w:val="28"/>
                <w:lang w:eastAsia="ko-KR"/>
              </w:rPr>
            </w:pPr>
            <w:r w:rsidRPr="001A456E">
              <w:rPr>
                <w:rFonts w:ascii="Times New Roman" w:eastAsia="Times New Roman" w:hAnsi="Times New Roman" w:cs="Times New Roman"/>
                <w:b/>
                <w:bCs/>
                <w:sz w:val="28"/>
                <w:szCs w:val="28"/>
                <w:lang w:eastAsia="ru-RU"/>
              </w:rPr>
              <w:t>Целевые ориентиры</w:t>
            </w:r>
          </w:p>
        </w:tc>
      </w:tr>
      <w:tr w:rsidR="001A456E" w:rsidRPr="001A456E">
        <w:tc>
          <w:tcPr>
            <w:tcW w:w="2261"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851"/>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Гражданское</w:t>
            </w:r>
          </w:p>
          <w:p w:rsidR="002E47B9" w:rsidRPr="001A456E" w:rsidRDefault="00BD5B97" w:rsidP="003772B6">
            <w:pPr>
              <w:widowControl w:val="0"/>
              <w:tabs>
                <w:tab w:val="left" w:pos="851"/>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Патриотическое</w:t>
            </w:r>
          </w:p>
          <w:p w:rsidR="002E47B9" w:rsidRPr="001A456E" w:rsidRDefault="002E47B9" w:rsidP="003772B6">
            <w:pPr>
              <w:widowControl w:val="0"/>
              <w:tabs>
                <w:tab w:val="left" w:pos="851"/>
              </w:tabs>
              <w:spacing w:after="0" w:line="240" w:lineRule="auto"/>
              <w:jc w:val="both"/>
              <w:rPr>
                <w:rFonts w:ascii="Times New Roman" w:eastAsia="Times New Roman" w:hAnsi="Times New Roman" w:cs="Times New Roman"/>
                <w:w w:val="1"/>
                <w:kern w:val="2"/>
                <w:sz w:val="28"/>
                <w:szCs w:val="28"/>
                <w:lang w:eastAsia="ko-KR"/>
              </w:rPr>
            </w:pPr>
          </w:p>
        </w:tc>
        <w:tc>
          <w:tcPr>
            <w:tcW w:w="6948"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4"/>
                <w:tab w:val="left" w:pos="288"/>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Знающий и любящий свою малую родину, свой край.</w:t>
            </w:r>
          </w:p>
          <w:p w:rsidR="002E47B9" w:rsidRPr="001A456E" w:rsidRDefault="00BD5B97" w:rsidP="003772B6">
            <w:pPr>
              <w:widowControl w:val="0"/>
              <w:tabs>
                <w:tab w:val="left" w:pos="4"/>
                <w:tab w:val="left" w:pos="288"/>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Имеющий представление о своей стране, Родине – России, ее территории, расположении.</w:t>
            </w:r>
          </w:p>
          <w:p w:rsidR="002E47B9" w:rsidRPr="001A456E" w:rsidRDefault="00BD5B97" w:rsidP="003772B6">
            <w:pPr>
              <w:widowControl w:val="0"/>
              <w:tabs>
                <w:tab w:val="left" w:pos="4"/>
                <w:tab w:val="left" w:pos="288"/>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Сознающий принадлежность к своему народу, проявляющий уважение к своему и другим народам.</w:t>
            </w:r>
          </w:p>
          <w:p w:rsidR="002E47B9" w:rsidRPr="001A456E" w:rsidRDefault="00BD5B97" w:rsidP="003772B6">
            <w:pPr>
              <w:widowControl w:val="0"/>
              <w:tabs>
                <w:tab w:val="left" w:pos="4"/>
                <w:tab w:val="left" w:pos="288"/>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Сознающий свою принадлежность к общности граждан России;</w:t>
            </w:r>
          </w:p>
          <w:p w:rsidR="002E47B9" w:rsidRPr="001A456E" w:rsidRDefault="00BD5B97" w:rsidP="003772B6">
            <w:pPr>
              <w:widowControl w:val="0"/>
              <w:tabs>
                <w:tab w:val="left" w:pos="4"/>
                <w:tab w:val="left" w:pos="288"/>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 xml:space="preserve">Понимающий свою сопричастность прошлому, настоящему и будущему своей малой родины, родного </w:t>
            </w:r>
            <w:r w:rsidRPr="001A456E">
              <w:rPr>
                <w:rFonts w:ascii="Times New Roman" w:eastAsia="Times New Roman" w:hAnsi="Times New Roman" w:cs="Times New Roman"/>
                <w:bCs/>
                <w:sz w:val="28"/>
                <w:szCs w:val="28"/>
                <w:lang w:eastAsia="ru-RU"/>
              </w:rPr>
              <w:lastRenderedPageBreak/>
              <w:t>края, своего народа, российского государства.</w:t>
            </w:r>
          </w:p>
          <w:p w:rsidR="002E47B9" w:rsidRPr="001A456E" w:rsidRDefault="00BD5B97" w:rsidP="003772B6">
            <w:pPr>
              <w:widowControl w:val="0"/>
              <w:tabs>
                <w:tab w:val="left" w:pos="4"/>
                <w:tab w:val="left" w:pos="288"/>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Имеющий первоначальные представления о своих гражданских правах и обязанностях, ответственности в обществе.</w:t>
            </w:r>
          </w:p>
          <w:p w:rsidR="002E47B9" w:rsidRPr="001A456E" w:rsidRDefault="00BD5B97" w:rsidP="003772B6">
            <w:pPr>
              <w:widowControl w:val="0"/>
              <w:tabs>
                <w:tab w:val="left" w:pos="4"/>
                <w:tab w:val="left" w:pos="288"/>
              </w:tabs>
              <w:spacing w:after="0" w:line="240" w:lineRule="auto"/>
              <w:jc w:val="both"/>
              <w:rPr>
                <w:rFonts w:ascii="Times New Roman" w:eastAsia="Times New Roman" w:hAnsi="Times New Roman" w:cs="Times New Roman"/>
                <w:w w:val="1"/>
                <w:kern w:val="2"/>
                <w:sz w:val="28"/>
                <w:szCs w:val="28"/>
                <w:lang w:eastAsia="ko-KR"/>
              </w:rPr>
            </w:pPr>
            <w:r w:rsidRPr="001A456E">
              <w:rPr>
                <w:rFonts w:ascii="Times New Roman" w:eastAsia="Times New Roman" w:hAnsi="Times New Roman" w:cs="Times New Roman"/>
                <w:bCs/>
                <w:sz w:val="28"/>
                <w:szCs w:val="28"/>
                <w:lang w:eastAsia="ru-RU"/>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tc>
      </w:tr>
      <w:tr w:rsidR="001A456E" w:rsidRPr="001A456E">
        <w:tc>
          <w:tcPr>
            <w:tcW w:w="2261"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851"/>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lastRenderedPageBreak/>
              <w:t>Духовно-нравственное</w:t>
            </w:r>
          </w:p>
        </w:tc>
        <w:tc>
          <w:tcPr>
            <w:tcW w:w="6948"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Сознающий ценность каждой человеческой жизни, признающий индивидуальность и достоинство каждого человека.</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Умеющий анализировать свои и чужие поступки с позиции их соответствия нравственным нормам, давать нравственную оценку своим поступкам, отвечать за них.</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Доброжелательный, проявляющий сопереживание, готовность оказывать помощь, выражающий неприятие любых форм поведения, причиняющего физический и моральный вред другим людям.</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Понимающий необходимость нравственного совершенствования, роли в этом личных усилий человека, проявляющий готовность к самоограничению своих потребностей.</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Владеющий первоначальными навыками общения с людьми разных народов, вероисповеданий.</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Знающий и уважающий традиции и ценности своей семьи, российские традиционные семейные ценности (с учетом этнической, религиозной принадлежности).</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Владеющий первоначальными представлениями о единстве и многообразии языкового и культурного пространства России, о языке как основе национального самосознания.</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Сознающий нравственную и эстетическую ценность литературы, родного языка, русского языка, проявляющий интерес к чтению.</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Знающий и соблюдающий основные правила этикета в обществе.</w:t>
            </w:r>
          </w:p>
        </w:tc>
      </w:tr>
      <w:tr w:rsidR="001A456E" w:rsidRPr="001A456E">
        <w:tc>
          <w:tcPr>
            <w:tcW w:w="2261"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851"/>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Эстетическое</w:t>
            </w:r>
          </w:p>
        </w:tc>
        <w:tc>
          <w:tcPr>
            <w:tcW w:w="6948"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Проявляющий уважение и интерес к художественной культуре, восприимчивость к разным видам искусства, творчеству своего народа, отечественной и мировой художественной культуре.</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Проявляющий стремление к самовыражению в разных видах художественной деятельности, искусства.</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 xml:space="preserve">Способный воспринимать и чувствовать прекрасное в </w:t>
            </w:r>
            <w:r w:rsidRPr="001A456E">
              <w:rPr>
                <w:rFonts w:ascii="Times New Roman" w:eastAsia="Times New Roman" w:hAnsi="Times New Roman" w:cs="Times New Roman"/>
                <w:bCs/>
                <w:sz w:val="28"/>
                <w:szCs w:val="28"/>
                <w:lang w:eastAsia="ru-RU"/>
              </w:rPr>
              <w:lastRenderedPageBreak/>
              <w:t>быту, природе, искусстве, творчестве людей.</w:t>
            </w:r>
          </w:p>
        </w:tc>
      </w:tr>
      <w:tr w:rsidR="001A456E" w:rsidRPr="001A456E">
        <w:trPr>
          <w:trHeight w:val="131"/>
        </w:trPr>
        <w:tc>
          <w:tcPr>
            <w:tcW w:w="2261"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851"/>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lastRenderedPageBreak/>
              <w:t xml:space="preserve">Физическое </w:t>
            </w:r>
          </w:p>
        </w:tc>
        <w:tc>
          <w:tcPr>
            <w:tcW w:w="6948"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Соблюдающий основные правила здорового и безопасного для себя и других людей образа жизни, в том числе в информационной среде.</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Ориентированный на физическое развитие, занятия физкультурой и спортом.</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Бережно относящийся к физическому здоровью и душевному состоянию своему и других людей.</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Владеющий основными навыками личной и общественной гигиены, безопасного поведения в быту, природе, обществе.</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Сознающий и принимающий свою половую принадлежность, соответствующие ей психофизические и поведенческие особенности с учетом возраста.</w:t>
            </w:r>
          </w:p>
        </w:tc>
      </w:tr>
      <w:tr w:rsidR="001A456E" w:rsidRPr="001A456E">
        <w:tc>
          <w:tcPr>
            <w:tcW w:w="2261"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851"/>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Трудовое</w:t>
            </w:r>
          </w:p>
        </w:tc>
        <w:tc>
          <w:tcPr>
            <w:tcW w:w="6948"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Сознающий ценность честного труда в жизни человека, семьи, народа, общества и государства.</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Проявляющий уважение к труду, людям труда, бережное отношение к результатам своего труда и других людей, прошлых поколений.</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Выражающий желание участвовать в различных видах доступного по возрасту труда, трудовой деятельности.</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Проявляющий интерес к разным профессиям.</w:t>
            </w:r>
          </w:p>
        </w:tc>
      </w:tr>
      <w:tr w:rsidR="001A456E" w:rsidRPr="001A456E">
        <w:tc>
          <w:tcPr>
            <w:tcW w:w="2261"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851"/>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Экологическое</w:t>
            </w:r>
          </w:p>
        </w:tc>
        <w:tc>
          <w:tcPr>
            <w:tcW w:w="6948"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Понимающий ценность природы, окружающей среды, зависимость жизни людей от природы.</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Способный правильно оценивать влияние людей, в том числе собственного поведения, на состояние природы, окружающей среды.</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Проявляющий любовь к природе, бережное отношение, неприятие действий, приносящих вред природе, особенно живым существам.</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Выражающий готовность осваивать первоначальные навыки охраны природы, окружающей среды и действовать в окружающей среде в соответствии с экологическими нормами.</w:t>
            </w:r>
          </w:p>
        </w:tc>
      </w:tr>
      <w:tr w:rsidR="001A456E" w:rsidRPr="001A456E">
        <w:tc>
          <w:tcPr>
            <w:tcW w:w="2261"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851"/>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Познавательное</w:t>
            </w:r>
          </w:p>
        </w:tc>
        <w:tc>
          <w:tcPr>
            <w:tcW w:w="6948" w:type="dxa"/>
            <w:tcBorders>
              <w:top w:val="single" w:sz="4" w:space="0" w:color="000000"/>
              <w:left w:val="single" w:sz="4" w:space="0" w:color="000000"/>
              <w:bottom w:val="single" w:sz="4" w:space="0" w:color="000000"/>
              <w:right w:val="single" w:sz="4" w:space="0" w:color="000000"/>
            </w:tcBorders>
          </w:tcPr>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Выражающий познавательные интересы, активность, инициативность, любознательность и самостоятельность в познании.</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Обладающий первоначальными представлениями о природных и социальных объектах как компонентах единого мира, многообразии объектов и явлений природы, о связи мира живой и неживой природы, о науке, научном знании, научной картине мира.</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 xml:space="preserve">Проявляющий уважение и интерес к науке, научному </w:t>
            </w:r>
            <w:r w:rsidRPr="001A456E">
              <w:rPr>
                <w:rFonts w:ascii="Times New Roman" w:eastAsia="Times New Roman" w:hAnsi="Times New Roman" w:cs="Times New Roman"/>
                <w:bCs/>
                <w:sz w:val="28"/>
                <w:szCs w:val="28"/>
                <w:lang w:eastAsia="ru-RU"/>
              </w:rPr>
              <w:lastRenderedPageBreak/>
              <w:t>знанию в разных областях.</w:t>
            </w:r>
          </w:p>
          <w:p w:rsidR="002E47B9" w:rsidRPr="001A456E" w:rsidRDefault="00BD5B97" w:rsidP="003772B6">
            <w:pPr>
              <w:widowControl w:val="0"/>
              <w:tabs>
                <w:tab w:val="left" w:pos="4"/>
                <w:tab w:val="left" w:pos="288"/>
                <w:tab w:val="left" w:pos="430"/>
              </w:tabs>
              <w:spacing w:after="0" w:line="240" w:lineRule="auto"/>
              <w:jc w:val="both"/>
              <w:rPr>
                <w:rFonts w:ascii="Times New Roman" w:eastAsia="Times New Roman" w:hAnsi="Times New Roman" w:cs="Times New Roman"/>
                <w:bCs/>
                <w:sz w:val="28"/>
                <w:szCs w:val="28"/>
                <w:lang w:eastAsia="ru-RU"/>
              </w:rPr>
            </w:pPr>
            <w:r w:rsidRPr="001A456E">
              <w:rPr>
                <w:rFonts w:ascii="Times New Roman" w:eastAsia="Times New Roman" w:hAnsi="Times New Roman" w:cs="Times New Roman"/>
                <w:bCs/>
                <w:sz w:val="28"/>
                <w:szCs w:val="28"/>
                <w:lang w:eastAsia="ru-RU"/>
              </w:rPr>
              <w:t>Обладающий первоначальными навыками исследовательской деятельности.</w:t>
            </w:r>
          </w:p>
        </w:tc>
      </w:tr>
    </w:tbl>
    <w:p w:rsidR="002E47B9" w:rsidRPr="001A456E" w:rsidRDefault="002E47B9" w:rsidP="003772B6">
      <w:pPr>
        <w:widowControl w:val="0"/>
        <w:spacing w:after="0" w:line="240" w:lineRule="auto"/>
        <w:rPr>
          <w:rFonts w:ascii="Times New Roman" w:eastAsia="Times New Roman" w:hAnsi="Times New Roman" w:cs="Times New Roman"/>
          <w:sz w:val="28"/>
          <w:szCs w:val="28"/>
        </w:rPr>
      </w:pPr>
    </w:p>
    <w:p w:rsidR="002E47B9" w:rsidRPr="001A456E" w:rsidRDefault="00BD5B97" w:rsidP="003772B6">
      <w:pPr>
        <w:spacing w:before="240" w:after="0" w:line="240" w:lineRule="auto"/>
        <w:ind w:left="120"/>
        <w:jc w:val="both"/>
        <w:rPr>
          <w:rFonts w:ascii="Times New Roman" w:hAnsi="Times New Roman" w:cs="Times New Roman"/>
          <w:b/>
          <w:sz w:val="28"/>
          <w:szCs w:val="28"/>
        </w:rPr>
      </w:pPr>
      <w:r w:rsidRPr="001A456E">
        <w:rPr>
          <w:rFonts w:ascii="Times New Roman" w:hAnsi="Times New Roman" w:cs="Times New Roman"/>
          <w:b/>
          <w:sz w:val="28"/>
          <w:szCs w:val="28"/>
        </w:rPr>
        <w:t>СОДЕРЖАНИЕ КУРСА ВНЕУРОЧНОЙ ДЕЯТЕЛЬНОСТИ</w:t>
      </w:r>
    </w:p>
    <w:p w:rsidR="002E47B9" w:rsidRPr="001A456E" w:rsidRDefault="00622968" w:rsidP="003772B6">
      <w:pPr>
        <w:widowControl w:val="0"/>
        <w:spacing w:after="0" w:line="240" w:lineRule="auto"/>
        <w:jc w:val="both"/>
        <w:rPr>
          <w:rFonts w:ascii="Times New Roman" w:eastAsia="Times New Roman" w:hAnsi="Times New Roman" w:cs="Times New Roman"/>
          <w:b/>
          <w:sz w:val="28"/>
          <w:szCs w:val="28"/>
        </w:rPr>
      </w:pPr>
      <w:bookmarkStart w:id="13" w:name="block-12510034"/>
      <w:bookmarkEnd w:id="13"/>
      <w:r w:rsidRPr="001A456E">
        <w:rPr>
          <w:rStyle w:val="c3"/>
          <w:rFonts w:ascii="Times New Roman" w:eastAsia="Times New Roman" w:hAnsi="Times New Roman" w:cs="Times New Roman"/>
          <w:sz w:val="28"/>
          <w:szCs w:val="28"/>
        </w:rPr>
        <w:t xml:space="preserve">          </w:t>
      </w:r>
      <w:r w:rsidR="00BD5B97" w:rsidRPr="001A456E">
        <w:rPr>
          <w:rStyle w:val="c3"/>
          <w:rFonts w:ascii="Times New Roman" w:eastAsia="Times New Roman" w:hAnsi="Times New Roman" w:cs="Times New Roman"/>
          <w:sz w:val="28"/>
          <w:szCs w:val="28"/>
        </w:rPr>
        <w:t>В основу курса внеурочной деятельности положен системно-деятельностный</w:t>
      </w:r>
      <w:r w:rsidR="00BD5B97" w:rsidRPr="001A456E">
        <w:rPr>
          <w:rStyle w:val="c3"/>
          <w:rFonts w:ascii="Times New Roman" w:eastAsiaTheme="majorEastAsia" w:hAnsi="Times New Roman" w:cs="Times New Roman"/>
          <w:sz w:val="28"/>
          <w:szCs w:val="28"/>
        </w:rPr>
        <w:t xml:space="preserve"> </w:t>
      </w:r>
      <w:r w:rsidR="00BD5B97" w:rsidRPr="001A456E">
        <w:rPr>
          <w:rStyle w:val="c3"/>
          <w:rFonts w:ascii="Times New Roman" w:eastAsia="Times New Roman" w:hAnsi="Times New Roman" w:cs="Times New Roman"/>
          <w:sz w:val="28"/>
          <w:szCs w:val="28"/>
        </w:rPr>
        <w:t xml:space="preserve">подход, </w:t>
      </w:r>
      <w:r w:rsidR="00BD5B97" w:rsidRPr="001A456E">
        <w:rPr>
          <w:rStyle w:val="c3"/>
          <w:rFonts w:ascii="Times New Roman" w:eastAsiaTheme="majorEastAsia" w:hAnsi="Times New Roman" w:cs="Times New Roman"/>
          <w:sz w:val="28"/>
          <w:szCs w:val="28"/>
        </w:rPr>
        <w:t>п</w:t>
      </w:r>
      <w:r w:rsidR="00BD5B97" w:rsidRPr="001A456E">
        <w:rPr>
          <w:rStyle w:val="c3"/>
          <w:rFonts w:ascii="Times New Roman" w:eastAsia="Times New Roman" w:hAnsi="Times New Roman" w:cs="Times New Roman"/>
          <w:sz w:val="28"/>
          <w:szCs w:val="28"/>
        </w:rPr>
        <w:t>озволяющий за период освоения ребенком образовательных треков (траекторий социально – коммуникационного развития) осуществить качественный переход от «социальной активности» к «социальной позиции» и «гражданской идентичности». Важно, что в названии программы заключён сущностный нравственный идеал «Орленок России».</w:t>
      </w:r>
      <w:r w:rsidR="00BD5B97" w:rsidRPr="001A456E">
        <w:rPr>
          <w:rFonts w:ascii="Times New Roman" w:eastAsia="Times New Roman" w:hAnsi="Times New Roman" w:cs="Times New Roman"/>
          <w:sz w:val="28"/>
          <w:szCs w:val="28"/>
        </w:rPr>
        <w:t xml:space="preserve"> </w:t>
      </w:r>
      <w:r w:rsidR="00BD5B97" w:rsidRPr="001A456E">
        <w:rPr>
          <w:rStyle w:val="c3"/>
          <w:rFonts w:ascii="Times New Roman" w:eastAsia="Times New Roman" w:hAnsi="Times New Roman" w:cs="Times New Roman"/>
          <w:sz w:val="28"/>
          <w:szCs w:val="28"/>
        </w:rPr>
        <w:t>Цикличность курса, где даётся возможность вернуться к ранее пройденным трекам, позволяет ребёнку, опираясь на полученный опыт, проанализировать свои действия, сделать вывод и попробовать применить этот опыт в своей жизни.</w:t>
      </w:r>
    </w:p>
    <w:p w:rsidR="002E47B9" w:rsidRPr="001A456E" w:rsidRDefault="00BD5B97" w:rsidP="003772B6">
      <w:pPr>
        <w:spacing w:before="240" w:line="240" w:lineRule="auto"/>
        <w:rPr>
          <w:rFonts w:ascii="Times New Roman" w:hAnsi="Times New Roman" w:cs="Times New Roman"/>
          <w:b/>
          <w:sz w:val="28"/>
          <w:szCs w:val="28"/>
        </w:rPr>
      </w:pPr>
      <w:r w:rsidRPr="001A456E">
        <w:rPr>
          <w:rFonts w:ascii="Times New Roman" w:eastAsia="Times New Roman" w:hAnsi="Times New Roman" w:cs="Times New Roman"/>
          <w:b/>
          <w:sz w:val="28"/>
          <w:szCs w:val="28"/>
        </w:rPr>
        <w:t>РЕЗУЛЬТАТЫ ОСВОЕНИЯ КУРСА ВНЕУРОЧНОЙ ДЕЯТЕЛЬНОСТИ</w:t>
      </w:r>
    </w:p>
    <w:p w:rsidR="002E47B9" w:rsidRPr="001A456E" w:rsidRDefault="00BD5B97" w:rsidP="003772B6">
      <w:pPr>
        <w:shd w:val="clear" w:color="auto" w:fill="FFFFFF"/>
        <w:spacing w:after="0" w:line="240" w:lineRule="auto"/>
        <w:ind w:firstLine="709"/>
        <w:jc w:val="both"/>
        <w:rPr>
          <w:rFonts w:ascii="Times New Roman" w:hAnsi="Times New Roman" w:cs="Times New Roman"/>
          <w:sz w:val="28"/>
          <w:szCs w:val="28"/>
        </w:rPr>
      </w:pPr>
      <w:r w:rsidRPr="001A456E">
        <w:rPr>
          <w:rFonts w:ascii="Times New Roman" w:eastAsia="Times New Roman" w:hAnsi="Times New Roman" w:cs="Times New Roman"/>
          <w:sz w:val="28"/>
          <w:szCs w:val="28"/>
          <w:lang w:eastAsia="ru-RU"/>
        </w:rPr>
        <w:t>В процессе обучения и воспитания у учащихся формируются познавательные, личностные, регулятивные, коммуникативные универсальные учебные действия.</w:t>
      </w:r>
    </w:p>
    <w:p w:rsidR="002E47B9" w:rsidRPr="001A456E" w:rsidRDefault="00BD5B97" w:rsidP="003772B6">
      <w:pPr>
        <w:pStyle w:val="110"/>
        <w:ind w:left="0" w:right="216" w:firstLine="709"/>
        <w:rPr>
          <w:sz w:val="28"/>
          <w:szCs w:val="28"/>
        </w:rPr>
      </w:pPr>
      <w:r w:rsidRPr="001A456E">
        <w:rPr>
          <w:sz w:val="28"/>
          <w:szCs w:val="28"/>
        </w:rPr>
        <w:t>Личностные результаты: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Гражданско-патриотическое</w:t>
      </w:r>
      <w:r w:rsidRPr="001A456E">
        <w:rPr>
          <w:rFonts w:ascii="Times New Roman" w:hAnsi="Times New Roman" w:cs="Times New Roman"/>
          <w:i/>
          <w:spacing w:val="-3"/>
          <w:sz w:val="28"/>
          <w:szCs w:val="28"/>
        </w:rPr>
        <w:t xml:space="preserve"> </w:t>
      </w:r>
      <w:r w:rsidRPr="001A456E">
        <w:rPr>
          <w:rFonts w:ascii="Times New Roman" w:hAnsi="Times New Roman" w:cs="Times New Roman"/>
          <w:i/>
          <w:sz w:val="28"/>
          <w:szCs w:val="28"/>
        </w:rPr>
        <w:t>воспитание</w:t>
      </w:r>
      <w:r w:rsidRPr="001A456E">
        <w:rPr>
          <w:rFonts w:ascii="Times New Roman" w:hAnsi="Times New Roman" w:cs="Times New Roman"/>
          <w:sz w:val="28"/>
          <w:szCs w:val="28"/>
        </w:rPr>
        <w:t>:</w:t>
      </w:r>
    </w:p>
    <w:p w:rsidR="002E47B9" w:rsidRPr="001A456E" w:rsidRDefault="00BD5B97" w:rsidP="003772B6">
      <w:pPr>
        <w:pStyle w:val="aff5"/>
        <w:numPr>
          <w:ilvl w:val="0"/>
          <w:numId w:val="4"/>
        </w:numPr>
        <w:tabs>
          <w:tab w:val="left" w:pos="1689"/>
        </w:tabs>
        <w:spacing w:line="240" w:lineRule="auto"/>
        <w:ind w:left="0" w:firstLine="709"/>
        <w:jc w:val="both"/>
        <w:rPr>
          <w:rFonts w:ascii="Times New Roman" w:hAnsi="Times New Roman"/>
          <w:sz w:val="28"/>
          <w:szCs w:val="28"/>
        </w:rPr>
      </w:pPr>
      <w:r w:rsidRPr="001A456E">
        <w:rPr>
          <w:rFonts w:ascii="Times New Roman" w:hAnsi="Times New Roman"/>
          <w:sz w:val="28"/>
          <w:szCs w:val="28"/>
        </w:rPr>
        <w:t>осознание</w:t>
      </w:r>
      <w:r w:rsidRPr="001A456E">
        <w:rPr>
          <w:rFonts w:ascii="Times New Roman" w:hAnsi="Times New Roman"/>
          <w:spacing w:val="-3"/>
          <w:sz w:val="28"/>
          <w:szCs w:val="28"/>
        </w:rPr>
        <w:t xml:space="preserve"> </w:t>
      </w:r>
      <w:r w:rsidRPr="001A456E">
        <w:rPr>
          <w:rFonts w:ascii="Times New Roman" w:hAnsi="Times New Roman"/>
          <w:sz w:val="28"/>
          <w:szCs w:val="28"/>
        </w:rPr>
        <w:t>своей</w:t>
      </w:r>
      <w:r w:rsidRPr="001A456E">
        <w:rPr>
          <w:rFonts w:ascii="Times New Roman" w:hAnsi="Times New Roman"/>
          <w:spacing w:val="-8"/>
          <w:sz w:val="28"/>
          <w:szCs w:val="28"/>
        </w:rPr>
        <w:t xml:space="preserve"> </w:t>
      </w:r>
      <w:r w:rsidRPr="001A456E">
        <w:rPr>
          <w:rFonts w:ascii="Times New Roman" w:hAnsi="Times New Roman"/>
          <w:sz w:val="28"/>
          <w:szCs w:val="28"/>
        </w:rPr>
        <w:t>этнокультурной</w:t>
      </w:r>
      <w:r w:rsidRPr="001A456E">
        <w:rPr>
          <w:rFonts w:ascii="Times New Roman" w:hAnsi="Times New Roman"/>
          <w:spacing w:val="-5"/>
          <w:sz w:val="28"/>
          <w:szCs w:val="28"/>
        </w:rPr>
        <w:t xml:space="preserve"> </w:t>
      </w:r>
      <w:r w:rsidRPr="001A456E">
        <w:rPr>
          <w:rFonts w:ascii="Times New Roman" w:hAnsi="Times New Roman"/>
          <w:sz w:val="28"/>
          <w:szCs w:val="28"/>
        </w:rPr>
        <w:t>и</w:t>
      </w:r>
      <w:r w:rsidRPr="001A456E">
        <w:rPr>
          <w:rFonts w:ascii="Times New Roman" w:hAnsi="Times New Roman"/>
          <w:spacing w:val="-4"/>
          <w:sz w:val="28"/>
          <w:szCs w:val="28"/>
        </w:rPr>
        <w:t xml:space="preserve"> </w:t>
      </w:r>
      <w:r w:rsidRPr="001A456E">
        <w:rPr>
          <w:rFonts w:ascii="Times New Roman" w:hAnsi="Times New Roman"/>
          <w:sz w:val="28"/>
          <w:szCs w:val="28"/>
        </w:rPr>
        <w:t>российской</w:t>
      </w:r>
      <w:r w:rsidRPr="001A456E">
        <w:rPr>
          <w:rFonts w:ascii="Times New Roman" w:hAnsi="Times New Roman"/>
          <w:spacing w:val="-4"/>
          <w:sz w:val="28"/>
          <w:szCs w:val="28"/>
        </w:rPr>
        <w:t xml:space="preserve"> </w:t>
      </w:r>
      <w:r w:rsidRPr="001A456E">
        <w:rPr>
          <w:rFonts w:ascii="Times New Roman" w:hAnsi="Times New Roman"/>
          <w:sz w:val="28"/>
          <w:szCs w:val="28"/>
        </w:rPr>
        <w:t>гражданской</w:t>
      </w:r>
      <w:r w:rsidRPr="001A456E">
        <w:rPr>
          <w:rFonts w:ascii="Times New Roman" w:hAnsi="Times New Roman"/>
          <w:spacing w:val="-5"/>
          <w:sz w:val="28"/>
          <w:szCs w:val="28"/>
        </w:rPr>
        <w:t xml:space="preserve"> </w:t>
      </w:r>
      <w:r w:rsidRPr="001A456E">
        <w:rPr>
          <w:rFonts w:ascii="Times New Roman" w:hAnsi="Times New Roman"/>
          <w:sz w:val="28"/>
          <w:szCs w:val="28"/>
        </w:rPr>
        <w:t>идентичности;</w:t>
      </w:r>
    </w:p>
    <w:p w:rsidR="002E47B9" w:rsidRPr="001A456E" w:rsidRDefault="00BD5B97" w:rsidP="003772B6">
      <w:pPr>
        <w:pStyle w:val="aff5"/>
        <w:numPr>
          <w:ilvl w:val="0"/>
          <w:numId w:val="4"/>
        </w:numPr>
        <w:tabs>
          <w:tab w:val="left" w:pos="1689"/>
        </w:tabs>
        <w:spacing w:line="240" w:lineRule="auto"/>
        <w:ind w:left="0" w:firstLine="709"/>
        <w:jc w:val="both"/>
        <w:rPr>
          <w:rFonts w:ascii="Times New Roman" w:hAnsi="Times New Roman"/>
          <w:sz w:val="28"/>
          <w:szCs w:val="28"/>
        </w:rPr>
      </w:pPr>
      <w:r w:rsidRPr="001A456E">
        <w:rPr>
          <w:rFonts w:ascii="Times New Roman" w:hAnsi="Times New Roman"/>
          <w:sz w:val="28"/>
          <w:szCs w:val="28"/>
        </w:rPr>
        <w:t>сопричастность</w:t>
      </w:r>
      <w:r w:rsidRPr="001A456E">
        <w:rPr>
          <w:rFonts w:ascii="Times New Roman" w:hAnsi="Times New Roman"/>
          <w:spacing w:val="-3"/>
          <w:sz w:val="28"/>
          <w:szCs w:val="28"/>
        </w:rPr>
        <w:t xml:space="preserve"> </w:t>
      </w:r>
      <w:r w:rsidRPr="001A456E">
        <w:rPr>
          <w:rFonts w:ascii="Times New Roman" w:hAnsi="Times New Roman"/>
          <w:sz w:val="28"/>
          <w:szCs w:val="28"/>
        </w:rPr>
        <w:t>к</w:t>
      </w:r>
      <w:r w:rsidRPr="001A456E">
        <w:rPr>
          <w:rFonts w:ascii="Times New Roman" w:hAnsi="Times New Roman"/>
          <w:spacing w:val="-1"/>
          <w:sz w:val="28"/>
          <w:szCs w:val="28"/>
        </w:rPr>
        <w:t xml:space="preserve"> </w:t>
      </w:r>
      <w:r w:rsidRPr="001A456E">
        <w:rPr>
          <w:rFonts w:ascii="Times New Roman" w:hAnsi="Times New Roman"/>
          <w:sz w:val="28"/>
          <w:szCs w:val="28"/>
        </w:rPr>
        <w:t>прошлому, настоящему</w:t>
      </w:r>
      <w:r w:rsidRPr="001A456E">
        <w:rPr>
          <w:rFonts w:ascii="Times New Roman" w:hAnsi="Times New Roman"/>
          <w:spacing w:val="-9"/>
          <w:sz w:val="28"/>
          <w:szCs w:val="28"/>
        </w:rPr>
        <w:t xml:space="preserve"> </w:t>
      </w:r>
      <w:r w:rsidRPr="001A456E">
        <w:rPr>
          <w:rFonts w:ascii="Times New Roman" w:hAnsi="Times New Roman"/>
          <w:sz w:val="28"/>
          <w:szCs w:val="28"/>
        </w:rPr>
        <w:t>и</w:t>
      </w:r>
      <w:r w:rsidRPr="001A456E">
        <w:rPr>
          <w:rFonts w:ascii="Times New Roman" w:hAnsi="Times New Roman"/>
          <w:spacing w:val="-2"/>
          <w:sz w:val="28"/>
          <w:szCs w:val="28"/>
        </w:rPr>
        <w:t xml:space="preserve"> </w:t>
      </w:r>
      <w:r w:rsidRPr="001A456E">
        <w:rPr>
          <w:rFonts w:ascii="Times New Roman" w:hAnsi="Times New Roman"/>
          <w:sz w:val="28"/>
          <w:szCs w:val="28"/>
        </w:rPr>
        <w:t>будущему</w:t>
      </w:r>
      <w:r w:rsidRPr="001A456E">
        <w:rPr>
          <w:rFonts w:ascii="Times New Roman" w:hAnsi="Times New Roman"/>
          <w:spacing w:val="-5"/>
          <w:sz w:val="28"/>
          <w:szCs w:val="28"/>
        </w:rPr>
        <w:t xml:space="preserve"> </w:t>
      </w:r>
      <w:r w:rsidRPr="001A456E">
        <w:rPr>
          <w:rFonts w:ascii="Times New Roman" w:hAnsi="Times New Roman"/>
          <w:sz w:val="28"/>
          <w:szCs w:val="28"/>
        </w:rPr>
        <w:t>своей</w:t>
      </w:r>
      <w:r w:rsidRPr="001A456E">
        <w:rPr>
          <w:rFonts w:ascii="Times New Roman" w:hAnsi="Times New Roman"/>
          <w:spacing w:val="-2"/>
          <w:sz w:val="28"/>
          <w:szCs w:val="28"/>
        </w:rPr>
        <w:t xml:space="preserve"> </w:t>
      </w:r>
      <w:r w:rsidRPr="001A456E">
        <w:rPr>
          <w:rFonts w:ascii="Times New Roman" w:hAnsi="Times New Roman"/>
          <w:sz w:val="28"/>
          <w:szCs w:val="28"/>
        </w:rPr>
        <w:t>страны</w:t>
      </w:r>
      <w:r w:rsidRPr="001A456E">
        <w:rPr>
          <w:rFonts w:ascii="Times New Roman" w:hAnsi="Times New Roman"/>
          <w:spacing w:val="-2"/>
          <w:sz w:val="28"/>
          <w:szCs w:val="28"/>
        </w:rPr>
        <w:t xml:space="preserve"> </w:t>
      </w:r>
      <w:r w:rsidRPr="001A456E">
        <w:rPr>
          <w:rFonts w:ascii="Times New Roman" w:hAnsi="Times New Roman"/>
          <w:sz w:val="28"/>
          <w:szCs w:val="28"/>
        </w:rPr>
        <w:t>и</w:t>
      </w:r>
      <w:r w:rsidRPr="001A456E">
        <w:rPr>
          <w:rFonts w:ascii="Times New Roman" w:hAnsi="Times New Roman"/>
          <w:spacing w:val="-2"/>
          <w:sz w:val="28"/>
          <w:szCs w:val="28"/>
        </w:rPr>
        <w:t xml:space="preserve"> </w:t>
      </w:r>
      <w:r w:rsidRPr="001A456E">
        <w:rPr>
          <w:rFonts w:ascii="Times New Roman" w:hAnsi="Times New Roman"/>
          <w:sz w:val="28"/>
          <w:szCs w:val="28"/>
        </w:rPr>
        <w:t>родного</w:t>
      </w:r>
      <w:r w:rsidRPr="001A456E">
        <w:rPr>
          <w:rFonts w:ascii="Times New Roman" w:hAnsi="Times New Roman"/>
          <w:spacing w:val="-1"/>
          <w:sz w:val="28"/>
          <w:szCs w:val="28"/>
        </w:rPr>
        <w:t xml:space="preserve"> </w:t>
      </w:r>
      <w:r w:rsidRPr="001A456E">
        <w:rPr>
          <w:rFonts w:ascii="Times New Roman" w:hAnsi="Times New Roman"/>
          <w:sz w:val="28"/>
          <w:szCs w:val="28"/>
        </w:rPr>
        <w:t>края;</w:t>
      </w:r>
    </w:p>
    <w:p w:rsidR="002E47B9" w:rsidRPr="001A456E" w:rsidRDefault="00BD5B97" w:rsidP="003772B6">
      <w:pPr>
        <w:pStyle w:val="aff5"/>
        <w:numPr>
          <w:ilvl w:val="0"/>
          <w:numId w:val="4"/>
        </w:numPr>
        <w:tabs>
          <w:tab w:val="left" w:pos="1689"/>
        </w:tabs>
        <w:spacing w:line="240" w:lineRule="auto"/>
        <w:ind w:left="0" w:right="119" w:firstLine="709"/>
        <w:jc w:val="both"/>
        <w:rPr>
          <w:rFonts w:ascii="Times New Roman" w:hAnsi="Times New Roman"/>
          <w:sz w:val="28"/>
          <w:szCs w:val="28"/>
        </w:rPr>
      </w:pPr>
      <w:r w:rsidRPr="001A456E">
        <w:rPr>
          <w:rFonts w:ascii="Times New Roman" w:hAnsi="Times New Roman"/>
          <w:sz w:val="28"/>
          <w:szCs w:val="28"/>
        </w:rPr>
        <w:t>уважение к своему и другим народам; первоначальные представления о человеке</w:t>
      </w:r>
      <w:r w:rsidRPr="001A456E">
        <w:rPr>
          <w:rFonts w:ascii="Times New Roman" w:hAnsi="Times New Roman"/>
          <w:spacing w:val="1"/>
          <w:sz w:val="28"/>
          <w:szCs w:val="28"/>
        </w:rPr>
        <w:t xml:space="preserve"> </w:t>
      </w:r>
      <w:r w:rsidRPr="001A456E">
        <w:rPr>
          <w:rFonts w:ascii="Times New Roman" w:hAnsi="Times New Roman"/>
          <w:sz w:val="28"/>
          <w:szCs w:val="28"/>
        </w:rPr>
        <w:t>как члене общества, о правах и обязанности гражданина, качествах патриота своей</w:t>
      </w:r>
      <w:r w:rsidRPr="001A456E">
        <w:rPr>
          <w:rFonts w:ascii="Times New Roman" w:hAnsi="Times New Roman"/>
          <w:spacing w:val="1"/>
          <w:sz w:val="28"/>
          <w:szCs w:val="28"/>
        </w:rPr>
        <w:t xml:space="preserve"> </w:t>
      </w:r>
      <w:r w:rsidRPr="001A456E">
        <w:rPr>
          <w:rFonts w:ascii="Times New Roman" w:hAnsi="Times New Roman"/>
          <w:sz w:val="28"/>
          <w:szCs w:val="28"/>
        </w:rPr>
        <w:t>страны.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Духовно-нравственное</w:t>
      </w:r>
      <w:r w:rsidRPr="001A456E">
        <w:rPr>
          <w:rFonts w:ascii="Times New Roman" w:hAnsi="Times New Roman" w:cs="Times New Roman"/>
          <w:i/>
          <w:spacing w:val="-4"/>
          <w:sz w:val="28"/>
          <w:szCs w:val="28"/>
        </w:rPr>
        <w:t xml:space="preserve"> </w:t>
      </w:r>
      <w:r w:rsidRPr="001A456E">
        <w:rPr>
          <w:rFonts w:ascii="Times New Roman" w:hAnsi="Times New Roman" w:cs="Times New Roman"/>
          <w:i/>
          <w:sz w:val="28"/>
          <w:szCs w:val="28"/>
        </w:rPr>
        <w:t>воспитание</w:t>
      </w:r>
      <w:r w:rsidRPr="001A456E">
        <w:rPr>
          <w:rFonts w:ascii="Times New Roman" w:hAnsi="Times New Roman" w:cs="Times New Roman"/>
          <w:sz w:val="28"/>
          <w:szCs w:val="28"/>
        </w:rPr>
        <w:t>:</w:t>
      </w:r>
    </w:p>
    <w:p w:rsidR="002E47B9" w:rsidRPr="001A456E" w:rsidRDefault="00BD5B97" w:rsidP="003772B6">
      <w:pPr>
        <w:pStyle w:val="aff5"/>
        <w:numPr>
          <w:ilvl w:val="0"/>
          <w:numId w:val="4"/>
        </w:numPr>
        <w:tabs>
          <w:tab w:val="left" w:pos="1700"/>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понимание</w:t>
      </w:r>
      <w:r w:rsidRPr="001A456E">
        <w:rPr>
          <w:rFonts w:ascii="Times New Roman" w:hAnsi="Times New Roman"/>
          <w:spacing w:val="-1"/>
          <w:sz w:val="28"/>
          <w:szCs w:val="28"/>
        </w:rPr>
        <w:t xml:space="preserve"> </w:t>
      </w:r>
      <w:r w:rsidRPr="001A456E">
        <w:rPr>
          <w:rFonts w:ascii="Times New Roman" w:hAnsi="Times New Roman"/>
          <w:sz w:val="28"/>
          <w:szCs w:val="28"/>
        </w:rPr>
        <w:t>связи</w:t>
      </w:r>
      <w:r w:rsidRPr="001A456E">
        <w:rPr>
          <w:rFonts w:ascii="Times New Roman" w:hAnsi="Times New Roman"/>
          <w:spacing w:val="-3"/>
          <w:sz w:val="28"/>
          <w:szCs w:val="28"/>
        </w:rPr>
        <w:t xml:space="preserve"> </w:t>
      </w:r>
      <w:r w:rsidRPr="001A456E">
        <w:rPr>
          <w:rFonts w:ascii="Times New Roman" w:hAnsi="Times New Roman"/>
          <w:sz w:val="28"/>
          <w:szCs w:val="28"/>
        </w:rPr>
        <w:t>человека</w:t>
      </w:r>
      <w:r w:rsidRPr="001A456E">
        <w:rPr>
          <w:rFonts w:ascii="Times New Roman" w:hAnsi="Times New Roman"/>
          <w:spacing w:val="-6"/>
          <w:sz w:val="28"/>
          <w:szCs w:val="28"/>
        </w:rPr>
        <w:t xml:space="preserve"> </w:t>
      </w:r>
      <w:r w:rsidRPr="001A456E">
        <w:rPr>
          <w:rFonts w:ascii="Times New Roman" w:hAnsi="Times New Roman"/>
          <w:sz w:val="28"/>
          <w:szCs w:val="28"/>
        </w:rPr>
        <w:t>с окружающим</w:t>
      </w:r>
      <w:r w:rsidRPr="001A456E">
        <w:rPr>
          <w:rFonts w:ascii="Times New Roman" w:hAnsi="Times New Roman"/>
          <w:spacing w:val="-3"/>
          <w:sz w:val="28"/>
          <w:szCs w:val="28"/>
        </w:rPr>
        <w:t xml:space="preserve"> </w:t>
      </w:r>
      <w:r w:rsidRPr="001A456E">
        <w:rPr>
          <w:rFonts w:ascii="Times New Roman" w:hAnsi="Times New Roman"/>
          <w:sz w:val="28"/>
          <w:szCs w:val="28"/>
        </w:rPr>
        <w:t>миром;</w:t>
      </w:r>
    </w:p>
    <w:p w:rsidR="002E47B9" w:rsidRPr="001A456E" w:rsidRDefault="00BD5B97" w:rsidP="003772B6">
      <w:pPr>
        <w:pStyle w:val="aff5"/>
        <w:numPr>
          <w:ilvl w:val="0"/>
          <w:numId w:val="4"/>
        </w:numPr>
        <w:tabs>
          <w:tab w:val="left" w:pos="1820"/>
          <w:tab w:val="left" w:pos="1821"/>
        </w:tabs>
        <w:spacing w:line="240" w:lineRule="auto"/>
        <w:ind w:left="0" w:firstLine="709"/>
        <w:jc w:val="both"/>
        <w:rPr>
          <w:rFonts w:ascii="Times New Roman" w:hAnsi="Times New Roman"/>
          <w:sz w:val="28"/>
          <w:szCs w:val="28"/>
        </w:rPr>
      </w:pPr>
      <w:r w:rsidRPr="001A456E">
        <w:rPr>
          <w:rFonts w:ascii="Times New Roman" w:hAnsi="Times New Roman"/>
          <w:sz w:val="28"/>
          <w:szCs w:val="28"/>
        </w:rPr>
        <w:t>бережное</w:t>
      </w:r>
      <w:r w:rsidRPr="001A456E">
        <w:rPr>
          <w:rFonts w:ascii="Times New Roman" w:hAnsi="Times New Roman"/>
          <w:spacing w:val="-4"/>
          <w:sz w:val="28"/>
          <w:szCs w:val="28"/>
        </w:rPr>
        <w:t xml:space="preserve"> </w:t>
      </w:r>
      <w:r w:rsidRPr="001A456E">
        <w:rPr>
          <w:rFonts w:ascii="Times New Roman" w:hAnsi="Times New Roman"/>
          <w:sz w:val="28"/>
          <w:szCs w:val="28"/>
        </w:rPr>
        <w:t>отношение</w:t>
      </w:r>
      <w:r w:rsidRPr="001A456E">
        <w:rPr>
          <w:rFonts w:ascii="Times New Roman" w:hAnsi="Times New Roman"/>
          <w:spacing w:val="-3"/>
          <w:sz w:val="28"/>
          <w:szCs w:val="28"/>
        </w:rPr>
        <w:t xml:space="preserve"> </w:t>
      </w:r>
      <w:r w:rsidRPr="001A456E">
        <w:rPr>
          <w:rFonts w:ascii="Times New Roman" w:hAnsi="Times New Roman"/>
          <w:sz w:val="28"/>
          <w:szCs w:val="28"/>
        </w:rPr>
        <w:t>к</w:t>
      </w:r>
      <w:r w:rsidRPr="001A456E">
        <w:rPr>
          <w:rFonts w:ascii="Times New Roman" w:hAnsi="Times New Roman"/>
          <w:spacing w:val="-4"/>
          <w:sz w:val="28"/>
          <w:szCs w:val="28"/>
        </w:rPr>
        <w:t xml:space="preserve"> </w:t>
      </w:r>
      <w:r w:rsidRPr="001A456E">
        <w:rPr>
          <w:rFonts w:ascii="Times New Roman" w:hAnsi="Times New Roman"/>
          <w:sz w:val="28"/>
          <w:szCs w:val="28"/>
        </w:rPr>
        <w:t>среде</w:t>
      </w:r>
      <w:r w:rsidRPr="001A456E">
        <w:rPr>
          <w:rFonts w:ascii="Times New Roman" w:hAnsi="Times New Roman"/>
          <w:spacing w:val="-3"/>
          <w:sz w:val="28"/>
          <w:szCs w:val="28"/>
        </w:rPr>
        <w:t xml:space="preserve"> </w:t>
      </w:r>
      <w:r w:rsidRPr="001A456E">
        <w:rPr>
          <w:rFonts w:ascii="Times New Roman" w:hAnsi="Times New Roman"/>
          <w:sz w:val="28"/>
          <w:szCs w:val="28"/>
        </w:rPr>
        <w:t>обитания;</w:t>
      </w:r>
    </w:p>
    <w:p w:rsidR="002E47B9" w:rsidRPr="001A456E" w:rsidRDefault="00BD5B97" w:rsidP="003772B6">
      <w:pPr>
        <w:pStyle w:val="aff5"/>
        <w:numPr>
          <w:ilvl w:val="0"/>
          <w:numId w:val="4"/>
        </w:numPr>
        <w:tabs>
          <w:tab w:val="left" w:pos="1700"/>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проявление</w:t>
      </w:r>
      <w:r w:rsidRPr="001A456E">
        <w:rPr>
          <w:rFonts w:ascii="Times New Roman" w:hAnsi="Times New Roman"/>
          <w:spacing w:val="-3"/>
          <w:sz w:val="28"/>
          <w:szCs w:val="28"/>
        </w:rPr>
        <w:t xml:space="preserve"> </w:t>
      </w:r>
      <w:r w:rsidRPr="001A456E">
        <w:rPr>
          <w:rFonts w:ascii="Times New Roman" w:hAnsi="Times New Roman"/>
          <w:sz w:val="28"/>
          <w:szCs w:val="28"/>
        </w:rPr>
        <w:t>заботы</w:t>
      </w:r>
      <w:r w:rsidRPr="001A456E">
        <w:rPr>
          <w:rFonts w:ascii="Times New Roman" w:hAnsi="Times New Roman"/>
          <w:spacing w:val="-5"/>
          <w:sz w:val="28"/>
          <w:szCs w:val="28"/>
        </w:rPr>
        <w:t xml:space="preserve"> </w:t>
      </w:r>
      <w:r w:rsidRPr="001A456E">
        <w:rPr>
          <w:rFonts w:ascii="Times New Roman" w:hAnsi="Times New Roman"/>
          <w:sz w:val="28"/>
          <w:szCs w:val="28"/>
        </w:rPr>
        <w:t>о</w:t>
      </w:r>
      <w:r w:rsidRPr="001A456E">
        <w:rPr>
          <w:rFonts w:ascii="Times New Roman" w:hAnsi="Times New Roman"/>
          <w:spacing w:val="-3"/>
          <w:sz w:val="28"/>
          <w:szCs w:val="28"/>
        </w:rPr>
        <w:t xml:space="preserve"> </w:t>
      </w:r>
      <w:r w:rsidRPr="001A456E">
        <w:rPr>
          <w:rFonts w:ascii="Times New Roman" w:hAnsi="Times New Roman"/>
          <w:sz w:val="28"/>
          <w:szCs w:val="28"/>
        </w:rPr>
        <w:t>природе;</w:t>
      </w:r>
      <w:r w:rsidRPr="001A456E">
        <w:rPr>
          <w:rFonts w:ascii="Times New Roman" w:hAnsi="Times New Roman"/>
          <w:spacing w:val="-2"/>
          <w:sz w:val="28"/>
          <w:szCs w:val="28"/>
        </w:rPr>
        <w:t xml:space="preserve"> </w:t>
      </w:r>
      <w:r w:rsidRPr="001A456E">
        <w:rPr>
          <w:rFonts w:ascii="Times New Roman" w:hAnsi="Times New Roman"/>
          <w:sz w:val="28"/>
          <w:szCs w:val="28"/>
        </w:rPr>
        <w:t>неприятие</w:t>
      </w:r>
      <w:r w:rsidRPr="001A456E">
        <w:rPr>
          <w:rFonts w:ascii="Times New Roman" w:hAnsi="Times New Roman"/>
          <w:spacing w:val="1"/>
          <w:sz w:val="28"/>
          <w:szCs w:val="28"/>
        </w:rPr>
        <w:t xml:space="preserve"> </w:t>
      </w:r>
      <w:r w:rsidRPr="001A456E">
        <w:rPr>
          <w:rFonts w:ascii="Times New Roman" w:hAnsi="Times New Roman"/>
          <w:sz w:val="28"/>
          <w:szCs w:val="28"/>
        </w:rPr>
        <w:t>действий,</w:t>
      </w:r>
      <w:r w:rsidRPr="001A456E">
        <w:rPr>
          <w:rFonts w:ascii="Times New Roman" w:hAnsi="Times New Roman"/>
          <w:spacing w:val="-3"/>
          <w:sz w:val="28"/>
          <w:szCs w:val="28"/>
        </w:rPr>
        <w:t xml:space="preserve"> </w:t>
      </w:r>
      <w:r w:rsidRPr="001A456E">
        <w:rPr>
          <w:rFonts w:ascii="Times New Roman" w:hAnsi="Times New Roman"/>
          <w:sz w:val="28"/>
          <w:szCs w:val="28"/>
        </w:rPr>
        <w:t>приносящих</w:t>
      </w:r>
      <w:r w:rsidRPr="001A456E">
        <w:rPr>
          <w:rFonts w:ascii="Times New Roman" w:hAnsi="Times New Roman"/>
          <w:spacing w:val="-4"/>
          <w:sz w:val="28"/>
          <w:szCs w:val="28"/>
        </w:rPr>
        <w:t xml:space="preserve"> </w:t>
      </w:r>
      <w:r w:rsidRPr="001A456E">
        <w:rPr>
          <w:rFonts w:ascii="Times New Roman" w:hAnsi="Times New Roman"/>
          <w:sz w:val="28"/>
          <w:szCs w:val="28"/>
        </w:rPr>
        <w:t>ей</w:t>
      </w:r>
      <w:r w:rsidRPr="001A456E">
        <w:rPr>
          <w:rFonts w:ascii="Times New Roman" w:hAnsi="Times New Roman"/>
          <w:spacing w:val="-4"/>
          <w:sz w:val="28"/>
          <w:szCs w:val="28"/>
        </w:rPr>
        <w:t xml:space="preserve"> </w:t>
      </w:r>
      <w:r w:rsidRPr="001A456E">
        <w:rPr>
          <w:rFonts w:ascii="Times New Roman" w:hAnsi="Times New Roman"/>
          <w:sz w:val="28"/>
          <w:szCs w:val="28"/>
        </w:rPr>
        <w:t>вред.</w:t>
      </w:r>
    </w:p>
    <w:p w:rsidR="002E47B9" w:rsidRPr="001A456E" w:rsidRDefault="00BD5B97" w:rsidP="003772B6">
      <w:pPr>
        <w:pStyle w:val="aff5"/>
        <w:numPr>
          <w:ilvl w:val="0"/>
          <w:numId w:val="4"/>
        </w:numPr>
        <w:tabs>
          <w:tab w:val="left" w:pos="1700"/>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признание</w:t>
      </w:r>
      <w:r w:rsidRPr="001A456E">
        <w:rPr>
          <w:rFonts w:ascii="Times New Roman" w:hAnsi="Times New Roman"/>
          <w:spacing w:val="-4"/>
          <w:sz w:val="28"/>
          <w:szCs w:val="28"/>
        </w:rPr>
        <w:t xml:space="preserve"> </w:t>
      </w:r>
      <w:r w:rsidRPr="001A456E">
        <w:rPr>
          <w:rFonts w:ascii="Times New Roman" w:hAnsi="Times New Roman"/>
          <w:sz w:val="28"/>
          <w:szCs w:val="28"/>
        </w:rPr>
        <w:t>индивидуальности</w:t>
      </w:r>
      <w:r w:rsidRPr="001A456E">
        <w:rPr>
          <w:rFonts w:ascii="Times New Roman" w:hAnsi="Times New Roman"/>
          <w:spacing w:val="-5"/>
          <w:sz w:val="28"/>
          <w:szCs w:val="28"/>
        </w:rPr>
        <w:t xml:space="preserve"> </w:t>
      </w:r>
      <w:r w:rsidRPr="001A456E">
        <w:rPr>
          <w:rFonts w:ascii="Times New Roman" w:hAnsi="Times New Roman"/>
          <w:sz w:val="28"/>
          <w:szCs w:val="28"/>
        </w:rPr>
        <w:t>каждого</w:t>
      </w:r>
      <w:r w:rsidRPr="001A456E">
        <w:rPr>
          <w:rFonts w:ascii="Times New Roman" w:hAnsi="Times New Roman"/>
          <w:spacing w:val="-4"/>
          <w:sz w:val="28"/>
          <w:szCs w:val="28"/>
        </w:rPr>
        <w:t xml:space="preserve"> </w:t>
      </w:r>
      <w:r w:rsidRPr="001A456E">
        <w:rPr>
          <w:rFonts w:ascii="Times New Roman" w:hAnsi="Times New Roman"/>
          <w:sz w:val="28"/>
          <w:szCs w:val="28"/>
        </w:rPr>
        <w:t>человека;</w:t>
      </w:r>
    </w:p>
    <w:p w:rsidR="002E47B9" w:rsidRPr="001A456E" w:rsidRDefault="00BD5B97" w:rsidP="003772B6">
      <w:pPr>
        <w:pStyle w:val="aff5"/>
        <w:numPr>
          <w:ilvl w:val="0"/>
          <w:numId w:val="4"/>
        </w:numPr>
        <w:tabs>
          <w:tab w:val="left" w:pos="1700"/>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проявление</w:t>
      </w:r>
      <w:r w:rsidRPr="001A456E">
        <w:rPr>
          <w:rFonts w:ascii="Times New Roman" w:hAnsi="Times New Roman"/>
          <w:spacing w:val="-5"/>
          <w:sz w:val="28"/>
          <w:szCs w:val="28"/>
        </w:rPr>
        <w:t xml:space="preserve"> </w:t>
      </w:r>
      <w:r w:rsidRPr="001A456E">
        <w:rPr>
          <w:rFonts w:ascii="Times New Roman" w:hAnsi="Times New Roman"/>
          <w:sz w:val="28"/>
          <w:szCs w:val="28"/>
        </w:rPr>
        <w:t>сопереживания,</w:t>
      </w:r>
      <w:r w:rsidRPr="001A456E">
        <w:rPr>
          <w:rFonts w:ascii="Times New Roman" w:hAnsi="Times New Roman"/>
          <w:spacing w:val="-3"/>
          <w:sz w:val="28"/>
          <w:szCs w:val="28"/>
        </w:rPr>
        <w:t xml:space="preserve"> </w:t>
      </w:r>
      <w:r w:rsidRPr="001A456E">
        <w:rPr>
          <w:rFonts w:ascii="Times New Roman" w:hAnsi="Times New Roman"/>
          <w:sz w:val="28"/>
          <w:szCs w:val="28"/>
        </w:rPr>
        <w:t>уважения</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7"/>
          <w:sz w:val="28"/>
          <w:szCs w:val="28"/>
        </w:rPr>
        <w:t xml:space="preserve"> </w:t>
      </w:r>
      <w:r w:rsidRPr="001A456E">
        <w:rPr>
          <w:rFonts w:ascii="Times New Roman" w:hAnsi="Times New Roman"/>
          <w:sz w:val="28"/>
          <w:szCs w:val="28"/>
        </w:rPr>
        <w:t>доброжелательности;</w:t>
      </w:r>
    </w:p>
    <w:p w:rsidR="002E47B9" w:rsidRPr="001A456E" w:rsidRDefault="00BD5B97" w:rsidP="003772B6">
      <w:pPr>
        <w:pStyle w:val="aff5"/>
        <w:numPr>
          <w:ilvl w:val="0"/>
          <w:numId w:val="4"/>
        </w:numPr>
        <w:tabs>
          <w:tab w:val="left" w:pos="1700"/>
          <w:tab w:val="left" w:pos="1701"/>
        </w:tabs>
        <w:spacing w:line="240" w:lineRule="auto"/>
        <w:ind w:left="0" w:right="500" w:firstLine="709"/>
        <w:jc w:val="both"/>
        <w:rPr>
          <w:rFonts w:ascii="Times New Roman" w:hAnsi="Times New Roman"/>
          <w:sz w:val="28"/>
          <w:szCs w:val="28"/>
        </w:rPr>
      </w:pPr>
      <w:r w:rsidRPr="001A456E">
        <w:rPr>
          <w:rFonts w:ascii="Times New Roman" w:hAnsi="Times New Roman"/>
          <w:sz w:val="28"/>
          <w:szCs w:val="28"/>
        </w:rPr>
        <w:t>неприятие</w:t>
      </w:r>
      <w:r w:rsidRPr="001A456E">
        <w:rPr>
          <w:rFonts w:ascii="Times New Roman" w:hAnsi="Times New Roman"/>
          <w:spacing w:val="-4"/>
          <w:sz w:val="28"/>
          <w:szCs w:val="28"/>
        </w:rPr>
        <w:t xml:space="preserve"> </w:t>
      </w:r>
      <w:r w:rsidRPr="001A456E">
        <w:rPr>
          <w:rFonts w:ascii="Times New Roman" w:hAnsi="Times New Roman"/>
          <w:sz w:val="28"/>
          <w:szCs w:val="28"/>
        </w:rPr>
        <w:t>любых</w:t>
      </w:r>
      <w:r w:rsidRPr="001A456E">
        <w:rPr>
          <w:rFonts w:ascii="Times New Roman" w:hAnsi="Times New Roman"/>
          <w:spacing w:val="-4"/>
          <w:sz w:val="28"/>
          <w:szCs w:val="28"/>
        </w:rPr>
        <w:t xml:space="preserve"> </w:t>
      </w:r>
      <w:r w:rsidRPr="001A456E">
        <w:rPr>
          <w:rFonts w:ascii="Times New Roman" w:hAnsi="Times New Roman"/>
          <w:sz w:val="28"/>
          <w:szCs w:val="28"/>
        </w:rPr>
        <w:t>форм</w:t>
      </w:r>
      <w:r w:rsidRPr="001A456E">
        <w:rPr>
          <w:rFonts w:ascii="Times New Roman" w:hAnsi="Times New Roman"/>
          <w:spacing w:val="-3"/>
          <w:sz w:val="28"/>
          <w:szCs w:val="28"/>
        </w:rPr>
        <w:t xml:space="preserve"> </w:t>
      </w:r>
      <w:r w:rsidRPr="001A456E">
        <w:rPr>
          <w:rFonts w:ascii="Times New Roman" w:hAnsi="Times New Roman"/>
          <w:sz w:val="28"/>
          <w:szCs w:val="28"/>
        </w:rPr>
        <w:t>поведения,</w:t>
      </w:r>
      <w:r w:rsidRPr="001A456E">
        <w:rPr>
          <w:rFonts w:ascii="Times New Roman" w:hAnsi="Times New Roman"/>
          <w:spacing w:val="-4"/>
          <w:sz w:val="28"/>
          <w:szCs w:val="28"/>
        </w:rPr>
        <w:t xml:space="preserve"> </w:t>
      </w:r>
      <w:r w:rsidRPr="001A456E">
        <w:rPr>
          <w:rFonts w:ascii="Times New Roman" w:hAnsi="Times New Roman"/>
          <w:sz w:val="28"/>
          <w:szCs w:val="28"/>
        </w:rPr>
        <w:t>направленных</w:t>
      </w:r>
      <w:r w:rsidRPr="001A456E">
        <w:rPr>
          <w:rFonts w:ascii="Times New Roman" w:hAnsi="Times New Roman"/>
          <w:spacing w:val="-4"/>
          <w:sz w:val="28"/>
          <w:szCs w:val="28"/>
        </w:rPr>
        <w:t xml:space="preserve"> </w:t>
      </w:r>
      <w:r w:rsidRPr="001A456E">
        <w:rPr>
          <w:rFonts w:ascii="Times New Roman" w:hAnsi="Times New Roman"/>
          <w:sz w:val="28"/>
          <w:szCs w:val="28"/>
        </w:rPr>
        <w:t>на</w:t>
      </w:r>
      <w:r w:rsidRPr="001A456E">
        <w:rPr>
          <w:rFonts w:ascii="Times New Roman" w:hAnsi="Times New Roman"/>
          <w:spacing w:val="-3"/>
          <w:sz w:val="28"/>
          <w:szCs w:val="28"/>
        </w:rPr>
        <w:t xml:space="preserve"> </w:t>
      </w:r>
      <w:r w:rsidRPr="001A456E">
        <w:rPr>
          <w:rFonts w:ascii="Times New Roman" w:hAnsi="Times New Roman"/>
          <w:sz w:val="28"/>
          <w:szCs w:val="28"/>
        </w:rPr>
        <w:t>причинение</w:t>
      </w:r>
      <w:r w:rsidRPr="001A456E">
        <w:rPr>
          <w:rFonts w:ascii="Times New Roman" w:hAnsi="Times New Roman"/>
          <w:spacing w:val="-3"/>
          <w:sz w:val="28"/>
          <w:szCs w:val="28"/>
        </w:rPr>
        <w:t xml:space="preserve"> </w:t>
      </w:r>
      <w:r w:rsidRPr="001A456E">
        <w:rPr>
          <w:rFonts w:ascii="Times New Roman" w:hAnsi="Times New Roman"/>
          <w:sz w:val="28"/>
          <w:szCs w:val="28"/>
        </w:rPr>
        <w:t>физического</w:t>
      </w:r>
      <w:r w:rsidRPr="001A456E">
        <w:rPr>
          <w:rFonts w:ascii="Times New Roman" w:hAnsi="Times New Roman"/>
          <w:spacing w:val="-8"/>
          <w:sz w:val="28"/>
          <w:szCs w:val="28"/>
        </w:rPr>
        <w:t xml:space="preserve"> </w:t>
      </w:r>
      <w:r w:rsidRPr="001A456E">
        <w:rPr>
          <w:rFonts w:ascii="Times New Roman" w:hAnsi="Times New Roman"/>
          <w:sz w:val="28"/>
          <w:szCs w:val="28"/>
        </w:rPr>
        <w:t>и</w:t>
      </w:r>
      <w:r w:rsidRPr="001A456E">
        <w:rPr>
          <w:rFonts w:ascii="Times New Roman" w:hAnsi="Times New Roman"/>
          <w:spacing w:val="-57"/>
          <w:sz w:val="28"/>
          <w:szCs w:val="28"/>
        </w:rPr>
        <w:t xml:space="preserve"> </w:t>
      </w:r>
      <w:r w:rsidRPr="001A456E">
        <w:rPr>
          <w:rFonts w:ascii="Times New Roman" w:hAnsi="Times New Roman"/>
          <w:sz w:val="28"/>
          <w:szCs w:val="28"/>
        </w:rPr>
        <w:t>морального</w:t>
      </w:r>
      <w:r w:rsidRPr="001A456E">
        <w:rPr>
          <w:rFonts w:ascii="Times New Roman" w:hAnsi="Times New Roman"/>
          <w:spacing w:val="-1"/>
          <w:sz w:val="28"/>
          <w:szCs w:val="28"/>
        </w:rPr>
        <w:t xml:space="preserve"> </w:t>
      </w:r>
      <w:r w:rsidRPr="001A456E">
        <w:rPr>
          <w:rFonts w:ascii="Times New Roman" w:hAnsi="Times New Roman"/>
          <w:sz w:val="28"/>
          <w:szCs w:val="28"/>
        </w:rPr>
        <w:t>вреда</w:t>
      </w:r>
      <w:r w:rsidRPr="001A456E">
        <w:rPr>
          <w:rFonts w:ascii="Times New Roman" w:hAnsi="Times New Roman"/>
          <w:spacing w:val="-3"/>
          <w:sz w:val="28"/>
          <w:szCs w:val="28"/>
        </w:rPr>
        <w:t xml:space="preserve"> </w:t>
      </w:r>
      <w:r w:rsidRPr="001A456E">
        <w:rPr>
          <w:rFonts w:ascii="Times New Roman" w:hAnsi="Times New Roman"/>
          <w:sz w:val="28"/>
          <w:szCs w:val="28"/>
        </w:rPr>
        <w:t>другим</w:t>
      </w:r>
      <w:r w:rsidRPr="001A456E">
        <w:rPr>
          <w:rFonts w:ascii="Times New Roman" w:hAnsi="Times New Roman"/>
          <w:spacing w:val="-1"/>
          <w:sz w:val="28"/>
          <w:szCs w:val="28"/>
        </w:rPr>
        <w:t xml:space="preserve"> </w:t>
      </w:r>
      <w:r w:rsidRPr="001A456E">
        <w:rPr>
          <w:rFonts w:ascii="Times New Roman" w:hAnsi="Times New Roman"/>
          <w:sz w:val="28"/>
          <w:szCs w:val="28"/>
        </w:rPr>
        <w:t>людям;</w:t>
      </w:r>
    </w:p>
    <w:p w:rsidR="002E47B9" w:rsidRPr="001A456E" w:rsidRDefault="00BD5B97" w:rsidP="003772B6">
      <w:pPr>
        <w:pStyle w:val="aff5"/>
        <w:numPr>
          <w:ilvl w:val="0"/>
          <w:numId w:val="4"/>
        </w:numPr>
        <w:tabs>
          <w:tab w:val="left" w:pos="1700"/>
          <w:tab w:val="left" w:pos="1701"/>
        </w:tabs>
        <w:spacing w:line="240" w:lineRule="auto"/>
        <w:ind w:left="0" w:right="683" w:firstLine="709"/>
        <w:jc w:val="both"/>
        <w:rPr>
          <w:rFonts w:ascii="Times New Roman" w:hAnsi="Times New Roman"/>
          <w:sz w:val="28"/>
          <w:szCs w:val="28"/>
        </w:rPr>
      </w:pPr>
      <w:r w:rsidRPr="001A456E">
        <w:rPr>
          <w:rFonts w:ascii="Times New Roman" w:hAnsi="Times New Roman"/>
          <w:sz w:val="28"/>
          <w:szCs w:val="28"/>
        </w:rPr>
        <w:t>выполнение</w:t>
      </w:r>
      <w:r w:rsidRPr="001A456E">
        <w:rPr>
          <w:rFonts w:ascii="Times New Roman" w:hAnsi="Times New Roman"/>
          <w:spacing w:val="-5"/>
          <w:sz w:val="28"/>
          <w:szCs w:val="28"/>
        </w:rPr>
        <w:t xml:space="preserve"> </w:t>
      </w:r>
      <w:r w:rsidRPr="001A456E">
        <w:rPr>
          <w:rFonts w:ascii="Times New Roman" w:hAnsi="Times New Roman"/>
          <w:sz w:val="28"/>
          <w:szCs w:val="28"/>
        </w:rPr>
        <w:t>нравственно-этических</w:t>
      </w:r>
      <w:r w:rsidRPr="001A456E">
        <w:rPr>
          <w:rFonts w:ascii="Times New Roman" w:hAnsi="Times New Roman"/>
          <w:spacing w:val="-5"/>
          <w:sz w:val="28"/>
          <w:szCs w:val="28"/>
        </w:rPr>
        <w:t xml:space="preserve"> </w:t>
      </w:r>
      <w:r w:rsidRPr="001A456E">
        <w:rPr>
          <w:rFonts w:ascii="Times New Roman" w:hAnsi="Times New Roman"/>
          <w:sz w:val="28"/>
          <w:szCs w:val="28"/>
        </w:rPr>
        <w:t>норм</w:t>
      </w:r>
      <w:r w:rsidRPr="001A456E">
        <w:rPr>
          <w:rFonts w:ascii="Times New Roman" w:hAnsi="Times New Roman"/>
          <w:spacing w:val="-6"/>
          <w:sz w:val="28"/>
          <w:szCs w:val="28"/>
        </w:rPr>
        <w:t xml:space="preserve"> </w:t>
      </w:r>
      <w:r w:rsidRPr="001A456E">
        <w:rPr>
          <w:rFonts w:ascii="Times New Roman" w:hAnsi="Times New Roman"/>
          <w:sz w:val="28"/>
          <w:szCs w:val="28"/>
        </w:rPr>
        <w:t>поведения</w:t>
      </w:r>
      <w:r w:rsidRPr="001A456E">
        <w:rPr>
          <w:rFonts w:ascii="Times New Roman" w:hAnsi="Times New Roman"/>
          <w:spacing w:val="-4"/>
          <w:sz w:val="28"/>
          <w:szCs w:val="28"/>
        </w:rPr>
        <w:t xml:space="preserve"> </w:t>
      </w:r>
      <w:r w:rsidRPr="001A456E">
        <w:rPr>
          <w:rFonts w:ascii="Times New Roman" w:hAnsi="Times New Roman"/>
          <w:sz w:val="28"/>
          <w:szCs w:val="28"/>
        </w:rPr>
        <w:t>и</w:t>
      </w:r>
      <w:r w:rsidRPr="001A456E">
        <w:rPr>
          <w:rFonts w:ascii="Times New Roman" w:hAnsi="Times New Roman"/>
          <w:spacing w:val="-6"/>
          <w:sz w:val="28"/>
          <w:szCs w:val="28"/>
        </w:rPr>
        <w:t xml:space="preserve"> </w:t>
      </w:r>
      <w:r w:rsidRPr="001A456E">
        <w:rPr>
          <w:rFonts w:ascii="Times New Roman" w:hAnsi="Times New Roman"/>
          <w:sz w:val="28"/>
          <w:szCs w:val="28"/>
        </w:rPr>
        <w:t>правил</w:t>
      </w:r>
      <w:r w:rsidRPr="001A456E">
        <w:rPr>
          <w:rFonts w:ascii="Times New Roman" w:hAnsi="Times New Roman"/>
          <w:spacing w:val="-6"/>
          <w:sz w:val="28"/>
          <w:szCs w:val="28"/>
        </w:rPr>
        <w:t xml:space="preserve"> </w:t>
      </w:r>
      <w:r w:rsidRPr="001A456E">
        <w:rPr>
          <w:rFonts w:ascii="Times New Roman" w:hAnsi="Times New Roman"/>
          <w:sz w:val="28"/>
          <w:szCs w:val="28"/>
        </w:rPr>
        <w:t>межличностных</w:t>
      </w:r>
      <w:r w:rsidRPr="001A456E">
        <w:rPr>
          <w:rFonts w:ascii="Times New Roman" w:hAnsi="Times New Roman"/>
          <w:spacing w:val="-57"/>
          <w:sz w:val="28"/>
          <w:szCs w:val="28"/>
        </w:rPr>
        <w:t xml:space="preserve"> </w:t>
      </w:r>
      <w:r w:rsidRPr="001A456E">
        <w:rPr>
          <w:rFonts w:ascii="Times New Roman" w:hAnsi="Times New Roman"/>
          <w:sz w:val="28"/>
          <w:szCs w:val="28"/>
        </w:rPr>
        <w:t>отношений.</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Эстетическое</w:t>
      </w:r>
      <w:r w:rsidRPr="001A456E">
        <w:rPr>
          <w:rFonts w:ascii="Times New Roman" w:hAnsi="Times New Roman" w:cs="Times New Roman"/>
          <w:i/>
          <w:spacing w:val="-1"/>
          <w:sz w:val="28"/>
          <w:szCs w:val="28"/>
        </w:rPr>
        <w:t xml:space="preserve"> </w:t>
      </w:r>
      <w:r w:rsidRPr="001A456E">
        <w:rPr>
          <w:rFonts w:ascii="Times New Roman" w:hAnsi="Times New Roman" w:cs="Times New Roman"/>
          <w:i/>
          <w:sz w:val="28"/>
          <w:szCs w:val="28"/>
        </w:rPr>
        <w:t>воспитание</w:t>
      </w:r>
      <w:r w:rsidRPr="001A456E">
        <w:rPr>
          <w:rFonts w:ascii="Times New Roman" w:hAnsi="Times New Roman" w:cs="Times New Roman"/>
          <w:sz w:val="28"/>
          <w:szCs w:val="28"/>
        </w:rPr>
        <w:t>:</w:t>
      </w:r>
    </w:p>
    <w:p w:rsidR="002E47B9" w:rsidRPr="001A456E" w:rsidRDefault="00BD5B97" w:rsidP="003772B6">
      <w:pPr>
        <w:pStyle w:val="aff5"/>
        <w:numPr>
          <w:ilvl w:val="0"/>
          <w:numId w:val="4"/>
        </w:numPr>
        <w:tabs>
          <w:tab w:val="left" w:pos="1700"/>
          <w:tab w:val="left" w:pos="1701"/>
        </w:tabs>
        <w:spacing w:line="240" w:lineRule="auto"/>
        <w:ind w:left="0" w:right="101" w:firstLine="709"/>
        <w:jc w:val="both"/>
        <w:rPr>
          <w:rFonts w:ascii="Times New Roman" w:hAnsi="Times New Roman"/>
          <w:sz w:val="28"/>
          <w:szCs w:val="28"/>
        </w:rPr>
      </w:pPr>
      <w:r w:rsidRPr="001A456E">
        <w:rPr>
          <w:rFonts w:ascii="Times New Roman" w:hAnsi="Times New Roman"/>
          <w:sz w:val="28"/>
          <w:szCs w:val="28"/>
        </w:rPr>
        <w:lastRenderedPageBreak/>
        <w:t>уважительное</w:t>
      </w:r>
      <w:r w:rsidRPr="001A456E">
        <w:rPr>
          <w:rFonts w:ascii="Times New Roman" w:hAnsi="Times New Roman"/>
          <w:spacing w:val="-5"/>
          <w:sz w:val="28"/>
          <w:szCs w:val="28"/>
        </w:rPr>
        <w:t xml:space="preserve"> </w:t>
      </w:r>
      <w:r w:rsidRPr="001A456E">
        <w:rPr>
          <w:rFonts w:ascii="Times New Roman" w:hAnsi="Times New Roman"/>
          <w:sz w:val="28"/>
          <w:szCs w:val="28"/>
        </w:rPr>
        <w:t>отношение</w:t>
      </w:r>
      <w:r w:rsidRPr="001A456E">
        <w:rPr>
          <w:rFonts w:ascii="Times New Roman" w:hAnsi="Times New Roman"/>
          <w:spacing w:val="-3"/>
          <w:sz w:val="28"/>
          <w:szCs w:val="28"/>
        </w:rPr>
        <w:t xml:space="preserve"> </w:t>
      </w:r>
      <w:r w:rsidRPr="001A456E">
        <w:rPr>
          <w:rFonts w:ascii="Times New Roman" w:hAnsi="Times New Roman"/>
          <w:sz w:val="28"/>
          <w:szCs w:val="28"/>
        </w:rPr>
        <w:t>и</w:t>
      </w:r>
      <w:r w:rsidRPr="001A456E">
        <w:rPr>
          <w:rFonts w:ascii="Times New Roman" w:hAnsi="Times New Roman"/>
          <w:spacing w:val="-5"/>
          <w:sz w:val="28"/>
          <w:szCs w:val="28"/>
        </w:rPr>
        <w:t xml:space="preserve"> </w:t>
      </w:r>
      <w:r w:rsidRPr="001A456E">
        <w:rPr>
          <w:rFonts w:ascii="Times New Roman" w:hAnsi="Times New Roman"/>
          <w:sz w:val="28"/>
          <w:szCs w:val="28"/>
        </w:rPr>
        <w:t>интерес</w:t>
      </w:r>
      <w:r w:rsidRPr="001A456E">
        <w:rPr>
          <w:rFonts w:ascii="Times New Roman" w:hAnsi="Times New Roman"/>
          <w:spacing w:val="-4"/>
          <w:sz w:val="28"/>
          <w:szCs w:val="28"/>
        </w:rPr>
        <w:t xml:space="preserve"> </w:t>
      </w:r>
      <w:r w:rsidRPr="001A456E">
        <w:rPr>
          <w:rFonts w:ascii="Times New Roman" w:hAnsi="Times New Roman"/>
          <w:sz w:val="28"/>
          <w:szCs w:val="28"/>
        </w:rPr>
        <w:t>к</w:t>
      </w:r>
      <w:r w:rsidRPr="001A456E">
        <w:rPr>
          <w:rFonts w:ascii="Times New Roman" w:hAnsi="Times New Roman"/>
          <w:spacing w:val="-4"/>
          <w:sz w:val="28"/>
          <w:szCs w:val="28"/>
        </w:rPr>
        <w:t xml:space="preserve"> </w:t>
      </w:r>
      <w:r w:rsidRPr="001A456E">
        <w:rPr>
          <w:rFonts w:ascii="Times New Roman" w:hAnsi="Times New Roman"/>
          <w:sz w:val="28"/>
          <w:szCs w:val="28"/>
        </w:rPr>
        <w:t>художественной</w:t>
      </w:r>
      <w:r w:rsidRPr="001A456E">
        <w:rPr>
          <w:rFonts w:ascii="Times New Roman" w:hAnsi="Times New Roman"/>
          <w:spacing w:val="-4"/>
          <w:sz w:val="28"/>
          <w:szCs w:val="28"/>
        </w:rPr>
        <w:t xml:space="preserve"> </w:t>
      </w:r>
      <w:r w:rsidRPr="001A456E">
        <w:rPr>
          <w:rFonts w:ascii="Times New Roman" w:hAnsi="Times New Roman"/>
          <w:sz w:val="28"/>
          <w:szCs w:val="28"/>
        </w:rPr>
        <w:t>культуре,</w:t>
      </w:r>
      <w:r w:rsidRPr="001A456E">
        <w:rPr>
          <w:rFonts w:ascii="Times New Roman" w:hAnsi="Times New Roman"/>
          <w:spacing w:val="-5"/>
          <w:sz w:val="28"/>
          <w:szCs w:val="28"/>
        </w:rPr>
        <w:t xml:space="preserve"> </w:t>
      </w:r>
      <w:r w:rsidRPr="001A456E">
        <w:rPr>
          <w:rFonts w:ascii="Times New Roman" w:hAnsi="Times New Roman"/>
          <w:sz w:val="28"/>
          <w:szCs w:val="28"/>
        </w:rPr>
        <w:t>восприимчивость</w:t>
      </w:r>
      <w:r w:rsidRPr="001A456E">
        <w:rPr>
          <w:rFonts w:ascii="Times New Roman" w:hAnsi="Times New Roman"/>
          <w:spacing w:val="-6"/>
          <w:sz w:val="28"/>
          <w:szCs w:val="28"/>
        </w:rPr>
        <w:t xml:space="preserve"> </w:t>
      </w:r>
      <w:r w:rsidRPr="001A456E">
        <w:rPr>
          <w:rFonts w:ascii="Times New Roman" w:hAnsi="Times New Roman"/>
          <w:sz w:val="28"/>
          <w:szCs w:val="28"/>
        </w:rPr>
        <w:t>к</w:t>
      </w:r>
      <w:r w:rsidRPr="001A456E">
        <w:rPr>
          <w:rFonts w:ascii="Times New Roman" w:hAnsi="Times New Roman"/>
          <w:spacing w:val="-57"/>
          <w:sz w:val="28"/>
          <w:szCs w:val="28"/>
        </w:rPr>
        <w:t xml:space="preserve"> </w:t>
      </w:r>
      <w:r w:rsidRPr="001A456E">
        <w:rPr>
          <w:rFonts w:ascii="Times New Roman" w:hAnsi="Times New Roman"/>
          <w:sz w:val="28"/>
          <w:szCs w:val="28"/>
        </w:rPr>
        <w:t>разным</w:t>
      </w:r>
      <w:r w:rsidRPr="001A456E">
        <w:rPr>
          <w:rFonts w:ascii="Times New Roman" w:hAnsi="Times New Roman"/>
          <w:spacing w:val="-1"/>
          <w:sz w:val="28"/>
          <w:szCs w:val="28"/>
        </w:rPr>
        <w:t xml:space="preserve"> </w:t>
      </w:r>
      <w:r w:rsidRPr="001A456E">
        <w:rPr>
          <w:rFonts w:ascii="Times New Roman" w:hAnsi="Times New Roman"/>
          <w:sz w:val="28"/>
          <w:szCs w:val="28"/>
        </w:rPr>
        <w:t>видам</w:t>
      </w:r>
      <w:r w:rsidRPr="001A456E">
        <w:rPr>
          <w:rFonts w:ascii="Times New Roman" w:hAnsi="Times New Roman"/>
          <w:spacing w:val="-1"/>
          <w:sz w:val="28"/>
          <w:szCs w:val="28"/>
        </w:rPr>
        <w:t xml:space="preserve"> </w:t>
      </w:r>
      <w:r w:rsidRPr="001A456E">
        <w:rPr>
          <w:rFonts w:ascii="Times New Roman" w:hAnsi="Times New Roman"/>
          <w:sz w:val="28"/>
          <w:szCs w:val="28"/>
        </w:rPr>
        <w:t>искусства,</w:t>
      </w:r>
      <w:r w:rsidRPr="001A456E">
        <w:rPr>
          <w:rFonts w:ascii="Times New Roman" w:hAnsi="Times New Roman"/>
          <w:spacing w:val="-1"/>
          <w:sz w:val="28"/>
          <w:szCs w:val="28"/>
        </w:rPr>
        <w:t xml:space="preserve"> </w:t>
      </w:r>
      <w:r w:rsidRPr="001A456E">
        <w:rPr>
          <w:rFonts w:ascii="Times New Roman" w:hAnsi="Times New Roman"/>
          <w:sz w:val="28"/>
          <w:szCs w:val="28"/>
        </w:rPr>
        <w:t>традициям</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2"/>
          <w:sz w:val="28"/>
          <w:szCs w:val="28"/>
        </w:rPr>
        <w:t xml:space="preserve"> </w:t>
      </w:r>
      <w:r w:rsidRPr="001A456E">
        <w:rPr>
          <w:rFonts w:ascii="Times New Roman" w:hAnsi="Times New Roman"/>
          <w:sz w:val="28"/>
          <w:szCs w:val="28"/>
        </w:rPr>
        <w:t>творчеству</w:t>
      </w:r>
      <w:r w:rsidRPr="001A456E">
        <w:rPr>
          <w:rFonts w:ascii="Times New Roman" w:hAnsi="Times New Roman"/>
          <w:spacing w:val="-8"/>
          <w:sz w:val="28"/>
          <w:szCs w:val="28"/>
        </w:rPr>
        <w:t xml:space="preserve"> </w:t>
      </w:r>
      <w:r w:rsidRPr="001A456E">
        <w:rPr>
          <w:rFonts w:ascii="Times New Roman" w:hAnsi="Times New Roman"/>
          <w:sz w:val="28"/>
          <w:szCs w:val="28"/>
        </w:rPr>
        <w:t>своего</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2"/>
          <w:sz w:val="28"/>
          <w:szCs w:val="28"/>
        </w:rPr>
        <w:t xml:space="preserve"> </w:t>
      </w:r>
      <w:r w:rsidRPr="001A456E">
        <w:rPr>
          <w:rFonts w:ascii="Times New Roman" w:hAnsi="Times New Roman"/>
          <w:sz w:val="28"/>
          <w:szCs w:val="28"/>
        </w:rPr>
        <w:t>других</w:t>
      </w:r>
      <w:r w:rsidRPr="001A456E">
        <w:rPr>
          <w:rFonts w:ascii="Times New Roman" w:hAnsi="Times New Roman"/>
          <w:spacing w:val="-2"/>
          <w:sz w:val="28"/>
          <w:szCs w:val="28"/>
        </w:rPr>
        <w:t xml:space="preserve"> </w:t>
      </w:r>
      <w:r w:rsidRPr="001A456E">
        <w:rPr>
          <w:rFonts w:ascii="Times New Roman" w:hAnsi="Times New Roman"/>
          <w:sz w:val="28"/>
          <w:szCs w:val="28"/>
        </w:rPr>
        <w:t>народов;</w:t>
      </w:r>
    </w:p>
    <w:p w:rsidR="002E47B9" w:rsidRPr="001A456E" w:rsidRDefault="00BD5B97" w:rsidP="003772B6">
      <w:pPr>
        <w:pStyle w:val="aff5"/>
        <w:numPr>
          <w:ilvl w:val="0"/>
          <w:numId w:val="4"/>
        </w:numPr>
        <w:tabs>
          <w:tab w:val="left" w:pos="1700"/>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стремление</w:t>
      </w:r>
      <w:r w:rsidRPr="001A456E">
        <w:rPr>
          <w:rFonts w:ascii="Times New Roman" w:hAnsi="Times New Roman"/>
          <w:spacing w:val="-1"/>
          <w:sz w:val="28"/>
          <w:szCs w:val="28"/>
        </w:rPr>
        <w:t xml:space="preserve"> </w:t>
      </w:r>
      <w:r w:rsidRPr="001A456E">
        <w:rPr>
          <w:rFonts w:ascii="Times New Roman" w:hAnsi="Times New Roman"/>
          <w:sz w:val="28"/>
          <w:szCs w:val="28"/>
        </w:rPr>
        <w:t>к</w:t>
      </w:r>
      <w:r w:rsidRPr="001A456E">
        <w:rPr>
          <w:rFonts w:ascii="Times New Roman" w:hAnsi="Times New Roman"/>
          <w:spacing w:val="-3"/>
          <w:sz w:val="28"/>
          <w:szCs w:val="28"/>
        </w:rPr>
        <w:t xml:space="preserve"> </w:t>
      </w:r>
      <w:r w:rsidRPr="001A456E">
        <w:rPr>
          <w:rFonts w:ascii="Times New Roman" w:hAnsi="Times New Roman"/>
          <w:sz w:val="28"/>
          <w:szCs w:val="28"/>
        </w:rPr>
        <w:t>самовыражению</w:t>
      </w:r>
      <w:r w:rsidRPr="001A456E">
        <w:rPr>
          <w:rFonts w:ascii="Times New Roman" w:hAnsi="Times New Roman"/>
          <w:spacing w:val="-3"/>
          <w:sz w:val="28"/>
          <w:szCs w:val="28"/>
        </w:rPr>
        <w:t xml:space="preserve"> </w:t>
      </w:r>
      <w:r w:rsidRPr="001A456E">
        <w:rPr>
          <w:rFonts w:ascii="Times New Roman" w:hAnsi="Times New Roman"/>
          <w:sz w:val="28"/>
          <w:szCs w:val="28"/>
        </w:rPr>
        <w:t>в</w:t>
      </w:r>
      <w:r w:rsidRPr="001A456E">
        <w:rPr>
          <w:rFonts w:ascii="Times New Roman" w:hAnsi="Times New Roman"/>
          <w:spacing w:val="-5"/>
          <w:sz w:val="28"/>
          <w:szCs w:val="28"/>
        </w:rPr>
        <w:t xml:space="preserve"> </w:t>
      </w:r>
      <w:r w:rsidRPr="001A456E">
        <w:rPr>
          <w:rFonts w:ascii="Times New Roman" w:hAnsi="Times New Roman"/>
          <w:sz w:val="28"/>
          <w:szCs w:val="28"/>
        </w:rPr>
        <w:t>разных</w:t>
      </w:r>
      <w:r w:rsidRPr="001A456E">
        <w:rPr>
          <w:rFonts w:ascii="Times New Roman" w:hAnsi="Times New Roman"/>
          <w:spacing w:val="-3"/>
          <w:sz w:val="28"/>
          <w:szCs w:val="28"/>
        </w:rPr>
        <w:t xml:space="preserve"> </w:t>
      </w:r>
      <w:r w:rsidRPr="001A456E">
        <w:rPr>
          <w:rFonts w:ascii="Times New Roman" w:hAnsi="Times New Roman"/>
          <w:sz w:val="28"/>
          <w:szCs w:val="28"/>
        </w:rPr>
        <w:t>видах</w:t>
      </w:r>
      <w:r w:rsidRPr="001A456E">
        <w:rPr>
          <w:rFonts w:ascii="Times New Roman" w:hAnsi="Times New Roman"/>
          <w:spacing w:val="-3"/>
          <w:sz w:val="28"/>
          <w:szCs w:val="28"/>
        </w:rPr>
        <w:t xml:space="preserve"> </w:t>
      </w:r>
      <w:r w:rsidRPr="001A456E">
        <w:rPr>
          <w:rFonts w:ascii="Times New Roman" w:hAnsi="Times New Roman"/>
          <w:sz w:val="28"/>
          <w:szCs w:val="28"/>
        </w:rPr>
        <w:t>художественной</w:t>
      </w:r>
      <w:r w:rsidRPr="001A456E">
        <w:rPr>
          <w:rFonts w:ascii="Times New Roman" w:hAnsi="Times New Roman"/>
          <w:spacing w:val="-3"/>
          <w:sz w:val="28"/>
          <w:szCs w:val="28"/>
        </w:rPr>
        <w:t xml:space="preserve"> </w:t>
      </w:r>
      <w:r w:rsidRPr="001A456E">
        <w:rPr>
          <w:rFonts w:ascii="Times New Roman" w:hAnsi="Times New Roman"/>
          <w:sz w:val="28"/>
          <w:szCs w:val="28"/>
        </w:rPr>
        <w:t>деятельности.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Физическое</w:t>
      </w:r>
      <w:r w:rsidRPr="001A456E">
        <w:rPr>
          <w:rFonts w:ascii="Times New Roman" w:hAnsi="Times New Roman" w:cs="Times New Roman"/>
          <w:i/>
          <w:spacing w:val="-1"/>
          <w:sz w:val="28"/>
          <w:szCs w:val="28"/>
        </w:rPr>
        <w:t xml:space="preserve"> </w:t>
      </w:r>
      <w:r w:rsidRPr="001A456E">
        <w:rPr>
          <w:rFonts w:ascii="Times New Roman" w:hAnsi="Times New Roman" w:cs="Times New Roman"/>
          <w:i/>
          <w:sz w:val="28"/>
          <w:szCs w:val="28"/>
        </w:rPr>
        <w:t>воспитание,</w:t>
      </w:r>
      <w:r w:rsidRPr="001A456E">
        <w:rPr>
          <w:rFonts w:ascii="Times New Roman" w:hAnsi="Times New Roman" w:cs="Times New Roman"/>
          <w:i/>
          <w:spacing w:val="-2"/>
          <w:sz w:val="28"/>
          <w:szCs w:val="28"/>
        </w:rPr>
        <w:t xml:space="preserve"> </w:t>
      </w:r>
      <w:r w:rsidRPr="001A456E">
        <w:rPr>
          <w:rFonts w:ascii="Times New Roman" w:hAnsi="Times New Roman" w:cs="Times New Roman"/>
          <w:i/>
          <w:sz w:val="28"/>
          <w:szCs w:val="28"/>
        </w:rPr>
        <w:t>культура</w:t>
      </w:r>
      <w:r w:rsidRPr="001A456E">
        <w:rPr>
          <w:rFonts w:ascii="Times New Roman" w:hAnsi="Times New Roman" w:cs="Times New Roman"/>
          <w:i/>
          <w:spacing w:val="-2"/>
          <w:sz w:val="28"/>
          <w:szCs w:val="28"/>
        </w:rPr>
        <w:t xml:space="preserve"> </w:t>
      </w:r>
      <w:r w:rsidRPr="001A456E">
        <w:rPr>
          <w:rFonts w:ascii="Times New Roman" w:hAnsi="Times New Roman" w:cs="Times New Roman"/>
          <w:i/>
          <w:sz w:val="28"/>
          <w:szCs w:val="28"/>
        </w:rPr>
        <w:t>здоровья</w:t>
      </w:r>
      <w:r w:rsidRPr="001A456E">
        <w:rPr>
          <w:rFonts w:ascii="Times New Roman" w:hAnsi="Times New Roman" w:cs="Times New Roman"/>
          <w:i/>
          <w:spacing w:val="-2"/>
          <w:sz w:val="28"/>
          <w:szCs w:val="28"/>
        </w:rPr>
        <w:t xml:space="preserve"> </w:t>
      </w:r>
      <w:r w:rsidRPr="001A456E">
        <w:rPr>
          <w:rFonts w:ascii="Times New Roman" w:hAnsi="Times New Roman" w:cs="Times New Roman"/>
          <w:i/>
          <w:sz w:val="28"/>
          <w:szCs w:val="28"/>
        </w:rPr>
        <w:t>и</w:t>
      </w:r>
      <w:r w:rsidRPr="001A456E">
        <w:rPr>
          <w:rFonts w:ascii="Times New Roman" w:hAnsi="Times New Roman" w:cs="Times New Roman"/>
          <w:i/>
          <w:spacing w:val="-2"/>
          <w:sz w:val="28"/>
          <w:szCs w:val="28"/>
        </w:rPr>
        <w:t xml:space="preserve"> </w:t>
      </w:r>
      <w:r w:rsidRPr="001A456E">
        <w:rPr>
          <w:rFonts w:ascii="Times New Roman" w:hAnsi="Times New Roman" w:cs="Times New Roman"/>
          <w:i/>
          <w:sz w:val="28"/>
          <w:szCs w:val="28"/>
        </w:rPr>
        <w:t>эмоционального</w:t>
      </w:r>
      <w:r w:rsidRPr="001A456E">
        <w:rPr>
          <w:rFonts w:ascii="Times New Roman" w:hAnsi="Times New Roman" w:cs="Times New Roman"/>
          <w:i/>
          <w:spacing w:val="1"/>
          <w:sz w:val="28"/>
          <w:szCs w:val="28"/>
        </w:rPr>
        <w:t xml:space="preserve"> </w:t>
      </w:r>
      <w:r w:rsidRPr="001A456E">
        <w:rPr>
          <w:rFonts w:ascii="Times New Roman" w:hAnsi="Times New Roman" w:cs="Times New Roman"/>
          <w:i/>
          <w:sz w:val="28"/>
          <w:szCs w:val="28"/>
        </w:rPr>
        <w:t>благополучия</w:t>
      </w:r>
      <w:r w:rsidRPr="001A456E">
        <w:rPr>
          <w:rFonts w:ascii="Times New Roman" w:hAnsi="Times New Roman" w:cs="Times New Roman"/>
          <w:sz w:val="28"/>
          <w:szCs w:val="28"/>
        </w:rPr>
        <w:t>:</w:t>
      </w:r>
    </w:p>
    <w:p w:rsidR="002E47B9" w:rsidRPr="001A456E" w:rsidRDefault="00BD5B97" w:rsidP="003772B6">
      <w:pPr>
        <w:pStyle w:val="aff5"/>
        <w:numPr>
          <w:ilvl w:val="0"/>
          <w:numId w:val="4"/>
        </w:numPr>
        <w:tabs>
          <w:tab w:val="left" w:pos="1701"/>
        </w:tabs>
        <w:spacing w:line="240" w:lineRule="auto"/>
        <w:ind w:left="0" w:right="680" w:firstLine="709"/>
        <w:jc w:val="both"/>
        <w:rPr>
          <w:rFonts w:ascii="Times New Roman" w:hAnsi="Times New Roman"/>
          <w:sz w:val="28"/>
          <w:szCs w:val="28"/>
        </w:rPr>
      </w:pPr>
      <w:r w:rsidRPr="001A456E">
        <w:rPr>
          <w:rFonts w:ascii="Times New Roman" w:hAnsi="Times New Roman"/>
          <w:sz w:val="28"/>
          <w:szCs w:val="28"/>
        </w:rPr>
        <w:t>соблюдение правил здорового и безопасного (для себя и других людей) образа</w:t>
      </w:r>
      <w:r w:rsidRPr="001A456E">
        <w:rPr>
          <w:rFonts w:ascii="Times New Roman" w:hAnsi="Times New Roman"/>
          <w:spacing w:val="-58"/>
          <w:sz w:val="28"/>
          <w:szCs w:val="28"/>
        </w:rPr>
        <w:t xml:space="preserve"> </w:t>
      </w:r>
      <w:r w:rsidRPr="001A456E">
        <w:rPr>
          <w:rFonts w:ascii="Times New Roman" w:hAnsi="Times New Roman"/>
          <w:sz w:val="28"/>
          <w:szCs w:val="28"/>
        </w:rPr>
        <w:t>жизни</w:t>
      </w:r>
      <w:r w:rsidRPr="001A456E">
        <w:rPr>
          <w:rFonts w:ascii="Times New Roman" w:hAnsi="Times New Roman"/>
          <w:spacing w:val="-2"/>
          <w:sz w:val="28"/>
          <w:szCs w:val="28"/>
        </w:rPr>
        <w:t xml:space="preserve"> </w:t>
      </w:r>
      <w:r w:rsidRPr="001A456E">
        <w:rPr>
          <w:rFonts w:ascii="Times New Roman" w:hAnsi="Times New Roman"/>
          <w:sz w:val="28"/>
          <w:szCs w:val="28"/>
        </w:rPr>
        <w:t>в</w:t>
      </w:r>
      <w:r w:rsidRPr="001A456E">
        <w:rPr>
          <w:rFonts w:ascii="Times New Roman" w:hAnsi="Times New Roman"/>
          <w:spacing w:val="-2"/>
          <w:sz w:val="28"/>
          <w:szCs w:val="28"/>
        </w:rPr>
        <w:t xml:space="preserve"> </w:t>
      </w:r>
      <w:r w:rsidRPr="001A456E">
        <w:rPr>
          <w:rFonts w:ascii="Times New Roman" w:hAnsi="Times New Roman"/>
          <w:sz w:val="28"/>
          <w:szCs w:val="28"/>
        </w:rPr>
        <w:t>окружающей</w:t>
      </w:r>
      <w:r w:rsidRPr="001A456E">
        <w:rPr>
          <w:rFonts w:ascii="Times New Roman" w:hAnsi="Times New Roman"/>
          <w:spacing w:val="-1"/>
          <w:sz w:val="28"/>
          <w:szCs w:val="28"/>
        </w:rPr>
        <w:t xml:space="preserve"> </w:t>
      </w:r>
      <w:r w:rsidRPr="001A456E">
        <w:rPr>
          <w:rFonts w:ascii="Times New Roman" w:hAnsi="Times New Roman"/>
          <w:sz w:val="28"/>
          <w:szCs w:val="28"/>
        </w:rPr>
        <w:t>среде</w:t>
      </w:r>
      <w:r w:rsidRPr="001A456E">
        <w:rPr>
          <w:rFonts w:ascii="Times New Roman" w:hAnsi="Times New Roman"/>
          <w:spacing w:val="1"/>
          <w:sz w:val="28"/>
          <w:szCs w:val="28"/>
        </w:rPr>
        <w:t xml:space="preserve"> </w:t>
      </w:r>
      <w:r w:rsidRPr="001A456E">
        <w:rPr>
          <w:rFonts w:ascii="Times New Roman" w:hAnsi="Times New Roman"/>
          <w:sz w:val="28"/>
          <w:szCs w:val="28"/>
        </w:rPr>
        <w:t>(в</w:t>
      </w:r>
      <w:r w:rsidRPr="001A456E">
        <w:rPr>
          <w:rFonts w:ascii="Times New Roman" w:hAnsi="Times New Roman"/>
          <w:spacing w:val="-2"/>
          <w:sz w:val="28"/>
          <w:szCs w:val="28"/>
        </w:rPr>
        <w:t xml:space="preserve"> </w:t>
      </w:r>
      <w:r w:rsidRPr="001A456E">
        <w:rPr>
          <w:rFonts w:ascii="Times New Roman" w:hAnsi="Times New Roman"/>
          <w:sz w:val="28"/>
          <w:szCs w:val="28"/>
        </w:rPr>
        <w:t>том</w:t>
      </w:r>
      <w:r w:rsidRPr="001A456E">
        <w:rPr>
          <w:rFonts w:ascii="Times New Roman" w:hAnsi="Times New Roman"/>
          <w:spacing w:val="-1"/>
          <w:sz w:val="28"/>
          <w:szCs w:val="28"/>
        </w:rPr>
        <w:t xml:space="preserve"> </w:t>
      </w:r>
      <w:r w:rsidRPr="001A456E">
        <w:rPr>
          <w:rFonts w:ascii="Times New Roman" w:hAnsi="Times New Roman"/>
          <w:sz w:val="28"/>
          <w:szCs w:val="28"/>
        </w:rPr>
        <w:t>числе</w:t>
      </w:r>
      <w:r w:rsidRPr="001A456E">
        <w:rPr>
          <w:rFonts w:ascii="Times New Roman" w:hAnsi="Times New Roman"/>
          <w:spacing w:val="1"/>
          <w:sz w:val="28"/>
          <w:szCs w:val="28"/>
        </w:rPr>
        <w:t xml:space="preserve"> </w:t>
      </w:r>
      <w:r w:rsidRPr="001A456E">
        <w:rPr>
          <w:rFonts w:ascii="Times New Roman" w:hAnsi="Times New Roman"/>
          <w:sz w:val="28"/>
          <w:szCs w:val="28"/>
        </w:rPr>
        <w:t>информационной);</w:t>
      </w:r>
    </w:p>
    <w:p w:rsidR="002E47B9" w:rsidRPr="001A456E" w:rsidRDefault="00BD5B97" w:rsidP="003772B6">
      <w:pPr>
        <w:pStyle w:val="aff5"/>
        <w:numPr>
          <w:ilvl w:val="0"/>
          <w:numId w:val="4"/>
        </w:numPr>
        <w:tabs>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бережное</w:t>
      </w:r>
      <w:r w:rsidRPr="001A456E">
        <w:rPr>
          <w:rFonts w:ascii="Times New Roman" w:hAnsi="Times New Roman"/>
          <w:spacing w:val="-2"/>
          <w:sz w:val="28"/>
          <w:szCs w:val="28"/>
        </w:rPr>
        <w:t xml:space="preserve"> </w:t>
      </w:r>
      <w:r w:rsidRPr="001A456E">
        <w:rPr>
          <w:rFonts w:ascii="Times New Roman" w:hAnsi="Times New Roman"/>
          <w:sz w:val="28"/>
          <w:szCs w:val="28"/>
        </w:rPr>
        <w:t>отношение к</w:t>
      </w:r>
      <w:r w:rsidRPr="001A456E">
        <w:rPr>
          <w:rFonts w:ascii="Times New Roman" w:hAnsi="Times New Roman"/>
          <w:spacing w:val="-2"/>
          <w:sz w:val="28"/>
          <w:szCs w:val="28"/>
        </w:rPr>
        <w:t xml:space="preserve"> </w:t>
      </w:r>
      <w:r w:rsidRPr="001A456E">
        <w:rPr>
          <w:rFonts w:ascii="Times New Roman" w:hAnsi="Times New Roman"/>
          <w:sz w:val="28"/>
          <w:szCs w:val="28"/>
        </w:rPr>
        <w:t>физическому</w:t>
      </w:r>
      <w:r w:rsidRPr="001A456E">
        <w:rPr>
          <w:rFonts w:ascii="Times New Roman" w:hAnsi="Times New Roman"/>
          <w:spacing w:val="-9"/>
          <w:sz w:val="28"/>
          <w:szCs w:val="28"/>
        </w:rPr>
        <w:t xml:space="preserve"> </w:t>
      </w:r>
      <w:r w:rsidRPr="001A456E">
        <w:rPr>
          <w:rFonts w:ascii="Times New Roman" w:hAnsi="Times New Roman"/>
          <w:sz w:val="28"/>
          <w:szCs w:val="28"/>
        </w:rPr>
        <w:t>и</w:t>
      </w:r>
      <w:r w:rsidRPr="001A456E">
        <w:rPr>
          <w:rFonts w:ascii="Times New Roman" w:hAnsi="Times New Roman"/>
          <w:spacing w:val="2"/>
          <w:sz w:val="28"/>
          <w:szCs w:val="28"/>
        </w:rPr>
        <w:t xml:space="preserve"> </w:t>
      </w:r>
      <w:r w:rsidRPr="001A456E">
        <w:rPr>
          <w:rFonts w:ascii="Times New Roman" w:hAnsi="Times New Roman"/>
          <w:sz w:val="28"/>
          <w:szCs w:val="28"/>
        </w:rPr>
        <w:t>психическому</w:t>
      </w:r>
      <w:r w:rsidRPr="001A456E">
        <w:rPr>
          <w:rFonts w:ascii="Times New Roman" w:hAnsi="Times New Roman"/>
          <w:spacing w:val="-10"/>
          <w:sz w:val="28"/>
          <w:szCs w:val="28"/>
        </w:rPr>
        <w:t xml:space="preserve"> </w:t>
      </w:r>
      <w:r w:rsidRPr="001A456E">
        <w:rPr>
          <w:rFonts w:ascii="Times New Roman" w:hAnsi="Times New Roman"/>
          <w:sz w:val="28"/>
          <w:szCs w:val="28"/>
        </w:rPr>
        <w:t>здоровью.</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Трудовое</w:t>
      </w:r>
      <w:r w:rsidRPr="001A456E">
        <w:rPr>
          <w:rFonts w:ascii="Times New Roman" w:hAnsi="Times New Roman" w:cs="Times New Roman"/>
          <w:i/>
          <w:spacing w:val="-3"/>
          <w:sz w:val="28"/>
          <w:szCs w:val="28"/>
        </w:rPr>
        <w:t xml:space="preserve"> </w:t>
      </w:r>
      <w:r w:rsidRPr="001A456E">
        <w:rPr>
          <w:rFonts w:ascii="Times New Roman" w:hAnsi="Times New Roman" w:cs="Times New Roman"/>
          <w:i/>
          <w:sz w:val="28"/>
          <w:szCs w:val="28"/>
        </w:rPr>
        <w:t>воспитание</w:t>
      </w:r>
      <w:r w:rsidRPr="001A456E">
        <w:rPr>
          <w:rFonts w:ascii="Times New Roman" w:hAnsi="Times New Roman" w:cs="Times New Roman"/>
          <w:sz w:val="28"/>
          <w:szCs w:val="28"/>
        </w:rPr>
        <w:t>:</w:t>
      </w:r>
    </w:p>
    <w:p w:rsidR="002E47B9" w:rsidRPr="001A456E" w:rsidRDefault="00BD5B97" w:rsidP="003772B6">
      <w:pPr>
        <w:pStyle w:val="aff"/>
        <w:ind w:right="121" w:firstLine="709"/>
        <w:jc w:val="both"/>
        <w:rPr>
          <w:rFonts w:ascii="Times New Roman" w:hAnsi="Times New Roman"/>
          <w:sz w:val="28"/>
          <w:szCs w:val="28"/>
        </w:rPr>
      </w:pPr>
      <w:r w:rsidRPr="001A456E">
        <w:rPr>
          <w:rFonts w:ascii="Times New Roman" w:hAnsi="Times New Roman"/>
          <w:sz w:val="28"/>
          <w:szCs w:val="28"/>
        </w:rPr>
        <w:t>–</w:t>
      </w:r>
      <w:r w:rsidRPr="001A456E">
        <w:rPr>
          <w:rFonts w:ascii="Times New Roman" w:hAnsi="Times New Roman"/>
          <w:spacing w:val="1"/>
          <w:sz w:val="28"/>
          <w:szCs w:val="28"/>
        </w:rPr>
        <w:t xml:space="preserve"> </w:t>
      </w:r>
      <w:r w:rsidRPr="001A456E">
        <w:rPr>
          <w:rFonts w:ascii="Times New Roman" w:hAnsi="Times New Roman"/>
          <w:sz w:val="28"/>
          <w:szCs w:val="28"/>
        </w:rPr>
        <w:t>осознание</w:t>
      </w:r>
      <w:r w:rsidRPr="001A456E">
        <w:rPr>
          <w:rFonts w:ascii="Times New Roman" w:hAnsi="Times New Roman"/>
          <w:spacing w:val="1"/>
          <w:sz w:val="28"/>
          <w:szCs w:val="28"/>
        </w:rPr>
        <w:t xml:space="preserve"> </w:t>
      </w:r>
      <w:r w:rsidRPr="001A456E">
        <w:rPr>
          <w:rFonts w:ascii="Times New Roman" w:hAnsi="Times New Roman"/>
          <w:sz w:val="28"/>
          <w:szCs w:val="28"/>
        </w:rPr>
        <w:t>ценности</w:t>
      </w:r>
      <w:r w:rsidRPr="001A456E">
        <w:rPr>
          <w:rFonts w:ascii="Times New Roman" w:hAnsi="Times New Roman"/>
          <w:spacing w:val="1"/>
          <w:sz w:val="28"/>
          <w:szCs w:val="28"/>
        </w:rPr>
        <w:t xml:space="preserve"> </w:t>
      </w:r>
      <w:r w:rsidRPr="001A456E">
        <w:rPr>
          <w:rFonts w:ascii="Times New Roman" w:hAnsi="Times New Roman"/>
          <w:sz w:val="28"/>
          <w:szCs w:val="28"/>
        </w:rPr>
        <w:t>труда</w:t>
      </w:r>
      <w:r w:rsidRPr="001A456E">
        <w:rPr>
          <w:rFonts w:ascii="Times New Roman" w:hAnsi="Times New Roman"/>
          <w:spacing w:val="1"/>
          <w:sz w:val="28"/>
          <w:szCs w:val="28"/>
        </w:rPr>
        <w:t xml:space="preserve"> </w:t>
      </w:r>
      <w:r w:rsidRPr="001A456E">
        <w:rPr>
          <w:rFonts w:ascii="Times New Roman" w:hAnsi="Times New Roman"/>
          <w:sz w:val="28"/>
          <w:szCs w:val="28"/>
        </w:rPr>
        <w:t>в</w:t>
      </w:r>
      <w:r w:rsidRPr="001A456E">
        <w:rPr>
          <w:rFonts w:ascii="Times New Roman" w:hAnsi="Times New Roman"/>
          <w:spacing w:val="1"/>
          <w:sz w:val="28"/>
          <w:szCs w:val="28"/>
        </w:rPr>
        <w:t xml:space="preserve"> </w:t>
      </w:r>
      <w:r w:rsidRPr="001A456E">
        <w:rPr>
          <w:rFonts w:ascii="Times New Roman" w:hAnsi="Times New Roman"/>
          <w:sz w:val="28"/>
          <w:szCs w:val="28"/>
        </w:rPr>
        <w:t>жизни</w:t>
      </w:r>
      <w:r w:rsidRPr="001A456E">
        <w:rPr>
          <w:rFonts w:ascii="Times New Roman" w:hAnsi="Times New Roman"/>
          <w:spacing w:val="1"/>
          <w:sz w:val="28"/>
          <w:szCs w:val="28"/>
        </w:rPr>
        <w:t xml:space="preserve"> </w:t>
      </w:r>
      <w:r w:rsidRPr="001A456E">
        <w:rPr>
          <w:rFonts w:ascii="Times New Roman" w:hAnsi="Times New Roman"/>
          <w:sz w:val="28"/>
          <w:szCs w:val="28"/>
        </w:rPr>
        <w:t>человека</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общества,</w:t>
      </w:r>
      <w:r w:rsidRPr="001A456E">
        <w:rPr>
          <w:rFonts w:ascii="Times New Roman" w:hAnsi="Times New Roman"/>
          <w:spacing w:val="1"/>
          <w:sz w:val="28"/>
          <w:szCs w:val="28"/>
        </w:rPr>
        <w:t xml:space="preserve"> </w:t>
      </w:r>
      <w:r w:rsidRPr="001A456E">
        <w:rPr>
          <w:rFonts w:ascii="Times New Roman" w:hAnsi="Times New Roman"/>
          <w:sz w:val="28"/>
          <w:szCs w:val="28"/>
        </w:rPr>
        <w:t>ответственное</w:t>
      </w:r>
      <w:r w:rsidRPr="001A456E">
        <w:rPr>
          <w:rFonts w:ascii="Times New Roman" w:hAnsi="Times New Roman"/>
          <w:spacing w:val="1"/>
          <w:sz w:val="28"/>
          <w:szCs w:val="28"/>
        </w:rPr>
        <w:t xml:space="preserve"> </w:t>
      </w:r>
      <w:r w:rsidRPr="001A456E">
        <w:rPr>
          <w:rFonts w:ascii="Times New Roman" w:hAnsi="Times New Roman"/>
          <w:sz w:val="28"/>
          <w:szCs w:val="28"/>
        </w:rPr>
        <w:t>потребление и бережное отношение к результатам труда, интерес к различным</w:t>
      </w:r>
      <w:r w:rsidRPr="001A456E">
        <w:rPr>
          <w:rFonts w:ascii="Times New Roman" w:hAnsi="Times New Roman"/>
          <w:spacing w:val="1"/>
          <w:sz w:val="28"/>
          <w:szCs w:val="28"/>
        </w:rPr>
        <w:t xml:space="preserve"> </w:t>
      </w:r>
      <w:r w:rsidRPr="001A456E">
        <w:rPr>
          <w:rFonts w:ascii="Times New Roman" w:hAnsi="Times New Roman"/>
          <w:sz w:val="28"/>
          <w:szCs w:val="28"/>
        </w:rPr>
        <w:t>профессиям.</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Экологическое</w:t>
      </w:r>
      <w:r w:rsidRPr="001A456E">
        <w:rPr>
          <w:rFonts w:ascii="Times New Roman" w:hAnsi="Times New Roman" w:cs="Times New Roman"/>
          <w:i/>
          <w:spacing w:val="-1"/>
          <w:sz w:val="28"/>
          <w:szCs w:val="28"/>
        </w:rPr>
        <w:t xml:space="preserve"> </w:t>
      </w:r>
      <w:r w:rsidRPr="001A456E">
        <w:rPr>
          <w:rFonts w:ascii="Times New Roman" w:hAnsi="Times New Roman" w:cs="Times New Roman"/>
          <w:i/>
          <w:sz w:val="28"/>
          <w:szCs w:val="28"/>
        </w:rPr>
        <w:t>воспитание:</w:t>
      </w:r>
    </w:p>
    <w:p w:rsidR="002E47B9" w:rsidRPr="001A456E" w:rsidRDefault="00BD5B97" w:rsidP="003772B6">
      <w:pPr>
        <w:pStyle w:val="aff5"/>
        <w:numPr>
          <w:ilvl w:val="0"/>
          <w:numId w:val="4"/>
        </w:numPr>
        <w:tabs>
          <w:tab w:val="left" w:pos="1700"/>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бережное</w:t>
      </w:r>
      <w:r w:rsidRPr="001A456E">
        <w:rPr>
          <w:rFonts w:ascii="Times New Roman" w:hAnsi="Times New Roman"/>
          <w:spacing w:val="-3"/>
          <w:sz w:val="28"/>
          <w:szCs w:val="28"/>
        </w:rPr>
        <w:t xml:space="preserve"> </w:t>
      </w:r>
      <w:r w:rsidRPr="001A456E">
        <w:rPr>
          <w:rFonts w:ascii="Times New Roman" w:hAnsi="Times New Roman"/>
          <w:sz w:val="28"/>
          <w:szCs w:val="28"/>
        </w:rPr>
        <w:t>отношение</w:t>
      </w:r>
      <w:r w:rsidRPr="001A456E">
        <w:rPr>
          <w:rFonts w:ascii="Times New Roman" w:hAnsi="Times New Roman"/>
          <w:spacing w:val="-1"/>
          <w:sz w:val="28"/>
          <w:szCs w:val="28"/>
        </w:rPr>
        <w:t xml:space="preserve"> </w:t>
      </w:r>
      <w:r w:rsidRPr="001A456E">
        <w:rPr>
          <w:rFonts w:ascii="Times New Roman" w:hAnsi="Times New Roman"/>
          <w:sz w:val="28"/>
          <w:szCs w:val="28"/>
        </w:rPr>
        <w:t>к</w:t>
      </w:r>
      <w:r w:rsidRPr="001A456E">
        <w:rPr>
          <w:rFonts w:ascii="Times New Roman" w:hAnsi="Times New Roman"/>
          <w:spacing w:val="-2"/>
          <w:sz w:val="28"/>
          <w:szCs w:val="28"/>
        </w:rPr>
        <w:t xml:space="preserve"> </w:t>
      </w:r>
      <w:r w:rsidRPr="001A456E">
        <w:rPr>
          <w:rFonts w:ascii="Times New Roman" w:hAnsi="Times New Roman"/>
          <w:sz w:val="28"/>
          <w:szCs w:val="28"/>
        </w:rPr>
        <w:t>природе;</w:t>
      </w:r>
    </w:p>
    <w:p w:rsidR="002E47B9" w:rsidRPr="001A456E" w:rsidRDefault="00BD5B97" w:rsidP="003772B6">
      <w:pPr>
        <w:pStyle w:val="aff5"/>
        <w:numPr>
          <w:ilvl w:val="0"/>
          <w:numId w:val="4"/>
        </w:numPr>
        <w:tabs>
          <w:tab w:val="left" w:pos="1700"/>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неприятие</w:t>
      </w:r>
      <w:r w:rsidRPr="001A456E">
        <w:rPr>
          <w:rFonts w:ascii="Times New Roman" w:hAnsi="Times New Roman"/>
          <w:spacing w:val="-4"/>
          <w:sz w:val="28"/>
          <w:szCs w:val="28"/>
        </w:rPr>
        <w:t xml:space="preserve"> </w:t>
      </w:r>
      <w:r w:rsidRPr="001A456E">
        <w:rPr>
          <w:rFonts w:ascii="Times New Roman" w:hAnsi="Times New Roman"/>
          <w:sz w:val="28"/>
          <w:szCs w:val="28"/>
        </w:rPr>
        <w:t>действий,</w:t>
      </w:r>
      <w:r w:rsidRPr="001A456E">
        <w:rPr>
          <w:rFonts w:ascii="Times New Roman" w:hAnsi="Times New Roman"/>
          <w:spacing w:val="-3"/>
          <w:sz w:val="28"/>
          <w:szCs w:val="28"/>
        </w:rPr>
        <w:t xml:space="preserve"> </w:t>
      </w:r>
      <w:r w:rsidRPr="001A456E">
        <w:rPr>
          <w:rFonts w:ascii="Times New Roman" w:hAnsi="Times New Roman"/>
          <w:sz w:val="28"/>
          <w:szCs w:val="28"/>
        </w:rPr>
        <w:t>приносящих</w:t>
      </w:r>
      <w:r w:rsidRPr="001A456E">
        <w:rPr>
          <w:rFonts w:ascii="Times New Roman" w:hAnsi="Times New Roman"/>
          <w:spacing w:val="-5"/>
          <w:sz w:val="28"/>
          <w:szCs w:val="28"/>
        </w:rPr>
        <w:t xml:space="preserve"> </w:t>
      </w:r>
      <w:r w:rsidRPr="001A456E">
        <w:rPr>
          <w:rFonts w:ascii="Times New Roman" w:hAnsi="Times New Roman"/>
          <w:sz w:val="28"/>
          <w:szCs w:val="28"/>
        </w:rPr>
        <w:t>ей</w:t>
      </w:r>
      <w:r w:rsidRPr="001A456E">
        <w:rPr>
          <w:rFonts w:ascii="Times New Roman" w:hAnsi="Times New Roman"/>
          <w:spacing w:val="-4"/>
          <w:sz w:val="28"/>
          <w:szCs w:val="28"/>
        </w:rPr>
        <w:t xml:space="preserve"> </w:t>
      </w:r>
      <w:r w:rsidRPr="001A456E">
        <w:rPr>
          <w:rFonts w:ascii="Times New Roman" w:hAnsi="Times New Roman"/>
          <w:sz w:val="28"/>
          <w:szCs w:val="28"/>
        </w:rPr>
        <w:t>вред.</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Ценности</w:t>
      </w:r>
      <w:r w:rsidRPr="001A456E">
        <w:rPr>
          <w:rFonts w:ascii="Times New Roman" w:hAnsi="Times New Roman" w:cs="Times New Roman"/>
          <w:i/>
          <w:spacing w:val="-2"/>
          <w:sz w:val="28"/>
          <w:szCs w:val="28"/>
        </w:rPr>
        <w:t xml:space="preserve"> </w:t>
      </w:r>
      <w:r w:rsidRPr="001A456E">
        <w:rPr>
          <w:rFonts w:ascii="Times New Roman" w:hAnsi="Times New Roman" w:cs="Times New Roman"/>
          <w:i/>
          <w:sz w:val="28"/>
          <w:szCs w:val="28"/>
        </w:rPr>
        <w:t>научного</w:t>
      </w:r>
      <w:r w:rsidRPr="001A456E">
        <w:rPr>
          <w:rFonts w:ascii="Times New Roman" w:hAnsi="Times New Roman" w:cs="Times New Roman"/>
          <w:i/>
          <w:spacing w:val="-1"/>
          <w:sz w:val="28"/>
          <w:szCs w:val="28"/>
        </w:rPr>
        <w:t xml:space="preserve"> </w:t>
      </w:r>
      <w:r w:rsidRPr="001A456E">
        <w:rPr>
          <w:rFonts w:ascii="Times New Roman" w:hAnsi="Times New Roman" w:cs="Times New Roman"/>
          <w:i/>
          <w:sz w:val="28"/>
          <w:szCs w:val="28"/>
        </w:rPr>
        <w:t>познания</w:t>
      </w:r>
      <w:r w:rsidRPr="001A456E">
        <w:rPr>
          <w:rFonts w:ascii="Times New Roman" w:hAnsi="Times New Roman" w:cs="Times New Roman"/>
          <w:sz w:val="28"/>
          <w:szCs w:val="28"/>
        </w:rPr>
        <w:t>:</w:t>
      </w:r>
    </w:p>
    <w:p w:rsidR="002E47B9" w:rsidRPr="001A456E" w:rsidRDefault="00BD5B97" w:rsidP="003772B6">
      <w:pPr>
        <w:pStyle w:val="aff5"/>
        <w:numPr>
          <w:ilvl w:val="0"/>
          <w:numId w:val="4"/>
        </w:numPr>
        <w:tabs>
          <w:tab w:val="left" w:pos="1700"/>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первоначальные</w:t>
      </w:r>
      <w:r w:rsidRPr="001A456E">
        <w:rPr>
          <w:rFonts w:ascii="Times New Roman" w:hAnsi="Times New Roman"/>
          <w:spacing w:val="-3"/>
          <w:sz w:val="28"/>
          <w:szCs w:val="28"/>
        </w:rPr>
        <w:t xml:space="preserve"> </w:t>
      </w:r>
      <w:r w:rsidRPr="001A456E">
        <w:rPr>
          <w:rFonts w:ascii="Times New Roman" w:hAnsi="Times New Roman"/>
          <w:sz w:val="28"/>
          <w:szCs w:val="28"/>
        </w:rPr>
        <w:t>представления</w:t>
      </w:r>
      <w:r w:rsidRPr="001A456E">
        <w:rPr>
          <w:rFonts w:ascii="Times New Roman" w:hAnsi="Times New Roman"/>
          <w:spacing w:val="-3"/>
          <w:sz w:val="28"/>
          <w:szCs w:val="28"/>
        </w:rPr>
        <w:t xml:space="preserve"> </w:t>
      </w:r>
      <w:r w:rsidRPr="001A456E">
        <w:rPr>
          <w:rFonts w:ascii="Times New Roman" w:hAnsi="Times New Roman"/>
          <w:sz w:val="28"/>
          <w:szCs w:val="28"/>
        </w:rPr>
        <w:t>о</w:t>
      </w:r>
      <w:r w:rsidRPr="001A456E">
        <w:rPr>
          <w:rFonts w:ascii="Times New Roman" w:hAnsi="Times New Roman"/>
          <w:spacing w:val="-4"/>
          <w:sz w:val="28"/>
          <w:szCs w:val="28"/>
        </w:rPr>
        <w:t xml:space="preserve"> </w:t>
      </w:r>
      <w:r w:rsidRPr="001A456E">
        <w:rPr>
          <w:rFonts w:ascii="Times New Roman" w:hAnsi="Times New Roman"/>
          <w:sz w:val="28"/>
          <w:szCs w:val="28"/>
        </w:rPr>
        <w:t>научной</w:t>
      </w:r>
      <w:r w:rsidRPr="001A456E">
        <w:rPr>
          <w:rFonts w:ascii="Times New Roman" w:hAnsi="Times New Roman"/>
          <w:spacing w:val="-4"/>
          <w:sz w:val="28"/>
          <w:szCs w:val="28"/>
        </w:rPr>
        <w:t xml:space="preserve"> </w:t>
      </w:r>
      <w:r w:rsidRPr="001A456E">
        <w:rPr>
          <w:rFonts w:ascii="Times New Roman" w:hAnsi="Times New Roman"/>
          <w:sz w:val="28"/>
          <w:szCs w:val="28"/>
        </w:rPr>
        <w:t>картине</w:t>
      </w:r>
      <w:r w:rsidRPr="001A456E">
        <w:rPr>
          <w:rFonts w:ascii="Times New Roman" w:hAnsi="Times New Roman"/>
          <w:spacing w:val="-2"/>
          <w:sz w:val="28"/>
          <w:szCs w:val="28"/>
        </w:rPr>
        <w:t xml:space="preserve"> </w:t>
      </w:r>
      <w:r w:rsidRPr="001A456E">
        <w:rPr>
          <w:rFonts w:ascii="Times New Roman" w:hAnsi="Times New Roman"/>
          <w:sz w:val="28"/>
          <w:szCs w:val="28"/>
        </w:rPr>
        <w:t>мира;</w:t>
      </w:r>
    </w:p>
    <w:p w:rsidR="002E47B9" w:rsidRPr="001A456E" w:rsidRDefault="00BD5B97" w:rsidP="003772B6">
      <w:pPr>
        <w:pStyle w:val="aff5"/>
        <w:numPr>
          <w:ilvl w:val="0"/>
          <w:numId w:val="4"/>
        </w:numPr>
        <w:tabs>
          <w:tab w:val="left" w:pos="1700"/>
          <w:tab w:val="left" w:pos="1701"/>
        </w:tabs>
        <w:spacing w:line="240" w:lineRule="auto"/>
        <w:ind w:left="0" w:right="882" w:firstLine="709"/>
        <w:jc w:val="both"/>
        <w:rPr>
          <w:rFonts w:ascii="Times New Roman" w:hAnsi="Times New Roman"/>
          <w:sz w:val="28"/>
          <w:szCs w:val="28"/>
        </w:rPr>
      </w:pPr>
      <w:r w:rsidRPr="001A456E">
        <w:rPr>
          <w:rFonts w:ascii="Times New Roman" w:hAnsi="Times New Roman"/>
          <w:sz w:val="28"/>
          <w:szCs w:val="28"/>
        </w:rPr>
        <w:t>познавательные</w:t>
      </w:r>
      <w:r w:rsidRPr="001A456E">
        <w:rPr>
          <w:rFonts w:ascii="Times New Roman" w:hAnsi="Times New Roman"/>
          <w:spacing w:val="-7"/>
          <w:sz w:val="28"/>
          <w:szCs w:val="28"/>
        </w:rPr>
        <w:t xml:space="preserve"> </w:t>
      </w:r>
      <w:r w:rsidRPr="001A456E">
        <w:rPr>
          <w:rFonts w:ascii="Times New Roman" w:hAnsi="Times New Roman"/>
          <w:sz w:val="28"/>
          <w:szCs w:val="28"/>
        </w:rPr>
        <w:t>интересы,</w:t>
      </w:r>
      <w:r w:rsidRPr="001A456E">
        <w:rPr>
          <w:rFonts w:ascii="Times New Roman" w:hAnsi="Times New Roman"/>
          <w:spacing w:val="-7"/>
          <w:sz w:val="28"/>
          <w:szCs w:val="28"/>
        </w:rPr>
        <w:t xml:space="preserve"> </w:t>
      </w:r>
      <w:r w:rsidRPr="001A456E">
        <w:rPr>
          <w:rFonts w:ascii="Times New Roman" w:hAnsi="Times New Roman"/>
          <w:sz w:val="28"/>
          <w:szCs w:val="28"/>
        </w:rPr>
        <w:t>активность,</w:t>
      </w:r>
      <w:r w:rsidRPr="001A456E">
        <w:rPr>
          <w:rFonts w:ascii="Times New Roman" w:hAnsi="Times New Roman"/>
          <w:spacing w:val="-7"/>
          <w:sz w:val="28"/>
          <w:szCs w:val="28"/>
        </w:rPr>
        <w:t xml:space="preserve"> </w:t>
      </w:r>
      <w:r w:rsidRPr="001A456E">
        <w:rPr>
          <w:rFonts w:ascii="Times New Roman" w:hAnsi="Times New Roman"/>
          <w:sz w:val="28"/>
          <w:szCs w:val="28"/>
        </w:rPr>
        <w:t>инициативность,</w:t>
      </w:r>
      <w:r w:rsidRPr="001A456E">
        <w:rPr>
          <w:rFonts w:ascii="Times New Roman" w:hAnsi="Times New Roman"/>
          <w:spacing w:val="-7"/>
          <w:sz w:val="28"/>
          <w:szCs w:val="28"/>
        </w:rPr>
        <w:t xml:space="preserve"> </w:t>
      </w:r>
      <w:r w:rsidRPr="001A456E">
        <w:rPr>
          <w:rFonts w:ascii="Times New Roman" w:hAnsi="Times New Roman"/>
          <w:sz w:val="28"/>
          <w:szCs w:val="28"/>
        </w:rPr>
        <w:t>любознательность</w:t>
      </w:r>
      <w:r w:rsidRPr="001A456E">
        <w:rPr>
          <w:rFonts w:ascii="Times New Roman" w:hAnsi="Times New Roman"/>
          <w:spacing w:val="-8"/>
          <w:sz w:val="28"/>
          <w:szCs w:val="28"/>
        </w:rPr>
        <w:t xml:space="preserve"> </w:t>
      </w:r>
      <w:r w:rsidRPr="001A456E">
        <w:rPr>
          <w:rFonts w:ascii="Times New Roman" w:hAnsi="Times New Roman"/>
          <w:sz w:val="28"/>
          <w:szCs w:val="28"/>
        </w:rPr>
        <w:t>и</w:t>
      </w:r>
      <w:r w:rsidRPr="001A456E">
        <w:rPr>
          <w:rFonts w:ascii="Times New Roman" w:hAnsi="Times New Roman"/>
          <w:spacing w:val="-57"/>
          <w:sz w:val="28"/>
          <w:szCs w:val="28"/>
        </w:rPr>
        <w:t xml:space="preserve"> </w:t>
      </w:r>
      <w:r w:rsidRPr="001A456E">
        <w:rPr>
          <w:rFonts w:ascii="Times New Roman" w:hAnsi="Times New Roman"/>
          <w:sz w:val="28"/>
          <w:szCs w:val="28"/>
        </w:rPr>
        <w:t>самостоятельность</w:t>
      </w:r>
      <w:r w:rsidRPr="001A456E">
        <w:rPr>
          <w:rFonts w:ascii="Times New Roman" w:hAnsi="Times New Roman"/>
          <w:spacing w:val="-3"/>
          <w:sz w:val="28"/>
          <w:szCs w:val="28"/>
        </w:rPr>
        <w:t xml:space="preserve"> </w:t>
      </w:r>
      <w:r w:rsidRPr="001A456E">
        <w:rPr>
          <w:rFonts w:ascii="Times New Roman" w:hAnsi="Times New Roman"/>
          <w:sz w:val="28"/>
          <w:szCs w:val="28"/>
        </w:rPr>
        <w:t>в</w:t>
      </w:r>
      <w:r w:rsidRPr="001A456E">
        <w:rPr>
          <w:rFonts w:ascii="Times New Roman" w:hAnsi="Times New Roman"/>
          <w:spacing w:val="-2"/>
          <w:sz w:val="28"/>
          <w:szCs w:val="28"/>
        </w:rPr>
        <w:t xml:space="preserve"> </w:t>
      </w:r>
      <w:r w:rsidRPr="001A456E">
        <w:rPr>
          <w:rFonts w:ascii="Times New Roman" w:hAnsi="Times New Roman"/>
          <w:sz w:val="28"/>
          <w:szCs w:val="28"/>
        </w:rPr>
        <w:t>познании.</w:t>
      </w:r>
    </w:p>
    <w:p w:rsidR="002E47B9" w:rsidRPr="001A456E" w:rsidRDefault="00BD5B97" w:rsidP="003772B6">
      <w:pPr>
        <w:pStyle w:val="aff5"/>
        <w:numPr>
          <w:ilvl w:val="0"/>
          <w:numId w:val="4"/>
        </w:numPr>
        <w:tabs>
          <w:tab w:val="left" w:pos="1760"/>
          <w:tab w:val="left" w:pos="1761"/>
          <w:tab w:val="left" w:pos="4273"/>
          <w:tab w:val="left" w:pos="5617"/>
          <w:tab w:val="left" w:pos="6353"/>
          <w:tab w:val="left" w:pos="7378"/>
          <w:tab w:val="left" w:pos="8918"/>
          <w:tab w:val="left" w:pos="9302"/>
        </w:tabs>
        <w:spacing w:line="240" w:lineRule="auto"/>
        <w:ind w:left="0" w:right="130" w:firstLine="709"/>
        <w:jc w:val="both"/>
        <w:rPr>
          <w:rFonts w:ascii="Times New Roman" w:hAnsi="Times New Roman"/>
          <w:sz w:val="28"/>
          <w:szCs w:val="28"/>
        </w:rPr>
      </w:pPr>
      <w:r w:rsidRPr="001A456E">
        <w:rPr>
          <w:rFonts w:ascii="Times New Roman" w:hAnsi="Times New Roman"/>
          <w:sz w:val="28"/>
          <w:szCs w:val="28"/>
        </w:rPr>
        <w:tab/>
        <w:t xml:space="preserve">проявление  </w:t>
      </w:r>
      <w:r w:rsidRPr="001A456E">
        <w:rPr>
          <w:rFonts w:ascii="Times New Roman" w:hAnsi="Times New Roman"/>
          <w:spacing w:val="12"/>
          <w:sz w:val="28"/>
          <w:szCs w:val="28"/>
        </w:rPr>
        <w:t xml:space="preserve"> </w:t>
      </w:r>
      <w:r w:rsidRPr="001A456E">
        <w:rPr>
          <w:rFonts w:ascii="Times New Roman" w:hAnsi="Times New Roman"/>
          <w:sz w:val="28"/>
          <w:szCs w:val="28"/>
        </w:rPr>
        <w:t xml:space="preserve">желания обогащать </w:t>
      </w:r>
      <w:r w:rsidRPr="001A456E">
        <w:rPr>
          <w:rFonts w:ascii="Times New Roman" w:hAnsi="Times New Roman"/>
          <w:spacing w:val="-1"/>
          <w:sz w:val="28"/>
          <w:szCs w:val="28"/>
        </w:rPr>
        <w:t xml:space="preserve">свои  </w:t>
      </w:r>
      <w:r w:rsidRPr="001A456E">
        <w:rPr>
          <w:rFonts w:ascii="Times New Roman" w:hAnsi="Times New Roman"/>
          <w:sz w:val="28"/>
          <w:szCs w:val="28"/>
        </w:rPr>
        <w:t>знания,</w:t>
      </w:r>
      <w:r w:rsidRPr="001A456E">
        <w:rPr>
          <w:rFonts w:ascii="Times New Roman" w:hAnsi="Times New Roman"/>
          <w:sz w:val="28"/>
          <w:szCs w:val="28"/>
        </w:rPr>
        <w:tab/>
        <w:t>способность</w:t>
      </w:r>
      <w:r w:rsidRPr="001A456E">
        <w:rPr>
          <w:rFonts w:ascii="Times New Roman" w:hAnsi="Times New Roman"/>
          <w:sz w:val="28"/>
          <w:szCs w:val="28"/>
        </w:rPr>
        <w:tab/>
        <w:t>к поисково-исследовательской</w:t>
      </w:r>
      <w:r w:rsidRPr="001A456E">
        <w:rPr>
          <w:rFonts w:ascii="Times New Roman" w:hAnsi="Times New Roman"/>
          <w:spacing w:val="1"/>
          <w:sz w:val="28"/>
          <w:szCs w:val="28"/>
        </w:rPr>
        <w:t xml:space="preserve"> </w:t>
      </w:r>
      <w:r w:rsidRPr="001A456E">
        <w:rPr>
          <w:rFonts w:ascii="Times New Roman" w:hAnsi="Times New Roman"/>
          <w:sz w:val="28"/>
          <w:szCs w:val="28"/>
        </w:rPr>
        <w:t>деятельности.</w:t>
      </w:r>
    </w:p>
    <w:p w:rsidR="002E47B9" w:rsidRPr="001A456E" w:rsidRDefault="00BD5B97" w:rsidP="003772B6">
      <w:pPr>
        <w:pStyle w:val="110"/>
        <w:ind w:left="0" w:firstLine="709"/>
        <w:rPr>
          <w:sz w:val="28"/>
          <w:szCs w:val="28"/>
        </w:rPr>
      </w:pPr>
      <w:r w:rsidRPr="001A456E">
        <w:rPr>
          <w:sz w:val="28"/>
          <w:szCs w:val="28"/>
        </w:rPr>
        <w:t>Метапредметные</w:t>
      </w:r>
      <w:r w:rsidRPr="001A456E">
        <w:rPr>
          <w:spacing w:val="-6"/>
          <w:sz w:val="28"/>
          <w:szCs w:val="28"/>
        </w:rPr>
        <w:t xml:space="preserve"> </w:t>
      </w:r>
      <w:r w:rsidRPr="001A456E">
        <w:rPr>
          <w:sz w:val="28"/>
          <w:szCs w:val="28"/>
        </w:rPr>
        <w:t>результаты:</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Универсальные</w:t>
      </w:r>
      <w:r w:rsidRPr="001A456E">
        <w:rPr>
          <w:rFonts w:ascii="Times New Roman" w:hAnsi="Times New Roman" w:cs="Times New Roman"/>
          <w:i/>
          <w:spacing w:val="-4"/>
          <w:sz w:val="28"/>
          <w:szCs w:val="28"/>
        </w:rPr>
        <w:t xml:space="preserve"> </w:t>
      </w:r>
      <w:r w:rsidRPr="001A456E">
        <w:rPr>
          <w:rFonts w:ascii="Times New Roman" w:hAnsi="Times New Roman" w:cs="Times New Roman"/>
          <w:i/>
          <w:sz w:val="28"/>
          <w:szCs w:val="28"/>
        </w:rPr>
        <w:t>учебные</w:t>
      </w:r>
      <w:r w:rsidRPr="001A456E">
        <w:rPr>
          <w:rFonts w:ascii="Times New Roman" w:hAnsi="Times New Roman" w:cs="Times New Roman"/>
          <w:i/>
          <w:spacing w:val="-4"/>
          <w:sz w:val="28"/>
          <w:szCs w:val="28"/>
        </w:rPr>
        <w:t xml:space="preserve"> </w:t>
      </w:r>
      <w:r w:rsidRPr="001A456E">
        <w:rPr>
          <w:rFonts w:ascii="Times New Roman" w:hAnsi="Times New Roman" w:cs="Times New Roman"/>
          <w:i/>
          <w:sz w:val="28"/>
          <w:szCs w:val="28"/>
        </w:rPr>
        <w:t>познавательные</w:t>
      </w:r>
      <w:r w:rsidRPr="001A456E">
        <w:rPr>
          <w:rFonts w:ascii="Times New Roman" w:hAnsi="Times New Roman" w:cs="Times New Roman"/>
          <w:i/>
          <w:spacing w:val="-4"/>
          <w:sz w:val="28"/>
          <w:szCs w:val="28"/>
        </w:rPr>
        <w:t xml:space="preserve"> </w:t>
      </w:r>
      <w:r w:rsidRPr="001A456E">
        <w:rPr>
          <w:rFonts w:ascii="Times New Roman" w:hAnsi="Times New Roman" w:cs="Times New Roman"/>
          <w:i/>
          <w:sz w:val="28"/>
          <w:szCs w:val="28"/>
        </w:rPr>
        <w:t>действия:</w:t>
      </w:r>
    </w:p>
    <w:p w:rsidR="002E47B9" w:rsidRPr="001A456E" w:rsidRDefault="00BD5B97" w:rsidP="003772B6">
      <w:pPr>
        <w:pStyle w:val="aff5"/>
        <w:numPr>
          <w:ilvl w:val="0"/>
          <w:numId w:val="4"/>
        </w:numPr>
        <w:tabs>
          <w:tab w:val="left" w:pos="1700"/>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способность</w:t>
      </w:r>
      <w:r w:rsidRPr="001A456E">
        <w:rPr>
          <w:rFonts w:ascii="Times New Roman" w:hAnsi="Times New Roman"/>
          <w:spacing w:val="-5"/>
          <w:sz w:val="28"/>
          <w:szCs w:val="28"/>
        </w:rPr>
        <w:t xml:space="preserve"> </w:t>
      </w:r>
      <w:r w:rsidRPr="001A456E">
        <w:rPr>
          <w:rFonts w:ascii="Times New Roman" w:hAnsi="Times New Roman"/>
          <w:sz w:val="28"/>
          <w:szCs w:val="28"/>
        </w:rPr>
        <w:t>к</w:t>
      </w:r>
      <w:r w:rsidRPr="001A456E">
        <w:rPr>
          <w:rFonts w:ascii="Times New Roman" w:hAnsi="Times New Roman"/>
          <w:spacing w:val="-3"/>
          <w:sz w:val="28"/>
          <w:szCs w:val="28"/>
        </w:rPr>
        <w:t xml:space="preserve"> </w:t>
      </w:r>
      <w:r w:rsidRPr="001A456E">
        <w:rPr>
          <w:rFonts w:ascii="Times New Roman" w:hAnsi="Times New Roman"/>
          <w:sz w:val="28"/>
          <w:szCs w:val="28"/>
        </w:rPr>
        <w:t>демонстрации</w:t>
      </w:r>
      <w:r w:rsidRPr="001A456E">
        <w:rPr>
          <w:rFonts w:ascii="Times New Roman" w:hAnsi="Times New Roman"/>
          <w:spacing w:val="-4"/>
          <w:sz w:val="28"/>
          <w:szCs w:val="28"/>
        </w:rPr>
        <w:t xml:space="preserve"> </w:t>
      </w:r>
      <w:r w:rsidRPr="001A456E">
        <w:rPr>
          <w:rFonts w:ascii="Times New Roman" w:hAnsi="Times New Roman"/>
          <w:sz w:val="28"/>
          <w:szCs w:val="28"/>
        </w:rPr>
        <w:t>своих</w:t>
      </w:r>
      <w:r w:rsidRPr="001A456E">
        <w:rPr>
          <w:rFonts w:ascii="Times New Roman" w:hAnsi="Times New Roman"/>
          <w:spacing w:val="-3"/>
          <w:sz w:val="28"/>
          <w:szCs w:val="28"/>
        </w:rPr>
        <w:t xml:space="preserve"> </w:t>
      </w:r>
      <w:r w:rsidRPr="001A456E">
        <w:rPr>
          <w:rFonts w:ascii="Times New Roman" w:hAnsi="Times New Roman"/>
          <w:sz w:val="28"/>
          <w:szCs w:val="28"/>
        </w:rPr>
        <w:t>знаний</w:t>
      </w:r>
      <w:r w:rsidRPr="001A456E">
        <w:rPr>
          <w:rFonts w:ascii="Times New Roman" w:hAnsi="Times New Roman"/>
          <w:spacing w:val="-3"/>
          <w:sz w:val="28"/>
          <w:szCs w:val="28"/>
        </w:rPr>
        <w:t xml:space="preserve"> </w:t>
      </w:r>
      <w:r w:rsidRPr="001A456E">
        <w:rPr>
          <w:rFonts w:ascii="Times New Roman" w:hAnsi="Times New Roman"/>
          <w:sz w:val="28"/>
          <w:szCs w:val="28"/>
        </w:rPr>
        <w:t>и умений</w:t>
      </w:r>
      <w:r w:rsidRPr="001A456E">
        <w:rPr>
          <w:rFonts w:ascii="Times New Roman" w:hAnsi="Times New Roman"/>
          <w:spacing w:val="-4"/>
          <w:sz w:val="28"/>
          <w:szCs w:val="28"/>
        </w:rPr>
        <w:t xml:space="preserve"> </w:t>
      </w:r>
      <w:r w:rsidRPr="001A456E">
        <w:rPr>
          <w:rFonts w:ascii="Times New Roman" w:hAnsi="Times New Roman"/>
          <w:sz w:val="28"/>
          <w:szCs w:val="28"/>
        </w:rPr>
        <w:t>из</w:t>
      </w:r>
      <w:r w:rsidRPr="001A456E">
        <w:rPr>
          <w:rFonts w:ascii="Times New Roman" w:hAnsi="Times New Roman"/>
          <w:spacing w:val="-3"/>
          <w:sz w:val="28"/>
          <w:szCs w:val="28"/>
        </w:rPr>
        <w:t xml:space="preserve"> </w:t>
      </w:r>
      <w:r w:rsidRPr="001A456E">
        <w:rPr>
          <w:rFonts w:ascii="Times New Roman" w:hAnsi="Times New Roman"/>
          <w:sz w:val="28"/>
          <w:szCs w:val="28"/>
        </w:rPr>
        <w:t>личного</w:t>
      </w:r>
      <w:r w:rsidRPr="001A456E">
        <w:rPr>
          <w:rFonts w:ascii="Times New Roman" w:hAnsi="Times New Roman"/>
          <w:spacing w:val="-3"/>
          <w:sz w:val="28"/>
          <w:szCs w:val="28"/>
        </w:rPr>
        <w:t xml:space="preserve"> </w:t>
      </w:r>
      <w:r w:rsidRPr="001A456E">
        <w:rPr>
          <w:rFonts w:ascii="Times New Roman" w:hAnsi="Times New Roman"/>
          <w:sz w:val="28"/>
          <w:szCs w:val="28"/>
        </w:rPr>
        <w:t>жизненного</w:t>
      </w:r>
      <w:r w:rsidRPr="001A456E">
        <w:rPr>
          <w:rFonts w:ascii="Times New Roman" w:hAnsi="Times New Roman"/>
          <w:spacing w:val="3"/>
          <w:sz w:val="28"/>
          <w:szCs w:val="28"/>
        </w:rPr>
        <w:t xml:space="preserve"> </w:t>
      </w:r>
      <w:r w:rsidRPr="001A456E">
        <w:rPr>
          <w:rFonts w:ascii="Times New Roman" w:hAnsi="Times New Roman"/>
          <w:sz w:val="28"/>
          <w:szCs w:val="28"/>
        </w:rPr>
        <w:t>опыта;</w:t>
      </w:r>
    </w:p>
    <w:p w:rsidR="002E47B9" w:rsidRPr="001A456E" w:rsidRDefault="00BD5B97" w:rsidP="003772B6">
      <w:pPr>
        <w:pStyle w:val="aff5"/>
        <w:numPr>
          <w:ilvl w:val="0"/>
          <w:numId w:val="4"/>
        </w:numPr>
        <w:tabs>
          <w:tab w:val="left" w:pos="1700"/>
          <w:tab w:val="left" w:pos="1701"/>
        </w:tabs>
        <w:spacing w:line="240" w:lineRule="auto"/>
        <w:ind w:left="0" w:right="550" w:firstLine="709"/>
        <w:jc w:val="both"/>
        <w:rPr>
          <w:rFonts w:ascii="Times New Roman" w:hAnsi="Times New Roman"/>
          <w:sz w:val="28"/>
          <w:szCs w:val="28"/>
        </w:rPr>
      </w:pPr>
      <w:r w:rsidRPr="001A456E">
        <w:rPr>
          <w:rFonts w:ascii="Times New Roman" w:hAnsi="Times New Roman"/>
          <w:sz w:val="28"/>
          <w:szCs w:val="28"/>
        </w:rPr>
        <w:t>способность</w:t>
      </w:r>
      <w:r w:rsidRPr="001A456E">
        <w:rPr>
          <w:rFonts w:ascii="Times New Roman" w:hAnsi="Times New Roman"/>
          <w:spacing w:val="-6"/>
          <w:sz w:val="28"/>
          <w:szCs w:val="28"/>
        </w:rPr>
        <w:t xml:space="preserve"> </w:t>
      </w:r>
      <w:r w:rsidRPr="001A456E">
        <w:rPr>
          <w:rFonts w:ascii="Times New Roman" w:hAnsi="Times New Roman"/>
          <w:sz w:val="28"/>
          <w:szCs w:val="28"/>
        </w:rPr>
        <w:t>к</w:t>
      </w:r>
      <w:r w:rsidRPr="001A456E">
        <w:rPr>
          <w:rFonts w:ascii="Times New Roman" w:hAnsi="Times New Roman"/>
          <w:spacing w:val="-3"/>
          <w:sz w:val="28"/>
          <w:szCs w:val="28"/>
        </w:rPr>
        <w:t xml:space="preserve"> </w:t>
      </w:r>
      <w:r w:rsidRPr="001A456E">
        <w:rPr>
          <w:rFonts w:ascii="Times New Roman" w:hAnsi="Times New Roman"/>
          <w:sz w:val="28"/>
          <w:szCs w:val="28"/>
        </w:rPr>
        <w:t>применению</w:t>
      </w:r>
      <w:r w:rsidRPr="001A456E">
        <w:rPr>
          <w:rFonts w:ascii="Times New Roman" w:hAnsi="Times New Roman"/>
          <w:spacing w:val="-3"/>
          <w:sz w:val="28"/>
          <w:szCs w:val="28"/>
        </w:rPr>
        <w:t xml:space="preserve"> </w:t>
      </w:r>
      <w:r w:rsidRPr="001A456E">
        <w:rPr>
          <w:rFonts w:ascii="Times New Roman" w:hAnsi="Times New Roman"/>
          <w:sz w:val="28"/>
          <w:szCs w:val="28"/>
        </w:rPr>
        <w:t>своих</w:t>
      </w:r>
      <w:r w:rsidRPr="001A456E">
        <w:rPr>
          <w:rFonts w:ascii="Times New Roman" w:hAnsi="Times New Roman"/>
          <w:spacing w:val="-3"/>
          <w:sz w:val="28"/>
          <w:szCs w:val="28"/>
        </w:rPr>
        <w:t xml:space="preserve"> </w:t>
      </w:r>
      <w:r w:rsidRPr="001A456E">
        <w:rPr>
          <w:rFonts w:ascii="Times New Roman" w:hAnsi="Times New Roman"/>
          <w:sz w:val="28"/>
          <w:szCs w:val="28"/>
        </w:rPr>
        <w:t>знаний</w:t>
      </w:r>
      <w:r w:rsidRPr="001A456E">
        <w:rPr>
          <w:rFonts w:ascii="Times New Roman" w:hAnsi="Times New Roman"/>
          <w:spacing w:val="-4"/>
          <w:sz w:val="28"/>
          <w:szCs w:val="28"/>
        </w:rPr>
        <w:t xml:space="preserve"> </w:t>
      </w:r>
      <w:r w:rsidRPr="001A456E">
        <w:rPr>
          <w:rFonts w:ascii="Times New Roman" w:hAnsi="Times New Roman"/>
          <w:sz w:val="28"/>
          <w:szCs w:val="28"/>
        </w:rPr>
        <w:t>и умений,</w:t>
      </w:r>
      <w:r w:rsidRPr="001A456E">
        <w:rPr>
          <w:rFonts w:ascii="Times New Roman" w:hAnsi="Times New Roman"/>
          <w:spacing w:val="-5"/>
          <w:sz w:val="28"/>
          <w:szCs w:val="28"/>
        </w:rPr>
        <w:t xml:space="preserve"> </w:t>
      </w:r>
      <w:r w:rsidRPr="001A456E">
        <w:rPr>
          <w:rFonts w:ascii="Times New Roman" w:hAnsi="Times New Roman"/>
          <w:sz w:val="28"/>
          <w:szCs w:val="28"/>
        </w:rPr>
        <w:t>способность</w:t>
      </w:r>
      <w:r w:rsidRPr="001A456E">
        <w:rPr>
          <w:rFonts w:ascii="Times New Roman" w:hAnsi="Times New Roman"/>
          <w:spacing w:val="-5"/>
          <w:sz w:val="28"/>
          <w:szCs w:val="28"/>
        </w:rPr>
        <w:t xml:space="preserve"> </w:t>
      </w:r>
      <w:r w:rsidRPr="001A456E">
        <w:rPr>
          <w:rFonts w:ascii="Times New Roman" w:hAnsi="Times New Roman"/>
          <w:sz w:val="28"/>
          <w:szCs w:val="28"/>
        </w:rPr>
        <w:t>выражать</w:t>
      </w:r>
      <w:r w:rsidRPr="001A456E">
        <w:rPr>
          <w:rFonts w:ascii="Times New Roman" w:hAnsi="Times New Roman"/>
          <w:spacing w:val="-5"/>
          <w:sz w:val="28"/>
          <w:szCs w:val="28"/>
        </w:rPr>
        <w:t xml:space="preserve"> </w:t>
      </w:r>
      <w:r w:rsidRPr="001A456E">
        <w:rPr>
          <w:rFonts w:ascii="Times New Roman" w:hAnsi="Times New Roman"/>
          <w:sz w:val="28"/>
          <w:szCs w:val="28"/>
        </w:rPr>
        <w:t>свои</w:t>
      </w:r>
      <w:r w:rsidRPr="001A456E">
        <w:rPr>
          <w:rFonts w:ascii="Times New Roman" w:hAnsi="Times New Roman"/>
          <w:spacing w:val="-57"/>
          <w:sz w:val="28"/>
          <w:szCs w:val="28"/>
        </w:rPr>
        <w:t xml:space="preserve"> </w:t>
      </w:r>
      <w:r w:rsidRPr="001A456E">
        <w:rPr>
          <w:rFonts w:ascii="Times New Roman" w:hAnsi="Times New Roman"/>
          <w:sz w:val="28"/>
          <w:szCs w:val="28"/>
        </w:rPr>
        <w:t>мысли;</w:t>
      </w:r>
      <w:r w:rsidRPr="001A456E">
        <w:rPr>
          <w:rFonts w:ascii="Times New Roman" w:hAnsi="Times New Roman"/>
          <w:spacing w:val="2"/>
          <w:sz w:val="28"/>
          <w:szCs w:val="28"/>
        </w:rPr>
        <w:t xml:space="preserve"> </w:t>
      </w:r>
      <w:r w:rsidRPr="001A456E">
        <w:rPr>
          <w:rFonts w:ascii="Times New Roman" w:hAnsi="Times New Roman"/>
          <w:sz w:val="28"/>
          <w:szCs w:val="28"/>
        </w:rPr>
        <w:t>умение</w:t>
      </w:r>
      <w:r w:rsidRPr="001A456E">
        <w:rPr>
          <w:rFonts w:ascii="Times New Roman" w:hAnsi="Times New Roman"/>
          <w:spacing w:val="-1"/>
          <w:sz w:val="28"/>
          <w:szCs w:val="28"/>
        </w:rPr>
        <w:t xml:space="preserve"> </w:t>
      </w:r>
      <w:r w:rsidRPr="001A456E">
        <w:rPr>
          <w:rFonts w:ascii="Times New Roman" w:hAnsi="Times New Roman"/>
          <w:sz w:val="28"/>
          <w:szCs w:val="28"/>
        </w:rPr>
        <w:t>составлять</w:t>
      </w:r>
      <w:r w:rsidRPr="001A456E">
        <w:rPr>
          <w:rFonts w:ascii="Times New Roman" w:hAnsi="Times New Roman"/>
          <w:spacing w:val="-4"/>
          <w:sz w:val="28"/>
          <w:szCs w:val="28"/>
        </w:rPr>
        <w:t xml:space="preserve"> </w:t>
      </w:r>
      <w:r w:rsidRPr="001A456E">
        <w:rPr>
          <w:rFonts w:ascii="Times New Roman" w:hAnsi="Times New Roman"/>
          <w:sz w:val="28"/>
          <w:szCs w:val="28"/>
        </w:rPr>
        <w:t>совместно</w:t>
      </w:r>
      <w:r w:rsidRPr="001A456E">
        <w:rPr>
          <w:rFonts w:ascii="Times New Roman" w:hAnsi="Times New Roman"/>
          <w:spacing w:val="-2"/>
          <w:sz w:val="28"/>
          <w:szCs w:val="28"/>
        </w:rPr>
        <w:t xml:space="preserve"> </w:t>
      </w:r>
      <w:r w:rsidRPr="001A456E">
        <w:rPr>
          <w:rFonts w:ascii="Times New Roman" w:hAnsi="Times New Roman"/>
          <w:sz w:val="28"/>
          <w:szCs w:val="28"/>
        </w:rPr>
        <w:t>с</w:t>
      </w:r>
      <w:r w:rsidRPr="001A456E">
        <w:rPr>
          <w:rFonts w:ascii="Times New Roman" w:hAnsi="Times New Roman"/>
          <w:spacing w:val="-6"/>
          <w:sz w:val="28"/>
          <w:szCs w:val="28"/>
        </w:rPr>
        <w:t xml:space="preserve"> </w:t>
      </w:r>
      <w:r w:rsidRPr="001A456E">
        <w:rPr>
          <w:rFonts w:ascii="Times New Roman" w:hAnsi="Times New Roman"/>
          <w:sz w:val="28"/>
          <w:szCs w:val="28"/>
        </w:rPr>
        <w:t>учителем</w:t>
      </w:r>
      <w:r w:rsidRPr="001A456E">
        <w:rPr>
          <w:rFonts w:ascii="Times New Roman" w:hAnsi="Times New Roman"/>
          <w:spacing w:val="-2"/>
          <w:sz w:val="28"/>
          <w:szCs w:val="28"/>
        </w:rPr>
        <w:t xml:space="preserve"> </w:t>
      </w:r>
      <w:r w:rsidRPr="001A456E">
        <w:rPr>
          <w:rFonts w:ascii="Times New Roman" w:hAnsi="Times New Roman"/>
          <w:sz w:val="28"/>
          <w:szCs w:val="28"/>
        </w:rPr>
        <w:t>общие</w:t>
      </w:r>
      <w:r w:rsidRPr="001A456E">
        <w:rPr>
          <w:rFonts w:ascii="Times New Roman" w:hAnsi="Times New Roman"/>
          <w:spacing w:val="-1"/>
          <w:sz w:val="28"/>
          <w:szCs w:val="28"/>
        </w:rPr>
        <w:t xml:space="preserve"> </w:t>
      </w:r>
      <w:r w:rsidRPr="001A456E">
        <w:rPr>
          <w:rFonts w:ascii="Times New Roman" w:hAnsi="Times New Roman"/>
          <w:sz w:val="28"/>
          <w:szCs w:val="28"/>
        </w:rPr>
        <w:t>правила</w:t>
      </w:r>
      <w:r w:rsidRPr="001A456E">
        <w:rPr>
          <w:rFonts w:ascii="Times New Roman" w:hAnsi="Times New Roman"/>
          <w:spacing w:val="-2"/>
          <w:sz w:val="28"/>
          <w:szCs w:val="28"/>
        </w:rPr>
        <w:t xml:space="preserve"> </w:t>
      </w:r>
      <w:r w:rsidRPr="001A456E">
        <w:rPr>
          <w:rFonts w:ascii="Times New Roman" w:hAnsi="Times New Roman"/>
          <w:sz w:val="28"/>
          <w:szCs w:val="28"/>
        </w:rPr>
        <w:t>поведения;</w:t>
      </w:r>
    </w:p>
    <w:p w:rsidR="002E47B9" w:rsidRPr="001A456E" w:rsidRDefault="00BD5B97" w:rsidP="003772B6">
      <w:pPr>
        <w:pStyle w:val="aff5"/>
        <w:numPr>
          <w:ilvl w:val="0"/>
          <w:numId w:val="4"/>
        </w:numPr>
        <w:tabs>
          <w:tab w:val="left" w:pos="1700"/>
          <w:tab w:val="left" w:pos="1701"/>
        </w:tabs>
        <w:spacing w:line="240" w:lineRule="auto"/>
        <w:ind w:left="0" w:right="479"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pacing w:val="-4"/>
          <w:sz w:val="28"/>
          <w:szCs w:val="28"/>
        </w:rPr>
        <w:t xml:space="preserve"> </w:t>
      </w:r>
      <w:r w:rsidRPr="001A456E">
        <w:rPr>
          <w:rFonts w:ascii="Times New Roman" w:hAnsi="Times New Roman"/>
          <w:sz w:val="28"/>
          <w:szCs w:val="28"/>
        </w:rPr>
        <w:t>обобщать</w:t>
      </w:r>
      <w:r w:rsidRPr="001A456E">
        <w:rPr>
          <w:rFonts w:ascii="Times New Roman" w:hAnsi="Times New Roman"/>
          <w:spacing w:val="-6"/>
          <w:sz w:val="28"/>
          <w:szCs w:val="28"/>
        </w:rPr>
        <w:t xml:space="preserve"> </w:t>
      </w:r>
      <w:r w:rsidRPr="001A456E">
        <w:rPr>
          <w:rFonts w:ascii="Times New Roman" w:hAnsi="Times New Roman"/>
          <w:sz w:val="28"/>
          <w:szCs w:val="28"/>
        </w:rPr>
        <w:t>и</w:t>
      </w:r>
      <w:r w:rsidRPr="001A456E">
        <w:rPr>
          <w:rFonts w:ascii="Times New Roman" w:hAnsi="Times New Roman"/>
          <w:spacing w:val="-4"/>
          <w:sz w:val="28"/>
          <w:szCs w:val="28"/>
        </w:rPr>
        <w:t xml:space="preserve"> </w:t>
      </w:r>
      <w:r w:rsidRPr="001A456E">
        <w:rPr>
          <w:rFonts w:ascii="Times New Roman" w:hAnsi="Times New Roman"/>
          <w:sz w:val="28"/>
          <w:szCs w:val="28"/>
        </w:rPr>
        <w:t>систематизировать,</w:t>
      </w:r>
      <w:r w:rsidRPr="001A456E">
        <w:rPr>
          <w:rFonts w:ascii="Times New Roman" w:hAnsi="Times New Roman"/>
          <w:spacing w:val="-5"/>
          <w:sz w:val="28"/>
          <w:szCs w:val="28"/>
        </w:rPr>
        <w:t xml:space="preserve"> </w:t>
      </w:r>
      <w:r w:rsidRPr="001A456E">
        <w:rPr>
          <w:rFonts w:ascii="Times New Roman" w:hAnsi="Times New Roman"/>
          <w:sz w:val="28"/>
          <w:szCs w:val="28"/>
        </w:rPr>
        <w:t>осуществлять</w:t>
      </w:r>
      <w:r w:rsidRPr="001A456E">
        <w:rPr>
          <w:rFonts w:ascii="Times New Roman" w:hAnsi="Times New Roman"/>
          <w:spacing w:val="-5"/>
          <w:sz w:val="28"/>
          <w:szCs w:val="28"/>
        </w:rPr>
        <w:t xml:space="preserve"> </w:t>
      </w:r>
      <w:r w:rsidRPr="001A456E">
        <w:rPr>
          <w:rFonts w:ascii="Times New Roman" w:hAnsi="Times New Roman"/>
          <w:sz w:val="28"/>
          <w:szCs w:val="28"/>
        </w:rPr>
        <w:t>сравнение,</w:t>
      </w:r>
      <w:r w:rsidRPr="001A456E">
        <w:rPr>
          <w:rFonts w:ascii="Times New Roman" w:hAnsi="Times New Roman"/>
          <w:spacing w:val="-4"/>
          <w:sz w:val="28"/>
          <w:szCs w:val="28"/>
        </w:rPr>
        <w:t xml:space="preserve"> </w:t>
      </w:r>
      <w:r w:rsidRPr="001A456E">
        <w:rPr>
          <w:rFonts w:ascii="Times New Roman" w:hAnsi="Times New Roman"/>
          <w:sz w:val="28"/>
          <w:szCs w:val="28"/>
        </w:rPr>
        <w:t>сопоставление,</w:t>
      </w:r>
      <w:r w:rsidRPr="001A456E">
        <w:rPr>
          <w:rFonts w:ascii="Times New Roman" w:hAnsi="Times New Roman"/>
          <w:spacing w:val="-57"/>
          <w:sz w:val="28"/>
          <w:szCs w:val="28"/>
        </w:rPr>
        <w:t xml:space="preserve"> </w:t>
      </w:r>
      <w:r w:rsidRPr="001A456E">
        <w:rPr>
          <w:rFonts w:ascii="Times New Roman" w:hAnsi="Times New Roman"/>
          <w:sz w:val="28"/>
          <w:szCs w:val="28"/>
        </w:rPr>
        <w:t>классификацию</w:t>
      </w:r>
      <w:r w:rsidRPr="001A456E">
        <w:rPr>
          <w:rFonts w:ascii="Times New Roman" w:hAnsi="Times New Roman"/>
          <w:spacing w:val="-1"/>
          <w:sz w:val="28"/>
          <w:szCs w:val="28"/>
        </w:rPr>
        <w:t xml:space="preserve"> </w:t>
      </w:r>
      <w:r w:rsidRPr="001A456E">
        <w:rPr>
          <w:rFonts w:ascii="Times New Roman" w:hAnsi="Times New Roman"/>
          <w:sz w:val="28"/>
          <w:szCs w:val="28"/>
        </w:rPr>
        <w:t>изученных</w:t>
      </w:r>
      <w:r w:rsidRPr="001A456E">
        <w:rPr>
          <w:rFonts w:ascii="Times New Roman" w:hAnsi="Times New Roman"/>
          <w:spacing w:val="-1"/>
          <w:sz w:val="28"/>
          <w:szCs w:val="28"/>
        </w:rPr>
        <w:t xml:space="preserve"> </w:t>
      </w:r>
      <w:r w:rsidRPr="001A456E">
        <w:rPr>
          <w:rFonts w:ascii="Times New Roman" w:hAnsi="Times New Roman"/>
          <w:sz w:val="28"/>
          <w:szCs w:val="28"/>
        </w:rPr>
        <w:t>фактов</w:t>
      </w:r>
      <w:r w:rsidRPr="001A456E">
        <w:rPr>
          <w:rFonts w:ascii="Times New Roman" w:hAnsi="Times New Roman"/>
          <w:spacing w:val="-2"/>
          <w:sz w:val="28"/>
          <w:szCs w:val="28"/>
        </w:rPr>
        <w:t xml:space="preserve"> </w:t>
      </w:r>
      <w:r w:rsidRPr="001A456E">
        <w:rPr>
          <w:rFonts w:ascii="Times New Roman" w:hAnsi="Times New Roman"/>
          <w:sz w:val="28"/>
          <w:szCs w:val="28"/>
        </w:rPr>
        <w:t>(под</w:t>
      </w:r>
      <w:r w:rsidRPr="001A456E">
        <w:rPr>
          <w:rFonts w:ascii="Times New Roman" w:hAnsi="Times New Roman"/>
          <w:spacing w:val="4"/>
          <w:sz w:val="28"/>
          <w:szCs w:val="28"/>
        </w:rPr>
        <w:t xml:space="preserve"> </w:t>
      </w:r>
      <w:r w:rsidRPr="001A456E">
        <w:rPr>
          <w:rFonts w:ascii="Times New Roman" w:hAnsi="Times New Roman"/>
          <w:sz w:val="28"/>
          <w:szCs w:val="28"/>
        </w:rPr>
        <w:t>руководством педагога);</w:t>
      </w:r>
    </w:p>
    <w:p w:rsidR="002E47B9" w:rsidRPr="001A456E" w:rsidRDefault="00BD5B97" w:rsidP="003772B6">
      <w:pPr>
        <w:pStyle w:val="aff5"/>
        <w:numPr>
          <w:ilvl w:val="0"/>
          <w:numId w:val="4"/>
        </w:numPr>
        <w:tabs>
          <w:tab w:val="left" w:pos="1700"/>
          <w:tab w:val="left" w:pos="1701"/>
        </w:tabs>
        <w:spacing w:line="240" w:lineRule="auto"/>
        <w:ind w:left="0" w:right="650"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pacing w:val="-3"/>
          <w:sz w:val="28"/>
          <w:szCs w:val="28"/>
        </w:rPr>
        <w:t xml:space="preserve"> </w:t>
      </w:r>
      <w:r w:rsidRPr="001A456E">
        <w:rPr>
          <w:rFonts w:ascii="Times New Roman" w:hAnsi="Times New Roman"/>
          <w:sz w:val="28"/>
          <w:szCs w:val="28"/>
        </w:rPr>
        <w:t>ориентироваться</w:t>
      </w:r>
      <w:r w:rsidRPr="001A456E">
        <w:rPr>
          <w:rFonts w:ascii="Times New Roman" w:hAnsi="Times New Roman"/>
          <w:spacing w:val="-2"/>
          <w:sz w:val="28"/>
          <w:szCs w:val="28"/>
        </w:rPr>
        <w:t xml:space="preserve"> </w:t>
      </w:r>
      <w:r w:rsidRPr="001A456E">
        <w:rPr>
          <w:rFonts w:ascii="Times New Roman" w:hAnsi="Times New Roman"/>
          <w:sz w:val="28"/>
          <w:szCs w:val="28"/>
        </w:rPr>
        <w:t>в</w:t>
      </w:r>
      <w:r w:rsidRPr="001A456E">
        <w:rPr>
          <w:rFonts w:ascii="Times New Roman" w:hAnsi="Times New Roman"/>
          <w:spacing w:val="-6"/>
          <w:sz w:val="28"/>
          <w:szCs w:val="28"/>
        </w:rPr>
        <w:t xml:space="preserve"> </w:t>
      </w:r>
      <w:r w:rsidRPr="001A456E">
        <w:rPr>
          <w:rFonts w:ascii="Times New Roman" w:hAnsi="Times New Roman"/>
          <w:sz w:val="28"/>
          <w:szCs w:val="28"/>
        </w:rPr>
        <w:t>мире</w:t>
      </w:r>
      <w:r w:rsidRPr="001A456E">
        <w:rPr>
          <w:rFonts w:ascii="Times New Roman" w:hAnsi="Times New Roman"/>
          <w:spacing w:val="-2"/>
          <w:sz w:val="28"/>
          <w:szCs w:val="28"/>
        </w:rPr>
        <w:t xml:space="preserve"> </w:t>
      </w:r>
      <w:r w:rsidRPr="001A456E">
        <w:rPr>
          <w:rFonts w:ascii="Times New Roman" w:hAnsi="Times New Roman"/>
          <w:sz w:val="28"/>
          <w:szCs w:val="28"/>
        </w:rPr>
        <w:t>книг</w:t>
      </w:r>
      <w:r w:rsidRPr="001A456E">
        <w:rPr>
          <w:rFonts w:ascii="Times New Roman" w:hAnsi="Times New Roman"/>
          <w:spacing w:val="-3"/>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искать</w:t>
      </w:r>
      <w:r w:rsidRPr="001A456E">
        <w:rPr>
          <w:rFonts w:ascii="Times New Roman" w:hAnsi="Times New Roman"/>
          <w:spacing w:val="-5"/>
          <w:sz w:val="28"/>
          <w:szCs w:val="28"/>
        </w:rPr>
        <w:t xml:space="preserve"> </w:t>
      </w:r>
      <w:r w:rsidRPr="001A456E">
        <w:rPr>
          <w:rFonts w:ascii="Times New Roman" w:hAnsi="Times New Roman"/>
          <w:sz w:val="28"/>
          <w:szCs w:val="28"/>
        </w:rPr>
        <w:t>необходимую</w:t>
      </w:r>
      <w:r w:rsidRPr="001A456E">
        <w:rPr>
          <w:rFonts w:ascii="Times New Roman" w:hAnsi="Times New Roman"/>
          <w:spacing w:val="-3"/>
          <w:sz w:val="28"/>
          <w:szCs w:val="28"/>
        </w:rPr>
        <w:t xml:space="preserve"> </w:t>
      </w:r>
      <w:r w:rsidRPr="001A456E">
        <w:rPr>
          <w:rFonts w:ascii="Times New Roman" w:hAnsi="Times New Roman"/>
          <w:sz w:val="28"/>
          <w:szCs w:val="28"/>
        </w:rPr>
        <w:t>информацию</w:t>
      </w:r>
      <w:r w:rsidRPr="001A456E">
        <w:rPr>
          <w:rFonts w:ascii="Times New Roman" w:hAnsi="Times New Roman"/>
          <w:spacing w:val="-4"/>
          <w:sz w:val="28"/>
          <w:szCs w:val="28"/>
        </w:rPr>
        <w:t xml:space="preserve"> </w:t>
      </w:r>
      <w:r w:rsidRPr="001A456E">
        <w:rPr>
          <w:rFonts w:ascii="Times New Roman" w:hAnsi="Times New Roman"/>
          <w:sz w:val="28"/>
          <w:szCs w:val="28"/>
        </w:rPr>
        <w:t>(под</w:t>
      </w:r>
      <w:r w:rsidRPr="001A456E">
        <w:rPr>
          <w:rFonts w:ascii="Times New Roman" w:hAnsi="Times New Roman"/>
          <w:spacing w:val="-57"/>
          <w:sz w:val="28"/>
          <w:szCs w:val="28"/>
        </w:rPr>
        <w:t xml:space="preserve"> </w:t>
      </w:r>
      <w:r w:rsidRPr="001A456E">
        <w:rPr>
          <w:rFonts w:ascii="Times New Roman" w:hAnsi="Times New Roman"/>
          <w:sz w:val="28"/>
          <w:szCs w:val="28"/>
        </w:rPr>
        <w:t>руководством</w:t>
      </w:r>
      <w:r w:rsidRPr="001A456E">
        <w:rPr>
          <w:rFonts w:ascii="Times New Roman" w:hAnsi="Times New Roman"/>
          <w:spacing w:val="-1"/>
          <w:sz w:val="28"/>
          <w:szCs w:val="28"/>
        </w:rPr>
        <w:t xml:space="preserve"> </w:t>
      </w:r>
      <w:r w:rsidRPr="001A456E">
        <w:rPr>
          <w:rFonts w:ascii="Times New Roman" w:hAnsi="Times New Roman"/>
          <w:sz w:val="28"/>
          <w:szCs w:val="28"/>
        </w:rPr>
        <w:t>педагога);</w:t>
      </w:r>
    </w:p>
    <w:p w:rsidR="002E47B9" w:rsidRPr="001A456E" w:rsidRDefault="00BD5B97" w:rsidP="003772B6">
      <w:pPr>
        <w:pStyle w:val="aff5"/>
        <w:numPr>
          <w:ilvl w:val="0"/>
          <w:numId w:val="4"/>
        </w:numPr>
        <w:tabs>
          <w:tab w:val="left" w:pos="1700"/>
          <w:tab w:val="left" w:pos="1701"/>
          <w:tab w:val="left" w:pos="2780"/>
        </w:tabs>
        <w:spacing w:line="240" w:lineRule="auto"/>
        <w:ind w:left="0" w:right="697"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z w:val="28"/>
          <w:szCs w:val="28"/>
        </w:rPr>
        <w:tab/>
        <w:t>понимать нравственные ценности общества: добро, человеколюбие,</w:t>
      </w:r>
      <w:r w:rsidRPr="001A456E">
        <w:rPr>
          <w:rFonts w:ascii="Times New Roman" w:hAnsi="Times New Roman"/>
          <w:spacing w:val="-57"/>
          <w:sz w:val="28"/>
          <w:szCs w:val="28"/>
        </w:rPr>
        <w:t xml:space="preserve"> </w:t>
      </w:r>
      <w:r w:rsidRPr="001A456E">
        <w:rPr>
          <w:rFonts w:ascii="Times New Roman" w:hAnsi="Times New Roman"/>
          <w:sz w:val="28"/>
          <w:szCs w:val="28"/>
        </w:rPr>
        <w:t>благотворительность</w:t>
      </w:r>
      <w:r w:rsidRPr="001A456E">
        <w:rPr>
          <w:rFonts w:ascii="Times New Roman" w:hAnsi="Times New Roman"/>
          <w:spacing w:val="-3"/>
          <w:sz w:val="28"/>
          <w:szCs w:val="28"/>
        </w:rPr>
        <w:t xml:space="preserve"> </w:t>
      </w:r>
      <w:r w:rsidRPr="001A456E">
        <w:rPr>
          <w:rFonts w:ascii="Times New Roman" w:hAnsi="Times New Roman"/>
          <w:sz w:val="28"/>
          <w:szCs w:val="28"/>
        </w:rPr>
        <w:t>(под</w:t>
      </w:r>
      <w:r w:rsidRPr="001A456E">
        <w:rPr>
          <w:rFonts w:ascii="Times New Roman" w:hAnsi="Times New Roman"/>
          <w:spacing w:val="1"/>
          <w:sz w:val="28"/>
          <w:szCs w:val="28"/>
        </w:rPr>
        <w:t xml:space="preserve"> </w:t>
      </w:r>
      <w:r w:rsidRPr="001A456E">
        <w:rPr>
          <w:rFonts w:ascii="Times New Roman" w:hAnsi="Times New Roman"/>
          <w:sz w:val="28"/>
          <w:szCs w:val="28"/>
        </w:rPr>
        <w:t>руководством педагога);</w:t>
      </w:r>
    </w:p>
    <w:p w:rsidR="002E47B9" w:rsidRPr="001A456E" w:rsidRDefault="00BD5B97" w:rsidP="003772B6">
      <w:pPr>
        <w:pStyle w:val="aff5"/>
        <w:numPr>
          <w:ilvl w:val="0"/>
          <w:numId w:val="4"/>
        </w:numPr>
        <w:tabs>
          <w:tab w:val="left" w:pos="1700"/>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pacing w:val="-3"/>
          <w:sz w:val="28"/>
          <w:szCs w:val="28"/>
        </w:rPr>
        <w:t xml:space="preserve"> </w:t>
      </w:r>
      <w:r w:rsidRPr="001A456E">
        <w:rPr>
          <w:rFonts w:ascii="Times New Roman" w:hAnsi="Times New Roman"/>
          <w:sz w:val="28"/>
          <w:szCs w:val="28"/>
        </w:rPr>
        <w:t>приобретать</w:t>
      </w:r>
      <w:r w:rsidRPr="001A456E">
        <w:rPr>
          <w:rFonts w:ascii="Times New Roman" w:hAnsi="Times New Roman"/>
          <w:spacing w:val="-4"/>
          <w:sz w:val="28"/>
          <w:szCs w:val="28"/>
        </w:rPr>
        <w:t xml:space="preserve"> </w:t>
      </w:r>
      <w:r w:rsidRPr="001A456E">
        <w:rPr>
          <w:rFonts w:ascii="Times New Roman" w:hAnsi="Times New Roman"/>
          <w:sz w:val="28"/>
          <w:szCs w:val="28"/>
        </w:rPr>
        <w:t>опыт</w:t>
      </w:r>
      <w:r w:rsidRPr="001A456E">
        <w:rPr>
          <w:rFonts w:ascii="Times New Roman" w:hAnsi="Times New Roman"/>
          <w:spacing w:val="-4"/>
          <w:sz w:val="28"/>
          <w:szCs w:val="28"/>
        </w:rPr>
        <w:t xml:space="preserve"> </w:t>
      </w:r>
      <w:r w:rsidRPr="001A456E">
        <w:rPr>
          <w:rFonts w:ascii="Times New Roman" w:hAnsi="Times New Roman"/>
          <w:sz w:val="28"/>
          <w:szCs w:val="28"/>
        </w:rPr>
        <w:t>составления</w:t>
      </w:r>
      <w:r w:rsidRPr="001A456E">
        <w:rPr>
          <w:rFonts w:ascii="Times New Roman" w:hAnsi="Times New Roman"/>
          <w:spacing w:val="-2"/>
          <w:sz w:val="28"/>
          <w:szCs w:val="28"/>
        </w:rPr>
        <w:t xml:space="preserve"> </w:t>
      </w:r>
      <w:r w:rsidRPr="001A456E">
        <w:rPr>
          <w:rFonts w:ascii="Times New Roman" w:hAnsi="Times New Roman"/>
          <w:sz w:val="28"/>
          <w:szCs w:val="28"/>
        </w:rPr>
        <w:t>комплекса</w:t>
      </w:r>
      <w:r w:rsidRPr="001A456E">
        <w:rPr>
          <w:rFonts w:ascii="Times New Roman" w:hAnsi="Times New Roman"/>
          <w:spacing w:val="-2"/>
          <w:sz w:val="28"/>
          <w:szCs w:val="28"/>
        </w:rPr>
        <w:t xml:space="preserve"> </w:t>
      </w:r>
      <w:r w:rsidRPr="001A456E">
        <w:rPr>
          <w:rFonts w:ascii="Times New Roman" w:hAnsi="Times New Roman"/>
          <w:sz w:val="28"/>
          <w:szCs w:val="28"/>
        </w:rPr>
        <w:t>упражнений</w:t>
      </w:r>
      <w:r w:rsidRPr="001A456E">
        <w:rPr>
          <w:rFonts w:ascii="Times New Roman" w:hAnsi="Times New Roman"/>
          <w:spacing w:val="-4"/>
          <w:sz w:val="28"/>
          <w:szCs w:val="28"/>
        </w:rPr>
        <w:t xml:space="preserve"> </w:t>
      </w:r>
      <w:r w:rsidRPr="001A456E">
        <w:rPr>
          <w:rFonts w:ascii="Times New Roman" w:hAnsi="Times New Roman"/>
          <w:sz w:val="28"/>
          <w:szCs w:val="28"/>
        </w:rPr>
        <w:t>для</w:t>
      </w:r>
      <w:r w:rsidRPr="001A456E">
        <w:rPr>
          <w:rFonts w:ascii="Times New Roman" w:hAnsi="Times New Roman"/>
          <w:spacing w:val="-2"/>
          <w:sz w:val="28"/>
          <w:szCs w:val="28"/>
        </w:rPr>
        <w:t xml:space="preserve"> </w:t>
      </w:r>
      <w:r w:rsidRPr="001A456E">
        <w:rPr>
          <w:rFonts w:ascii="Times New Roman" w:hAnsi="Times New Roman"/>
          <w:sz w:val="28"/>
          <w:szCs w:val="28"/>
        </w:rPr>
        <w:t>зарядки;</w:t>
      </w:r>
    </w:p>
    <w:p w:rsidR="002E47B9" w:rsidRPr="001A456E" w:rsidRDefault="00BD5B97" w:rsidP="003772B6">
      <w:pPr>
        <w:pStyle w:val="aff5"/>
        <w:numPr>
          <w:ilvl w:val="0"/>
          <w:numId w:val="4"/>
        </w:numPr>
        <w:tabs>
          <w:tab w:val="left" w:pos="1700"/>
          <w:tab w:val="left" w:pos="1701"/>
        </w:tabs>
        <w:spacing w:line="240" w:lineRule="auto"/>
        <w:ind w:left="0" w:right="142" w:firstLine="709"/>
        <w:jc w:val="both"/>
        <w:rPr>
          <w:rFonts w:ascii="Times New Roman" w:hAnsi="Times New Roman"/>
          <w:sz w:val="28"/>
          <w:szCs w:val="28"/>
        </w:rPr>
      </w:pPr>
      <w:r w:rsidRPr="001A456E">
        <w:rPr>
          <w:rFonts w:ascii="Times New Roman" w:hAnsi="Times New Roman"/>
          <w:sz w:val="28"/>
          <w:szCs w:val="28"/>
        </w:rPr>
        <w:lastRenderedPageBreak/>
        <w:t>понимать, что информация может быть представлена в разной форме – книга, фото,</w:t>
      </w:r>
      <w:r w:rsidRPr="001A456E">
        <w:rPr>
          <w:rFonts w:ascii="Times New Roman" w:hAnsi="Times New Roman"/>
          <w:spacing w:val="-57"/>
          <w:sz w:val="28"/>
          <w:szCs w:val="28"/>
        </w:rPr>
        <w:t xml:space="preserve"> </w:t>
      </w:r>
      <w:r w:rsidRPr="001A456E">
        <w:rPr>
          <w:rFonts w:ascii="Times New Roman" w:hAnsi="Times New Roman"/>
          <w:sz w:val="28"/>
          <w:szCs w:val="28"/>
        </w:rPr>
        <w:t>видео</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Универсальные</w:t>
      </w:r>
      <w:r w:rsidRPr="001A456E">
        <w:rPr>
          <w:rFonts w:ascii="Times New Roman" w:hAnsi="Times New Roman" w:cs="Times New Roman"/>
          <w:i/>
          <w:spacing w:val="-3"/>
          <w:sz w:val="28"/>
          <w:szCs w:val="28"/>
        </w:rPr>
        <w:t xml:space="preserve"> </w:t>
      </w:r>
      <w:r w:rsidRPr="001A456E">
        <w:rPr>
          <w:rFonts w:ascii="Times New Roman" w:hAnsi="Times New Roman" w:cs="Times New Roman"/>
          <w:i/>
          <w:sz w:val="28"/>
          <w:szCs w:val="28"/>
        </w:rPr>
        <w:t>учебные</w:t>
      </w:r>
      <w:r w:rsidRPr="001A456E">
        <w:rPr>
          <w:rFonts w:ascii="Times New Roman" w:hAnsi="Times New Roman" w:cs="Times New Roman"/>
          <w:i/>
          <w:spacing w:val="-3"/>
          <w:sz w:val="28"/>
          <w:szCs w:val="28"/>
        </w:rPr>
        <w:t xml:space="preserve"> </w:t>
      </w:r>
      <w:r w:rsidRPr="001A456E">
        <w:rPr>
          <w:rFonts w:ascii="Times New Roman" w:hAnsi="Times New Roman" w:cs="Times New Roman"/>
          <w:i/>
          <w:sz w:val="28"/>
          <w:szCs w:val="28"/>
        </w:rPr>
        <w:t>коммуникативные</w:t>
      </w:r>
      <w:r w:rsidRPr="001A456E">
        <w:rPr>
          <w:rFonts w:ascii="Times New Roman" w:hAnsi="Times New Roman" w:cs="Times New Roman"/>
          <w:i/>
          <w:spacing w:val="-3"/>
          <w:sz w:val="28"/>
          <w:szCs w:val="28"/>
        </w:rPr>
        <w:t xml:space="preserve"> </w:t>
      </w:r>
      <w:r w:rsidRPr="001A456E">
        <w:rPr>
          <w:rFonts w:ascii="Times New Roman" w:hAnsi="Times New Roman" w:cs="Times New Roman"/>
          <w:i/>
          <w:sz w:val="28"/>
          <w:szCs w:val="28"/>
        </w:rPr>
        <w:t>действия:</w:t>
      </w:r>
    </w:p>
    <w:p w:rsidR="002E47B9" w:rsidRPr="001A456E" w:rsidRDefault="00BD5B97" w:rsidP="003772B6">
      <w:pPr>
        <w:pStyle w:val="aff5"/>
        <w:numPr>
          <w:ilvl w:val="1"/>
          <w:numId w:val="5"/>
        </w:numPr>
        <w:tabs>
          <w:tab w:val="left" w:pos="1549"/>
        </w:tabs>
        <w:spacing w:line="240" w:lineRule="auto"/>
        <w:ind w:left="0"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pacing w:val="-4"/>
          <w:sz w:val="28"/>
          <w:szCs w:val="28"/>
        </w:rPr>
        <w:t xml:space="preserve"> </w:t>
      </w:r>
      <w:r w:rsidRPr="001A456E">
        <w:rPr>
          <w:rFonts w:ascii="Times New Roman" w:hAnsi="Times New Roman"/>
          <w:sz w:val="28"/>
          <w:szCs w:val="28"/>
        </w:rPr>
        <w:t>проявлять</w:t>
      </w:r>
      <w:r w:rsidRPr="001A456E">
        <w:rPr>
          <w:rFonts w:ascii="Times New Roman" w:hAnsi="Times New Roman"/>
          <w:spacing w:val="-6"/>
          <w:sz w:val="28"/>
          <w:szCs w:val="28"/>
        </w:rPr>
        <w:t xml:space="preserve"> </w:t>
      </w:r>
      <w:r w:rsidRPr="001A456E">
        <w:rPr>
          <w:rFonts w:ascii="Times New Roman" w:hAnsi="Times New Roman"/>
          <w:sz w:val="28"/>
          <w:szCs w:val="28"/>
        </w:rPr>
        <w:t>инициативность,</w:t>
      </w:r>
      <w:r w:rsidRPr="001A456E">
        <w:rPr>
          <w:rFonts w:ascii="Times New Roman" w:hAnsi="Times New Roman"/>
          <w:spacing w:val="-4"/>
          <w:sz w:val="28"/>
          <w:szCs w:val="28"/>
        </w:rPr>
        <w:t xml:space="preserve"> </w:t>
      </w:r>
      <w:r w:rsidRPr="001A456E">
        <w:rPr>
          <w:rFonts w:ascii="Times New Roman" w:hAnsi="Times New Roman"/>
          <w:sz w:val="28"/>
          <w:szCs w:val="28"/>
        </w:rPr>
        <w:t>активность,</w:t>
      </w:r>
      <w:r w:rsidRPr="001A456E">
        <w:rPr>
          <w:rFonts w:ascii="Times New Roman" w:hAnsi="Times New Roman"/>
          <w:spacing w:val="-4"/>
          <w:sz w:val="28"/>
          <w:szCs w:val="28"/>
        </w:rPr>
        <w:t xml:space="preserve"> </w:t>
      </w:r>
      <w:r w:rsidRPr="001A456E">
        <w:rPr>
          <w:rFonts w:ascii="Times New Roman" w:hAnsi="Times New Roman"/>
          <w:sz w:val="28"/>
          <w:szCs w:val="28"/>
        </w:rPr>
        <w:t>самостоятельность;</w:t>
      </w:r>
    </w:p>
    <w:p w:rsidR="002E47B9" w:rsidRPr="001A456E" w:rsidRDefault="00BD5B97" w:rsidP="003772B6">
      <w:pPr>
        <w:pStyle w:val="aff5"/>
        <w:numPr>
          <w:ilvl w:val="1"/>
          <w:numId w:val="5"/>
        </w:numPr>
        <w:tabs>
          <w:tab w:val="left" w:pos="1549"/>
        </w:tabs>
        <w:spacing w:line="240" w:lineRule="auto"/>
        <w:ind w:left="0" w:right="1241" w:firstLine="709"/>
        <w:jc w:val="both"/>
        <w:rPr>
          <w:rFonts w:ascii="Times New Roman" w:hAnsi="Times New Roman"/>
          <w:sz w:val="28"/>
          <w:szCs w:val="28"/>
        </w:rPr>
      </w:pPr>
      <w:r w:rsidRPr="001A456E">
        <w:rPr>
          <w:rFonts w:ascii="Times New Roman" w:hAnsi="Times New Roman"/>
          <w:sz w:val="28"/>
          <w:szCs w:val="28"/>
        </w:rPr>
        <w:t>умение проявлять готовность выступить в роли организатора, инициатора,</w:t>
      </w:r>
      <w:r w:rsidRPr="001A456E">
        <w:rPr>
          <w:rFonts w:ascii="Times New Roman" w:hAnsi="Times New Roman"/>
          <w:spacing w:val="-57"/>
          <w:sz w:val="28"/>
          <w:szCs w:val="28"/>
        </w:rPr>
        <w:t xml:space="preserve"> </w:t>
      </w:r>
      <w:r w:rsidRPr="001A456E">
        <w:rPr>
          <w:rFonts w:ascii="Times New Roman" w:hAnsi="Times New Roman"/>
          <w:sz w:val="28"/>
          <w:szCs w:val="28"/>
        </w:rPr>
        <w:t>руководителя,</w:t>
      </w:r>
      <w:r w:rsidRPr="001A456E">
        <w:rPr>
          <w:rFonts w:ascii="Times New Roman" w:hAnsi="Times New Roman"/>
          <w:spacing w:val="-1"/>
          <w:sz w:val="28"/>
          <w:szCs w:val="28"/>
        </w:rPr>
        <w:t xml:space="preserve"> </w:t>
      </w:r>
      <w:r w:rsidRPr="001A456E">
        <w:rPr>
          <w:rFonts w:ascii="Times New Roman" w:hAnsi="Times New Roman"/>
          <w:sz w:val="28"/>
          <w:szCs w:val="28"/>
        </w:rPr>
        <w:t>исполнителя;</w:t>
      </w:r>
    </w:p>
    <w:p w:rsidR="002E47B9" w:rsidRPr="001A456E" w:rsidRDefault="00BD5B97" w:rsidP="003772B6">
      <w:pPr>
        <w:pStyle w:val="aff5"/>
        <w:numPr>
          <w:ilvl w:val="1"/>
          <w:numId w:val="5"/>
        </w:numPr>
        <w:tabs>
          <w:tab w:val="left" w:pos="1549"/>
        </w:tabs>
        <w:spacing w:line="240" w:lineRule="auto"/>
        <w:ind w:left="0" w:right="685"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pacing w:val="-3"/>
          <w:sz w:val="28"/>
          <w:szCs w:val="28"/>
        </w:rPr>
        <w:t xml:space="preserve"> </w:t>
      </w:r>
      <w:r w:rsidRPr="001A456E">
        <w:rPr>
          <w:rFonts w:ascii="Times New Roman" w:hAnsi="Times New Roman"/>
          <w:sz w:val="28"/>
          <w:szCs w:val="28"/>
        </w:rPr>
        <w:t>сравнивать</w:t>
      </w:r>
      <w:r w:rsidRPr="001A456E">
        <w:rPr>
          <w:rFonts w:ascii="Times New Roman" w:hAnsi="Times New Roman"/>
          <w:spacing w:val="-5"/>
          <w:sz w:val="28"/>
          <w:szCs w:val="28"/>
        </w:rPr>
        <w:t xml:space="preserve"> </w:t>
      </w:r>
      <w:r w:rsidRPr="001A456E">
        <w:rPr>
          <w:rFonts w:ascii="Times New Roman" w:hAnsi="Times New Roman"/>
          <w:sz w:val="28"/>
          <w:szCs w:val="28"/>
        </w:rPr>
        <w:t>свои</w:t>
      </w:r>
      <w:r w:rsidRPr="001A456E">
        <w:rPr>
          <w:rFonts w:ascii="Times New Roman" w:hAnsi="Times New Roman"/>
          <w:spacing w:val="-4"/>
          <w:sz w:val="28"/>
          <w:szCs w:val="28"/>
        </w:rPr>
        <w:t xml:space="preserve"> </w:t>
      </w:r>
      <w:r w:rsidRPr="001A456E">
        <w:rPr>
          <w:rFonts w:ascii="Times New Roman" w:hAnsi="Times New Roman"/>
          <w:sz w:val="28"/>
          <w:szCs w:val="28"/>
        </w:rPr>
        <w:t>качества</w:t>
      </w:r>
      <w:r w:rsidRPr="001A456E">
        <w:rPr>
          <w:rFonts w:ascii="Times New Roman" w:hAnsi="Times New Roman"/>
          <w:spacing w:val="-2"/>
          <w:sz w:val="28"/>
          <w:szCs w:val="28"/>
        </w:rPr>
        <w:t xml:space="preserve"> </w:t>
      </w:r>
      <w:r w:rsidRPr="001A456E">
        <w:rPr>
          <w:rFonts w:ascii="Times New Roman" w:hAnsi="Times New Roman"/>
          <w:sz w:val="28"/>
          <w:szCs w:val="28"/>
        </w:rPr>
        <w:t>с</w:t>
      </w:r>
      <w:r w:rsidRPr="001A456E">
        <w:rPr>
          <w:rFonts w:ascii="Times New Roman" w:hAnsi="Times New Roman"/>
          <w:spacing w:val="-3"/>
          <w:sz w:val="28"/>
          <w:szCs w:val="28"/>
        </w:rPr>
        <w:t xml:space="preserve"> </w:t>
      </w:r>
      <w:r w:rsidRPr="001A456E">
        <w:rPr>
          <w:rFonts w:ascii="Times New Roman" w:hAnsi="Times New Roman"/>
          <w:sz w:val="28"/>
          <w:szCs w:val="28"/>
        </w:rPr>
        <w:t>качествами</w:t>
      </w:r>
      <w:r w:rsidRPr="001A456E">
        <w:rPr>
          <w:rFonts w:ascii="Times New Roman" w:hAnsi="Times New Roman"/>
          <w:spacing w:val="-3"/>
          <w:sz w:val="28"/>
          <w:szCs w:val="28"/>
        </w:rPr>
        <w:t xml:space="preserve"> </w:t>
      </w:r>
      <w:r w:rsidRPr="001A456E">
        <w:rPr>
          <w:rFonts w:ascii="Times New Roman" w:hAnsi="Times New Roman"/>
          <w:sz w:val="28"/>
          <w:szCs w:val="28"/>
        </w:rPr>
        <w:t>лидера,</w:t>
      </w:r>
      <w:r w:rsidRPr="001A456E">
        <w:rPr>
          <w:rFonts w:ascii="Times New Roman" w:hAnsi="Times New Roman"/>
          <w:spacing w:val="-4"/>
          <w:sz w:val="28"/>
          <w:szCs w:val="28"/>
        </w:rPr>
        <w:t xml:space="preserve"> </w:t>
      </w:r>
      <w:r w:rsidRPr="001A456E">
        <w:rPr>
          <w:rFonts w:ascii="Times New Roman" w:hAnsi="Times New Roman"/>
          <w:sz w:val="28"/>
          <w:szCs w:val="28"/>
        </w:rPr>
        <w:t>комментировать</w:t>
      </w:r>
      <w:r w:rsidRPr="001A456E">
        <w:rPr>
          <w:rFonts w:ascii="Times New Roman" w:hAnsi="Times New Roman"/>
          <w:spacing w:val="-5"/>
          <w:sz w:val="28"/>
          <w:szCs w:val="28"/>
        </w:rPr>
        <w:t xml:space="preserve"> </w:t>
      </w:r>
      <w:r w:rsidRPr="001A456E">
        <w:rPr>
          <w:rFonts w:ascii="Times New Roman" w:hAnsi="Times New Roman"/>
          <w:sz w:val="28"/>
          <w:szCs w:val="28"/>
        </w:rPr>
        <w:t>процесс</w:t>
      </w:r>
      <w:r w:rsidRPr="001A456E">
        <w:rPr>
          <w:rFonts w:ascii="Times New Roman" w:hAnsi="Times New Roman"/>
          <w:spacing w:val="-57"/>
          <w:sz w:val="28"/>
          <w:szCs w:val="28"/>
        </w:rPr>
        <w:t xml:space="preserve"> </w:t>
      </w:r>
      <w:r w:rsidRPr="001A456E">
        <w:rPr>
          <w:rFonts w:ascii="Times New Roman" w:hAnsi="Times New Roman"/>
          <w:sz w:val="28"/>
          <w:szCs w:val="28"/>
        </w:rPr>
        <w:t>решения поставленных задач,</w:t>
      </w:r>
      <w:r w:rsidRPr="001A456E">
        <w:rPr>
          <w:rFonts w:ascii="Times New Roman" w:hAnsi="Times New Roman"/>
          <w:spacing w:val="-1"/>
          <w:sz w:val="28"/>
          <w:szCs w:val="28"/>
        </w:rPr>
        <w:t xml:space="preserve"> </w:t>
      </w:r>
      <w:r w:rsidRPr="001A456E">
        <w:rPr>
          <w:rFonts w:ascii="Times New Roman" w:hAnsi="Times New Roman"/>
          <w:sz w:val="28"/>
          <w:szCs w:val="28"/>
        </w:rPr>
        <w:t>проявлять</w:t>
      </w:r>
      <w:r w:rsidRPr="001A456E">
        <w:rPr>
          <w:rFonts w:ascii="Times New Roman" w:hAnsi="Times New Roman"/>
          <w:spacing w:val="-2"/>
          <w:sz w:val="28"/>
          <w:szCs w:val="28"/>
        </w:rPr>
        <w:t xml:space="preserve"> </w:t>
      </w:r>
      <w:r w:rsidRPr="001A456E">
        <w:rPr>
          <w:rFonts w:ascii="Times New Roman" w:hAnsi="Times New Roman"/>
          <w:sz w:val="28"/>
          <w:szCs w:val="28"/>
        </w:rPr>
        <w:t>этику</w:t>
      </w:r>
      <w:r w:rsidRPr="001A456E">
        <w:rPr>
          <w:rFonts w:ascii="Times New Roman" w:hAnsi="Times New Roman"/>
          <w:spacing w:val="-6"/>
          <w:sz w:val="28"/>
          <w:szCs w:val="28"/>
        </w:rPr>
        <w:t xml:space="preserve"> </w:t>
      </w:r>
      <w:r w:rsidRPr="001A456E">
        <w:rPr>
          <w:rFonts w:ascii="Times New Roman" w:hAnsi="Times New Roman"/>
          <w:sz w:val="28"/>
          <w:szCs w:val="28"/>
        </w:rPr>
        <w:t>общения;</w:t>
      </w:r>
    </w:p>
    <w:p w:rsidR="002E47B9" w:rsidRPr="001A456E" w:rsidRDefault="00BD5B97" w:rsidP="003772B6">
      <w:pPr>
        <w:pStyle w:val="aff5"/>
        <w:numPr>
          <w:ilvl w:val="1"/>
          <w:numId w:val="5"/>
        </w:numPr>
        <w:tabs>
          <w:tab w:val="left" w:pos="1549"/>
        </w:tabs>
        <w:spacing w:line="240" w:lineRule="auto"/>
        <w:ind w:left="0" w:right="588" w:firstLine="709"/>
        <w:jc w:val="both"/>
        <w:rPr>
          <w:rFonts w:ascii="Times New Roman" w:hAnsi="Times New Roman"/>
          <w:sz w:val="28"/>
          <w:szCs w:val="28"/>
        </w:rPr>
      </w:pPr>
      <w:r w:rsidRPr="001A456E">
        <w:rPr>
          <w:rFonts w:ascii="Times New Roman" w:hAnsi="Times New Roman"/>
          <w:sz w:val="28"/>
          <w:szCs w:val="28"/>
        </w:rPr>
        <w:t>участие</w:t>
      </w:r>
      <w:r w:rsidRPr="001A456E">
        <w:rPr>
          <w:rFonts w:ascii="Times New Roman" w:hAnsi="Times New Roman"/>
          <w:spacing w:val="-4"/>
          <w:sz w:val="28"/>
          <w:szCs w:val="28"/>
        </w:rPr>
        <w:t xml:space="preserve"> </w:t>
      </w:r>
      <w:r w:rsidRPr="001A456E">
        <w:rPr>
          <w:rFonts w:ascii="Times New Roman" w:hAnsi="Times New Roman"/>
          <w:sz w:val="28"/>
          <w:szCs w:val="28"/>
        </w:rPr>
        <w:t>в</w:t>
      </w:r>
      <w:r w:rsidRPr="001A456E">
        <w:rPr>
          <w:rFonts w:ascii="Times New Roman" w:hAnsi="Times New Roman"/>
          <w:spacing w:val="-5"/>
          <w:sz w:val="28"/>
          <w:szCs w:val="28"/>
        </w:rPr>
        <w:t xml:space="preserve"> </w:t>
      </w:r>
      <w:r w:rsidRPr="001A456E">
        <w:rPr>
          <w:rFonts w:ascii="Times New Roman" w:hAnsi="Times New Roman"/>
          <w:sz w:val="28"/>
          <w:szCs w:val="28"/>
        </w:rPr>
        <w:t>совместной</w:t>
      </w:r>
      <w:r w:rsidRPr="001A456E">
        <w:rPr>
          <w:rFonts w:ascii="Times New Roman" w:hAnsi="Times New Roman"/>
          <w:spacing w:val="-1"/>
          <w:sz w:val="28"/>
          <w:szCs w:val="28"/>
        </w:rPr>
        <w:t xml:space="preserve"> </w:t>
      </w:r>
      <w:r w:rsidRPr="001A456E">
        <w:rPr>
          <w:rFonts w:ascii="Times New Roman" w:hAnsi="Times New Roman"/>
          <w:sz w:val="28"/>
          <w:szCs w:val="28"/>
        </w:rPr>
        <w:t>деятельности,</w:t>
      </w:r>
      <w:r w:rsidRPr="001A456E">
        <w:rPr>
          <w:rFonts w:ascii="Times New Roman" w:hAnsi="Times New Roman"/>
          <w:spacing w:val="-4"/>
          <w:sz w:val="28"/>
          <w:szCs w:val="28"/>
        </w:rPr>
        <w:t xml:space="preserve"> </w:t>
      </w:r>
      <w:r w:rsidRPr="001A456E">
        <w:rPr>
          <w:rFonts w:ascii="Times New Roman" w:hAnsi="Times New Roman"/>
          <w:sz w:val="28"/>
          <w:szCs w:val="28"/>
        </w:rPr>
        <w:t>умение</w:t>
      </w:r>
      <w:r w:rsidRPr="001A456E">
        <w:rPr>
          <w:rFonts w:ascii="Times New Roman" w:hAnsi="Times New Roman"/>
          <w:spacing w:val="-2"/>
          <w:sz w:val="28"/>
          <w:szCs w:val="28"/>
        </w:rPr>
        <w:t xml:space="preserve"> </w:t>
      </w:r>
      <w:r w:rsidRPr="001A456E">
        <w:rPr>
          <w:rFonts w:ascii="Times New Roman" w:hAnsi="Times New Roman"/>
          <w:sz w:val="28"/>
          <w:szCs w:val="28"/>
        </w:rPr>
        <w:t>согласовывать</w:t>
      </w:r>
      <w:r w:rsidRPr="001A456E">
        <w:rPr>
          <w:rFonts w:ascii="Times New Roman" w:hAnsi="Times New Roman"/>
          <w:spacing w:val="-5"/>
          <w:sz w:val="28"/>
          <w:szCs w:val="28"/>
        </w:rPr>
        <w:t xml:space="preserve"> </w:t>
      </w:r>
      <w:r w:rsidRPr="001A456E">
        <w:rPr>
          <w:rFonts w:ascii="Times New Roman" w:hAnsi="Times New Roman"/>
          <w:sz w:val="28"/>
          <w:szCs w:val="28"/>
        </w:rPr>
        <w:t>мнения</w:t>
      </w:r>
      <w:r w:rsidRPr="001A456E">
        <w:rPr>
          <w:rFonts w:ascii="Times New Roman" w:hAnsi="Times New Roman"/>
          <w:spacing w:val="-2"/>
          <w:sz w:val="28"/>
          <w:szCs w:val="28"/>
        </w:rPr>
        <w:t xml:space="preserve"> </w:t>
      </w:r>
      <w:r w:rsidRPr="001A456E">
        <w:rPr>
          <w:rFonts w:ascii="Times New Roman" w:hAnsi="Times New Roman"/>
          <w:sz w:val="28"/>
          <w:szCs w:val="28"/>
        </w:rPr>
        <w:t>в</w:t>
      </w:r>
      <w:r w:rsidRPr="001A456E">
        <w:rPr>
          <w:rFonts w:ascii="Times New Roman" w:hAnsi="Times New Roman"/>
          <w:spacing w:val="-6"/>
          <w:sz w:val="28"/>
          <w:szCs w:val="28"/>
        </w:rPr>
        <w:t xml:space="preserve"> </w:t>
      </w:r>
      <w:r w:rsidRPr="001A456E">
        <w:rPr>
          <w:rFonts w:ascii="Times New Roman" w:hAnsi="Times New Roman"/>
          <w:sz w:val="28"/>
          <w:szCs w:val="28"/>
        </w:rPr>
        <w:t>ходе</w:t>
      </w:r>
      <w:r w:rsidRPr="001A456E">
        <w:rPr>
          <w:rFonts w:ascii="Times New Roman" w:hAnsi="Times New Roman"/>
          <w:spacing w:val="-2"/>
          <w:sz w:val="28"/>
          <w:szCs w:val="28"/>
        </w:rPr>
        <w:t xml:space="preserve"> </w:t>
      </w:r>
      <w:r w:rsidRPr="001A456E">
        <w:rPr>
          <w:rFonts w:ascii="Times New Roman" w:hAnsi="Times New Roman"/>
          <w:sz w:val="28"/>
          <w:szCs w:val="28"/>
        </w:rPr>
        <w:t>поиска</w:t>
      </w:r>
      <w:r w:rsidRPr="001A456E">
        <w:rPr>
          <w:rFonts w:ascii="Times New Roman" w:hAnsi="Times New Roman"/>
          <w:spacing w:val="-57"/>
          <w:sz w:val="28"/>
          <w:szCs w:val="28"/>
        </w:rPr>
        <w:t xml:space="preserve"> </w:t>
      </w:r>
      <w:r w:rsidRPr="001A456E">
        <w:rPr>
          <w:rFonts w:ascii="Times New Roman" w:hAnsi="Times New Roman"/>
          <w:sz w:val="28"/>
          <w:szCs w:val="28"/>
        </w:rPr>
        <w:t>ответа;</w:t>
      </w:r>
    </w:p>
    <w:p w:rsidR="002E47B9" w:rsidRPr="001A456E" w:rsidRDefault="00BD5B97" w:rsidP="003772B6">
      <w:pPr>
        <w:pStyle w:val="aff5"/>
        <w:numPr>
          <w:ilvl w:val="1"/>
          <w:numId w:val="5"/>
        </w:numPr>
        <w:tabs>
          <w:tab w:val="left" w:pos="1549"/>
        </w:tabs>
        <w:spacing w:line="240" w:lineRule="auto"/>
        <w:ind w:left="0" w:right="208" w:firstLine="709"/>
        <w:jc w:val="both"/>
        <w:rPr>
          <w:rFonts w:ascii="Times New Roman" w:hAnsi="Times New Roman"/>
          <w:sz w:val="28"/>
          <w:szCs w:val="28"/>
        </w:rPr>
      </w:pPr>
      <w:r w:rsidRPr="001A456E">
        <w:rPr>
          <w:rFonts w:ascii="Times New Roman" w:hAnsi="Times New Roman"/>
          <w:sz w:val="28"/>
          <w:szCs w:val="28"/>
        </w:rPr>
        <w:t>умение высказывать свою точку зрения, договариваться с одноклассниками, работая</w:t>
      </w:r>
      <w:r w:rsidRPr="001A456E">
        <w:rPr>
          <w:rFonts w:ascii="Times New Roman" w:hAnsi="Times New Roman"/>
          <w:spacing w:val="-57"/>
          <w:sz w:val="28"/>
          <w:szCs w:val="28"/>
        </w:rPr>
        <w:t xml:space="preserve"> </w:t>
      </w:r>
      <w:r w:rsidRPr="001A456E">
        <w:rPr>
          <w:rFonts w:ascii="Times New Roman" w:hAnsi="Times New Roman"/>
          <w:sz w:val="28"/>
          <w:szCs w:val="28"/>
        </w:rPr>
        <w:t>в</w:t>
      </w:r>
      <w:r w:rsidRPr="001A456E">
        <w:rPr>
          <w:rFonts w:ascii="Times New Roman" w:hAnsi="Times New Roman"/>
          <w:spacing w:val="-3"/>
          <w:sz w:val="28"/>
          <w:szCs w:val="28"/>
        </w:rPr>
        <w:t xml:space="preserve"> </w:t>
      </w:r>
      <w:r w:rsidRPr="001A456E">
        <w:rPr>
          <w:rFonts w:ascii="Times New Roman" w:hAnsi="Times New Roman"/>
          <w:sz w:val="28"/>
          <w:szCs w:val="28"/>
        </w:rPr>
        <w:t>группе;</w:t>
      </w:r>
    </w:p>
    <w:p w:rsidR="002E47B9" w:rsidRPr="001A456E" w:rsidRDefault="00BD5B97" w:rsidP="003772B6">
      <w:pPr>
        <w:pStyle w:val="aff5"/>
        <w:numPr>
          <w:ilvl w:val="1"/>
          <w:numId w:val="5"/>
        </w:numPr>
        <w:tabs>
          <w:tab w:val="left" w:pos="1549"/>
        </w:tabs>
        <w:spacing w:line="240" w:lineRule="auto"/>
        <w:ind w:left="0"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pacing w:val="-2"/>
          <w:sz w:val="28"/>
          <w:szCs w:val="28"/>
        </w:rPr>
        <w:t xml:space="preserve"> </w:t>
      </w:r>
      <w:r w:rsidRPr="001A456E">
        <w:rPr>
          <w:rFonts w:ascii="Times New Roman" w:hAnsi="Times New Roman"/>
          <w:sz w:val="28"/>
          <w:szCs w:val="28"/>
        </w:rPr>
        <w:t>высказывать</w:t>
      </w:r>
      <w:r w:rsidRPr="001A456E">
        <w:rPr>
          <w:rFonts w:ascii="Times New Roman" w:hAnsi="Times New Roman"/>
          <w:spacing w:val="-4"/>
          <w:sz w:val="28"/>
          <w:szCs w:val="28"/>
        </w:rPr>
        <w:t xml:space="preserve"> </w:t>
      </w:r>
      <w:r w:rsidRPr="001A456E">
        <w:rPr>
          <w:rFonts w:ascii="Times New Roman" w:hAnsi="Times New Roman"/>
          <w:sz w:val="28"/>
          <w:szCs w:val="28"/>
        </w:rPr>
        <w:t>и</w:t>
      </w:r>
      <w:r w:rsidRPr="001A456E">
        <w:rPr>
          <w:rFonts w:ascii="Times New Roman" w:hAnsi="Times New Roman"/>
          <w:spacing w:val="-4"/>
          <w:sz w:val="28"/>
          <w:szCs w:val="28"/>
        </w:rPr>
        <w:t xml:space="preserve"> </w:t>
      </w:r>
      <w:r w:rsidRPr="001A456E">
        <w:rPr>
          <w:rFonts w:ascii="Times New Roman" w:hAnsi="Times New Roman"/>
          <w:sz w:val="28"/>
          <w:szCs w:val="28"/>
        </w:rPr>
        <w:t>отстаивать</w:t>
      </w:r>
      <w:r w:rsidRPr="001A456E">
        <w:rPr>
          <w:rFonts w:ascii="Times New Roman" w:hAnsi="Times New Roman"/>
          <w:spacing w:val="-4"/>
          <w:sz w:val="28"/>
          <w:szCs w:val="28"/>
        </w:rPr>
        <w:t xml:space="preserve"> </w:t>
      </w:r>
      <w:r w:rsidRPr="001A456E">
        <w:rPr>
          <w:rFonts w:ascii="Times New Roman" w:hAnsi="Times New Roman"/>
          <w:sz w:val="28"/>
          <w:szCs w:val="28"/>
        </w:rPr>
        <w:t>свое</w:t>
      </w:r>
      <w:r w:rsidRPr="001A456E">
        <w:rPr>
          <w:rFonts w:ascii="Times New Roman" w:hAnsi="Times New Roman"/>
          <w:spacing w:val="-1"/>
          <w:sz w:val="28"/>
          <w:szCs w:val="28"/>
        </w:rPr>
        <w:t xml:space="preserve"> </w:t>
      </w:r>
      <w:r w:rsidRPr="001A456E">
        <w:rPr>
          <w:rFonts w:ascii="Times New Roman" w:hAnsi="Times New Roman"/>
          <w:sz w:val="28"/>
          <w:szCs w:val="28"/>
        </w:rPr>
        <w:t>мнение;</w:t>
      </w:r>
    </w:p>
    <w:p w:rsidR="002E47B9" w:rsidRPr="001A456E" w:rsidRDefault="00BD5B97" w:rsidP="003772B6">
      <w:pPr>
        <w:pStyle w:val="aff5"/>
        <w:numPr>
          <w:ilvl w:val="1"/>
          <w:numId w:val="5"/>
        </w:numPr>
        <w:tabs>
          <w:tab w:val="left" w:pos="1700"/>
          <w:tab w:val="left" w:pos="1701"/>
          <w:tab w:val="left" w:pos="2680"/>
          <w:tab w:val="left" w:pos="4161"/>
          <w:tab w:val="left" w:pos="4973"/>
          <w:tab w:val="left" w:pos="6782"/>
          <w:tab w:val="left" w:pos="7830"/>
          <w:tab w:val="left" w:pos="8522"/>
          <w:tab w:val="left" w:pos="10223"/>
        </w:tabs>
        <w:spacing w:line="240" w:lineRule="auto"/>
        <w:ind w:left="0" w:right="129"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z w:val="28"/>
          <w:szCs w:val="28"/>
        </w:rPr>
        <w:tab/>
        <w:t>рассуждать,</w:t>
      </w:r>
      <w:r w:rsidRPr="001A456E">
        <w:rPr>
          <w:rFonts w:ascii="Times New Roman" w:hAnsi="Times New Roman"/>
          <w:sz w:val="28"/>
          <w:szCs w:val="28"/>
        </w:rPr>
        <w:tab/>
        <w:t>вести</w:t>
      </w:r>
      <w:r w:rsidRPr="001A456E">
        <w:rPr>
          <w:rFonts w:ascii="Times New Roman" w:hAnsi="Times New Roman"/>
          <w:sz w:val="28"/>
          <w:szCs w:val="28"/>
        </w:rPr>
        <w:tab/>
        <w:t>повествование,</w:t>
      </w:r>
      <w:r w:rsidRPr="001A456E">
        <w:rPr>
          <w:rFonts w:ascii="Times New Roman" w:hAnsi="Times New Roman"/>
          <w:sz w:val="28"/>
          <w:szCs w:val="28"/>
        </w:rPr>
        <w:tab/>
        <w:t>строить</w:t>
      </w:r>
      <w:r w:rsidRPr="001A456E">
        <w:rPr>
          <w:rFonts w:ascii="Times New Roman" w:hAnsi="Times New Roman"/>
          <w:sz w:val="28"/>
          <w:szCs w:val="28"/>
        </w:rPr>
        <w:tab/>
        <w:t>своѐ</w:t>
      </w:r>
      <w:r w:rsidRPr="001A456E">
        <w:rPr>
          <w:rFonts w:ascii="Times New Roman" w:hAnsi="Times New Roman"/>
          <w:sz w:val="28"/>
          <w:szCs w:val="28"/>
        </w:rPr>
        <w:tab/>
        <w:t>высказывание</w:t>
      </w:r>
      <w:r w:rsidRPr="001A456E">
        <w:rPr>
          <w:rFonts w:ascii="Times New Roman" w:hAnsi="Times New Roman"/>
          <w:sz w:val="28"/>
          <w:szCs w:val="28"/>
        </w:rPr>
        <w:tab/>
      </w:r>
      <w:r w:rsidRPr="001A456E">
        <w:rPr>
          <w:rFonts w:ascii="Times New Roman" w:hAnsi="Times New Roman"/>
          <w:spacing w:val="-3"/>
          <w:sz w:val="28"/>
          <w:szCs w:val="28"/>
        </w:rPr>
        <w:t>в</w:t>
      </w:r>
      <w:r w:rsidRPr="001A456E">
        <w:rPr>
          <w:rFonts w:ascii="Times New Roman" w:hAnsi="Times New Roman"/>
          <w:spacing w:val="-57"/>
          <w:sz w:val="28"/>
          <w:szCs w:val="28"/>
        </w:rPr>
        <w:t xml:space="preserve"> </w:t>
      </w:r>
      <w:r w:rsidRPr="001A456E">
        <w:rPr>
          <w:rFonts w:ascii="Times New Roman" w:hAnsi="Times New Roman"/>
          <w:sz w:val="28"/>
          <w:szCs w:val="28"/>
        </w:rPr>
        <w:t>соответствии</w:t>
      </w:r>
      <w:r w:rsidRPr="001A456E">
        <w:rPr>
          <w:rFonts w:ascii="Times New Roman" w:hAnsi="Times New Roman"/>
          <w:spacing w:val="-2"/>
          <w:sz w:val="28"/>
          <w:szCs w:val="28"/>
        </w:rPr>
        <w:t xml:space="preserve"> </w:t>
      </w:r>
      <w:r w:rsidRPr="001A456E">
        <w:rPr>
          <w:rFonts w:ascii="Times New Roman" w:hAnsi="Times New Roman"/>
          <w:sz w:val="28"/>
          <w:szCs w:val="28"/>
        </w:rPr>
        <w:t>с</w:t>
      </w:r>
      <w:r w:rsidRPr="001A456E">
        <w:rPr>
          <w:rFonts w:ascii="Times New Roman" w:hAnsi="Times New Roman"/>
          <w:spacing w:val="1"/>
          <w:sz w:val="28"/>
          <w:szCs w:val="28"/>
        </w:rPr>
        <w:t xml:space="preserve"> </w:t>
      </w:r>
      <w:r w:rsidRPr="001A456E">
        <w:rPr>
          <w:rFonts w:ascii="Times New Roman" w:hAnsi="Times New Roman"/>
          <w:sz w:val="28"/>
          <w:szCs w:val="28"/>
        </w:rPr>
        <w:t>поставленной задачей</w:t>
      </w:r>
      <w:r w:rsidRPr="001A456E">
        <w:rPr>
          <w:rFonts w:ascii="Times New Roman" w:hAnsi="Times New Roman"/>
          <w:spacing w:val="-2"/>
          <w:sz w:val="28"/>
          <w:szCs w:val="28"/>
        </w:rPr>
        <w:t xml:space="preserve"> </w:t>
      </w:r>
      <w:r w:rsidRPr="001A456E">
        <w:rPr>
          <w:rFonts w:ascii="Times New Roman" w:hAnsi="Times New Roman"/>
          <w:sz w:val="28"/>
          <w:szCs w:val="28"/>
        </w:rPr>
        <w:t>или</w:t>
      </w:r>
      <w:r w:rsidRPr="001A456E">
        <w:rPr>
          <w:rFonts w:ascii="Times New Roman" w:hAnsi="Times New Roman"/>
          <w:spacing w:val="-1"/>
          <w:sz w:val="28"/>
          <w:szCs w:val="28"/>
        </w:rPr>
        <w:t xml:space="preserve"> </w:t>
      </w:r>
      <w:r w:rsidRPr="001A456E">
        <w:rPr>
          <w:rFonts w:ascii="Times New Roman" w:hAnsi="Times New Roman"/>
          <w:sz w:val="28"/>
          <w:szCs w:val="28"/>
        </w:rPr>
        <w:t>вопросом;</w:t>
      </w:r>
    </w:p>
    <w:p w:rsidR="002E47B9" w:rsidRPr="001A456E" w:rsidRDefault="00BD5B97" w:rsidP="003772B6">
      <w:pPr>
        <w:pStyle w:val="aff5"/>
        <w:numPr>
          <w:ilvl w:val="1"/>
          <w:numId w:val="5"/>
        </w:numPr>
        <w:tabs>
          <w:tab w:val="left" w:pos="1700"/>
          <w:tab w:val="left" w:pos="1701"/>
        </w:tabs>
        <w:spacing w:line="240" w:lineRule="auto"/>
        <w:ind w:left="0" w:firstLine="709"/>
        <w:jc w:val="both"/>
        <w:rPr>
          <w:rFonts w:ascii="Times New Roman" w:hAnsi="Times New Roman"/>
          <w:sz w:val="28"/>
          <w:szCs w:val="28"/>
        </w:rPr>
      </w:pPr>
      <w:r w:rsidRPr="001A456E">
        <w:rPr>
          <w:rFonts w:ascii="Times New Roman" w:hAnsi="Times New Roman"/>
          <w:sz w:val="28"/>
          <w:szCs w:val="28"/>
        </w:rPr>
        <w:t>корректно</w:t>
      </w:r>
      <w:r w:rsidRPr="001A456E">
        <w:rPr>
          <w:rFonts w:ascii="Times New Roman" w:hAnsi="Times New Roman"/>
          <w:spacing w:val="-4"/>
          <w:sz w:val="28"/>
          <w:szCs w:val="28"/>
        </w:rPr>
        <w:t xml:space="preserve"> </w:t>
      </w:r>
      <w:r w:rsidRPr="001A456E">
        <w:rPr>
          <w:rFonts w:ascii="Times New Roman" w:hAnsi="Times New Roman"/>
          <w:sz w:val="28"/>
          <w:szCs w:val="28"/>
        </w:rPr>
        <w:t>и</w:t>
      </w:r>
      <w:r w:rsidRPr="001A456E">
        <w:rPr>
          <w:rFonts w:ascii="Times New Roman" w:hAnsi="Times New Roman"/>
          <w:spacing w:val="-3"/>
          <w:sz w:val="28"/>
          <w:szCs w:val="28"/>
        </w:rPr>
        <w:t xml:space="preserve"> </w:t>
      </w:r>
      <w:r w:rsidRPr="001A456E">
        <w:rPr>
          <w:rFonts w:ascii="Times New Roman" w:hAnsi="Times New Roman"/>
          <w:sz w:val="28"/>
          <w:szCs w:val="28"/>
        </w:rPr>
        <w:t>аргументированно</w:t>
      </w:r>
      <w:r w:rsidRPr="001A456E">
        <w:rPr>
          <w:rFonts w:ascii="Times New Roman" w:hAnsi="Times New Roman"/>
          <w:spacing w:val="-3"/>
          <w:sz w:val="28"/>
          <w:szCs w:val="28"/>
        </w:rPr>
        <w:t xml:space="preserve"> </w:t>
      </w:r>
      <w:r w:rsidRPr="001A456E">
        <w:rPr>
          <w:rFonts w:ascii="Times New Roman" w:hAnsi="Times New Roman"/>
          <w:sz w:val="28"/>
          <w:szCs w:val="28"/>
        </w:rPr>
        <w:t>высказывать</w:t>
      </w:r>
      <w:r w:rsidRPr="001A456E">
        <w:rPr>
          <w:rFonts w:ascii="Times New Roman" w:hAnsi="Times New Roman"/>
          <w:spacing w:val="-5"/>
          <w:sz w:val="28"/>
          <w:szCs w:val="28"/>
        </w:rPr>
        <w:t xml:space="preserve"> </w:t>
      </w:r>
      <w:r w:rsidRPr="001A456E">
        <w:rPr>
          <w:rFonts w:ascii="Times New Roman" w:hAnsi="Times New Roman"/>
          <w:sz w:val="28"/>
          <w:szCs w:val="28"/>
        </w:rPr>
        <w:t>своѐ</w:t>
      </w:r>
      <w:r w:rsidRPr="001A456E">
        <w:rPr>
          <w:rFonts w:ascii="Times New Roman" w:hAnsi="Times New Roman"/>
          <w:spacing w:val="-1"/>
          <w:sz w:val="28"/>
          <w:szCs w:val="28"/>
        </w:rPr>
        <w:t xml:space="preserve"> </w:t>
      </w:r>
      <w:r w:rsidRPr="001A456E">
        <w:rPr>
          <w:rFonts w:ascii="Times New Roman" w:hAnsi="Times New Roman"/>
          <w:sz w:val="28"/>
          <w:szCs w:val="28"/>
        </w:rPr>
        <w:t>мнение;</w:t>
      </w:r>
    </w:p>
    <w:p w:rsidR="002E47B9" w:rsidRPr="001A456E" w:rsidRDefault="00BD5B97" w:rsidP="003772B6">
      <w:pPr>
        <w:pStyle w:val="aff5"/>
        <w:numPr>
          <w:ilvl w:val="1"/>
          <w:numId w:val="5"/>
        </w:numPr>
        <w:tabs>
          <w:tab w:val="left" w:pos="1688"/>
          <w:tab w:val="left" w:pos="1689"/>
          <w:tab w:val="left" w:pos="2696"/>
          <w:tab w:val="left" w:pos="3869"/>
          <w:tab w:val="left" w:pos="4253"/>
          <w:tab w:val="left" w:pos="5285"/>
          <w:tab w:val="left" w:pos="6518"/>
          <w:tab w:val="left" w:pos="7022"/>
          <w:tab w:val="left" w:pos="8710"/>
          <w:tab w:val="left" w:pos="9214"/>
        </w:tabs>
        <w:spacing w:line="240" w:lineRule="auto"/>
        <w:ind w:left="0"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z w:val="28"/>
          <w:szCs w:val="28"/>
        </w:rPr>
        <w:tab/>
        <w:t>работать</w:t>
      </w:r>
      <w:r w:rsidRPr="001A456E">
        <w:rPr>
          <w:rFonts w:ascii="Times New Roman" w:hAnsi="Times New Roman"/>
          <w:sz w:val="28"/>
          <w:szCs w:val="28"/>
        </w:rPr>
        <w:tab/>
        <w:t>в</w:t>
      </w:r>
      <w:r w:rsidRPr="001A456E">
        <w:rPr>
          <w:rFonts w:ascii="Times New Roman" w:hAnsi="Times New Roman"/>
          <w:sz w:val="28"/>
          <w:szCs w:val="28"/>
        </w:rPr>
        <w:tab/>
        <w:t>группе,</w:t>
      </w:r>
      <w:r w:rsidRPr="001A456E">
        <w:rPr>
          <w:rFonts w:ascii="Times New Roman" w:hAnsi="Times New Roman"/>
          <w:sz w:val="28"/>
          <w:szCs w:val="28"/>
        </w:rPr>
        <w:tab/>
        <w:t>общаться</w:t>
      </w:r>
      <w:r w:rsidRPr="001A456E">
        <w:rPr>
          <w:rFonts w:ascii="Times New Roman" w:hAnsi="Times New Roman"/>
          <w:sz w:val="28"/>
          <w:szCs w:val="28"/>
        </w:rPr>
        <w:tab/>
        <w:t>со</w:t>
      </w:r>
      <w:r w:rsidRPr="001A456E">
        <w:rPr>
          <w:rFonts w:ascii="Times New Roman" w:hAnsi="Times New Roman"/>
          <w:sz w:val="28"/>
          <w:szCs w:val="28"/>
        </w:rPr>
        <w:tab/>
        <w:t>сверстниками</w:t>
      </w:r>
      <w:r w:rsidRPr="001A456E">
        <w:rPr>
          <w:rFonts w:ascii="Times New Roman" w:hAnsi="Times New Roman"/>
          <w:sz w:val="28"/>
          <w:szCs w:val="28"/>
        </w:rPr>
        <w:tab/>
        <w:t>на</w:t>
      </w:r>
      <w:r w:rsidRPr="001A456E">
        <w:rPr>
          <w:rFonts w:ascii="Times New Roman" w:hAnsi="Times New Roman"/>
          <w:sz w:val="28"/>
          <w:szCs w:val="28"/>
        </w:rPr>
        <w:tab/>
        <w:t>принципах взаимоуважения</w:t>
      </w:r>
      <w:r w:rsidRPr="001A456E">
        <w:rPr>
          <w:rFonts w:ascii="Times New Roman" w:hAnsi="Times New Roman"/>
          <w:spacing w:val="-4"/>
          <w:sz w:val="28"/>
          <w:szCs w:val="28"/>
        </w:rPr>
        <w:t xml:space="preserve"> </w:t>
      </w:r>
      <w:r w:rsidRPr="001A456E">
        <w:rPr>
          <w:rFonts w:ascii="Times New Roman" w:hAnsi="Times New Roman"/>
          <w:sz w:val="28"/>
          <w:szCs w:val="28"/>
        </w:rPr>
        <w:t>и</w:t>
      </w:r>
      <w:r w:rsidRPr="001A456E">
        <w:rPr>
          <w:rFonts w:ascii="Times New Roman" w:hAnsi="Times New Roman"/>
          <w:spacing w:val="-5"/>
          <w:sz w:val="28"/>
          <w:szCs w:val="28"/>
        </w:rPr>
        <w:t xml:space="preserve"> </w:t>
      </w:r>
      <w:r w:rsidRPr="001A456E">
        <w:rPr>
          <w:rFonts w:ascii="Times New Roman" w:hAnsi="Times New Roman"/>
          <w:sz w:val="28"/>
          <w:szCs w:val="28"/>
        </w:rPr>
        <w:t>помощи;</w:t>
      </w:r>
    </w:p>
    <w:p w:rsidR="002E47B9" w:rsidRPr="001A456E" w:rsidRDefault="00BD5B97" w:rsidP="003772B6">
      <w:pPr>
        <w:pStyle w:val="aff5"/>
        <w:numPr>
          <w:ilvl w:val="1"/>
          <w:numId w:val="5"/>
        </w:numPr>
        <w:tabs>
          <w:tab w:val="left" w:pos="1549"/>
        </w:tabs>
        <w:spacing w:line="240" w:lineRule="auto"/>
        <w:ind w:left="0" w:right="558" w:firstLine="709"/>
        <w:jc w:val="both"/>
        <w:rPr>
          <w:rFonts w:ascii="Times New Roman" w:hAnsi="Times New Roman"/>
          <w:sz w:val="28"/>
          <w:szCs w:val="28"/>
        </w:rPr>
      </w:pPr>
      <w:r w:rsidRPr="001A456E">
        <w:rPr>
          <w:rFonts w:ascii="Times New Roman" w:hAnsi="Times New Roman"/>
          <w:sz w:val="28"/>
          <w:szCs w:val="28"/>
        </w:rPr>
        <w:t>признание</w:t>
      </w:r>
      <w:r w:rsidRPr="001A456E">
        <w:rPr>
          <w:rFonts w:ascii="Times New Roman" w:hAnsi="Times New Roman"/>
          <w:spacing w:val="-4"/>
          <w:sz w:val="28"/>
          <w:szCs w:val="28"/>
        </w:rPr>
        <w:t xml:space="preserve"> </w:t>
      </w:r>
      <w:r w:rsidRPr="001A456E">
        <w:rPr>
          <w:rFonts w:ascii="Times New Roman" w:hAnsi="Times New Roman"/>
          <w:sz w:val="28"/>
          <w:szCs w:val="28"/>
        </w:rPr>
        <w:t>возможности</w:t>
      </w:r>
      <w:r w:rsidRPr="001A456E">
        <w:rPr>
          <w:rFonts w:ascii="Times New Roman" w:hAnsi="Times New Roman"/>
          <w:spacing w:val="-4"/>
          <w:sz w:val="28"/>
          <w:szCs w:val="28"/>
        </w:rPr>
        <w:t xml:space="preserve"> </w:t>
      </w:r>
      <w:r w:rsidRPr="001A456E">
        <w:rPr>
          <w:rFonts w:ascii="Times New Roman" w:hAnsi="Times New Roman"/>
          <w:sz w:val="28"/>
          <w:szCs w:val="28"/>
        </w:rPr>
        <w:t>существования</w:t>
      </w:r>
      <w:r w:rsidRPr="001A456E">
        <w:rPr>
          <w:rFonts w:ascii="Times New Roman" w:hAnsi="Times New Roman"/>
          <w:spacing w:val="-3"/>
          <w:sz w:val="28"/>
          <w:szCs w:val="28"/>
        </w:rPr>
        <w:t xml:space="preserve"> </w:t>
      </w:r>
      <w:r w:rsidRPr="001A456E">
        <w:rPr>
          <w:rFonts w:ascii="Times New Roman" w:hAnsi="Times New Roman"/>
          <w:sz w:val="28"/>
          <w:szCs w:val="28"/>
        </w:rPr>
        <w:t>различных</w:t>
      </w:r>
      <w:r w:rsidRPr="001A456E">
        <w:rPr>
          <w:rFonts w:ascii="Times New Roman" w:hAnsi="Times New Roman"/>
          <w:spacing w:val="-4"/>
          <w:sz w:val="28"/>
          <w:szCs w:val="28"/>
        </w:rPr>
        <w:t xml:space="preserve"> </w:t>
      </w:r>
      <w:r w:rsidRPr="001A456E">
        <w:rPr>
          <w:rFonts w:ascii="Times New Roman" w:hAnsi="Times New Roman"/>
          <w:sz w:val="28"/>
          <w:szCs w:val="28"/>
        </w:rPr>
        <w:t>точек</w:t>
      </w:r>
      <w:r w:rsidRPr="001A456E">
        <w:rPr>
          <w:rFonts w:ascii="Times New Roman" w:hAnsi="Times New Roman"/>
          <w:spacing w:val="-4"/>
          <w:sz w:val="28"/>
          <w:szCs w:val="28"/>
        </w:rPr>
        <w:t xml:space="preserve"> </w:t>
      </w:r>
      <w:r w:rsidRPr="001A456E">
        <w:rPr>
          <w:rFonts w:ascii="Times New Roman" w:hAnsi="Times New Roman"/>
          <w:sz w:val="28"/>
          <w:szCs w:val="28"/>
        </w:rPr>
        <w:t>зрения</w:t>
      </w:r>
      <w:r w:rsidRPr="001A456E">
        <w:rPr>
          <w:rFonts w:ascii="Times New Roman" w:hAnsi="Times New Roman"/>
          <w:spacing w:val="-3"/>
          <w:sz w:val="28"/>
          <w:szCs w:val="28"/>
        </w:rPr>
        <w:t xml:space="preserve"> </w:t>
      </w:r>
      <w:r w:rsidRPr="001A456E">
        <w:rPr>
          <w:rFonts w:ascii="Times New Roman" w:hAnsi="Times New Roman"/>
          <w:sz w:val="28"/>
          <w:szCs w:val="28"/>
        </w:rPr>
        <w:t>и</w:t>
      </w:r>
      <w:r w:rsidRPr="001A456E">
        <w:rPr>
          <w:rFonts w:ascii="Times New Roman" w:hAnsi="Times New Roman"/>
          <w:spacing w:val="-5"/>
          <w:sz w:val="28"/>
          <w:szCs w:val="28"/>
        </w:rPr>
        <w:t xml:space="preserve"> </w:t>
      </w:r>
      <w:r w:rsidRPr="001A456E">
        <w:rPr>
          <w:rFonts w:ascii="Times New Roman" w:hAnsi="Times New Roman"/>
          <w:sz w:val="28"/>
          <w:szCs w:val="28"/>
        </w:rPr>
        <w:t>права</w:t>
      </w:r>
      <w:r w:rsidRPr="001A456E">
        <w:rPr>
          <w:rFonts w:ascii="Times New Roman" w:hAnsi="Times New Roman"/>
          <w:spacing w:val="-3"/>
          <w:sz w:val="28"/>
          <w:szCs w:val="28"/>
        </w:rPr>
        <w:t xml:space="preserve"> </w:t>
      </w:r>
      <w:r w:rsidRPr="001A456E">
        <w:rPr>
          <w:rFonts w:ascii="Times New Roman" w:hAnsi="Times New Roman"/>
          <w:sz w:val="28"/>
          <w:szCs w:val="28"/>
        </w:rPr>
        <w:t>каждого</w:t>
      </w:r>
      <w:r w:rsidRPr="001A456E">
        <w:rPr>
          <w:rFonts w:ascii="Times New Roman" w:hAnsi="Times New Roman"/>
          <w:spacing w:val="-57"/>
          <w:sz w:val="28"/>
          <w:szCs w:val="28"/>
        </w:rPr>
        <w:t xml:space="preserve"> </w:t>
      </w:r>
      <w:r w:rsidRPr="001A456E">
        <w:rPr>
          <w:rFonts w:ascii="Times New Roman" w:hAnsi="Times New Roman"/>
          <w:sz w:val="28"/>
          <w:szCs w:val="28"/>
        </w:rPr>
        <w:t>иметь</w:t>
      </w:r>
      <w:r w:rsidRPr="001A456E">
        <w:rPr>
          <w:rFonts w:ascii="Times New Roman" w:hAnsi="Times New Roman"/>
          <w:spacing w:val="-3"/>
          <w:sz w:val="28"/>
          <w:szCs w:val="28"/>
        </w:rPr>
        <w:t xml:space="preserve"> </w:t>
      </w:r>
      <w:r w:rsidRPr="001A456E">
        <w:rPr>
          <w:rFonts w:ascii="Times New Roman" w:hAnsi="Times New Roman"/>
          <w:sz w:val="28"/>
          <w:szCs w:val="28"/>
        </w:rPr>
        <w:t>свою;</w:t>
      </w:r>
    </w:p>
    <w:p w:rsidR="002E47B9" w:rsidRPr="001A456E" w:rsidRDefault="00BD5B97" w:rsidP="003772B6">
      <w:pPr>
        <w:pStyle w:val="aff5"/>
        <w:numPr>
          <w:ilvl w:val="0"/>
          <w:numId w:val="3"/>
        </w:numPr>
        <w:tabs>
          <w:tab w:val="left" w:pos="1548"/>
          <w:tab w:val="left" w:pos="1549"/>
        </w:tabs>
        <w:spacing w:line="240" w:lineRule="auto"/>
        <w:ind w:left="0" w:right="952"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pacing w:val="-3"/>
          <w:sz w:val="28"/>
          <w:szCs w:val="28"/>
        </w:rPr>
        <w:t xml:space="preserve"> </w:t>
      </w:r>
      <w:r w:rsidRPr="001A456E">
        <w:rPr>
          <w:rFonts w:ascii="Times New Roman" w:hAnsi="Times New Roman"/>
          <w:sz w:val="28"/>
          <w:szCs w:val="28"/>
        </w:rPr>
        <w:t>высказывать</w:t>
      </w:r>
      <w:r w:rsidRPr="001A456E">
        <w:rPr>
          <w:rFonts w:ascii="Times New Roman" w:hAnsi="Times New Roman"/>
          <w:spacing w:val="-5"/>
          <w:sz w:val="28"/>
          <w:szCs w:val="28"/>
        </w:rPr>
        <w:t xml:space="preserve"> </w:t>
      </w:r>
      <w:r w:rsidRPr="001A456E">
        <w:rPr>
          <w:rFonts w:ascii="Times New Roman" w:hAnsi="Times New Roman"/>
          <w:sz w:val="28"/>
          <w:szCs w:val="28"/>
        </w:rPr>
        <w:t>свою</w:t>
      </w:r>
      <w:r w:rsidRPr="001A456E">
        <w:rPr>
          <w:rFonts w:ascii="Times New Roman" w:hAnsi="Times New Roman"/>
          <w:spacing w:val="-3"/>
          <w:sz w:val="28"/>
          <w:szCs w:val="28"/>
        </w:rPr>
        <w:t xml:space="preserve"> </w:t>
      </w:r>
      <w:r w:rsidRPr="001A456E">
        <w:rPr>
          <w:rFonts w:ascii="Times New Roman" w:hAnsi="Times New Roman"/>
          <w:sz w:val="28"/>
          <w:szCs w:val="28"/>
        </w:rPr>
        <w:t>точку</w:t>
      </w:r>
      <w:r w:rsidRPr="001A456E">
        <w:rPr>
          <w:rFonts w:ascii="Times New Roman" w:hAnsi="Times New Roman"/>
          <w:spacing w:val="-8"/>
          <w:sz w:val="28"/>
          <w:szCs w:val="28"/>
        </w:rPr>
        <w:t xml:space="preserve"> </w:t>
      </w:r>
      <w:r w:rsidRPr="001A456E">
        <w:rPr>
          <w:rFonts w:ascii="Times New Roman" w:hAnsi="Times New Roman"/>
          <w:sz w:val="28"/>
          <w:szCs w:val="28"/>
        </w:rPr>
        <w:t>зрения</w:t>
      </w:r>
      <w:r w:rsidRPr="001A456E">
        <w:rPr>
          <w:rFonts w:ascii="Times New Roman" w:hAnsi="Times New Roman"/>
          <w:spacing w:val="2"/>
          <w:sz w:val="28"/>
          <w:szCs w:val="28"/>
        </w:rPr>
        <w:t xml:space="preserve"> </w:t>
      </w:r>
      <w:r w:rsidRPr="001A456E">
        <w:rPr>
          <w:rFonts w:ascii="Times New Roman" w:hAnsi="Times New Roman"/>
          <w:sz w:val="28"/>
          <w:szCs w:val="28"/>
        </w:rPr>
        <w:t>и</w:t>
      </w:r>
      <w:r w:rsidRPr="001A456E">
        <w:rPr>
          <w:rFonts w:ascii="Times New Roman" w:hAnsi="Times New Roman"/>
          <w:spacing w:val="-4"/>
          <w:sz w:val="28"/>
          <w:szCs w:val="28"/>
        </w:rPr>
        <w:t xml:space="preserve"> </w:t>
      </w:r>
      <w:r w:rsidRPr="001A456E">
        <w:rPr>
          <w:rFonts w:ascii="Times New Roman" w:hAnsi="Times New Roman"/>
          <w:sz w:val="28"/>
          <w:szCs w:val="28"/>
        </w:rPr>
        <w:t>пытаться</w:t>
      </w:r>
      <w:r w:rsidRPr="001A456E">
        <w:rPr>
          <w:rFonts w:ascii="Times New Roman" w:hAnsi="Times New Roman"/>
          <w:spacing w:val="-2"/>
          <w:sz w:val="28"/>
          <w:szCs w:val="28"/>
        </w:rPr>
        <w:t xml:space="preserve"> </w:t>
      </w:r>
      <w:r w:rsidRPr="001A456E">
        <w:rPr>
          <w:rFonts w:ascii="Times New Roman" w:hAnsi="Times New Roman"/>
          <w:sz w:val="28"/>
          <w:szCs w:val="28"/>
        </w:rPr>
        <w:t>еѐ</w:t>
      </w:r>
      <w:r w:rsidRPr="001A456E">
        <w:rPr>
          <w:rFonts w:ascii="Times New Roman" w:hAnsi="Times New Roman"/>
          <w:spacing w:val="-3"/>
          <w:sz w:val="28"/>
          <w:szCs w:val="28"/>
        </w:rPr>
        <w:t xml:space="preserve"> </w:t>
      </w:r>
      <w:r w:rsidRPr="001A456E">
        <w:rPr>
          <w:rFonts w:ascii="Times New Roman" w:hAnsi="Times New Roman"/>
          <w:sz w:val="28"/>
          <w:szCs w:val="28"/>
        </w:rPr>
        <w:t>обосновывать,</w:t>
      </w:r>
      <w:r w:rsidRPr="001A456E">
        <w:rPr>
          <w:rFonts w:ascii="Times New Roman" w:hAnsi="Times New Roman"/>
          <w:spacing w:val="-3"/>
          <w:sz w:val="28"/>
          <w:szCs w:val="28"/>
        </w:rPr>
        <w:t xml:space="preserve"> </w:t>
      </w:r>
      <w:r w:rsidRPr="001A456E">
        <w:rPr>
          <w:rFonts w:ascii="Times New Roman" w:hAnsi="Times New Roman"/>
          <w:sz w:val="28"/>
          <w:szCs w:val="28"/>
        </w:rPr>
        <w:t>приводя</w:t>
      </w:r>
      <w:r w:rsidRPr="001A456E">
        <w:rPr>
          <w:rFonts w:ascii="Times New Roman" w:hAnsi="Times New Roman"/>
          <w:spacing w:val="-57"/>
          <w:sz w:val="28"/>
          <w:szCs w:val="28"/>
        </w:rPr>
        <w:t xml:space="preserve"> </w:t>
      </w:r>
      <w:r w:rsidRPr="001A456E">
        <w:rPr>
          <w:rFonts w:ascii="Times New Roman" w:hAnsi="Times New Roman"/>
          <w:sz w:val="28"/>
          <w:szCs w:val="28"/>
        </w:rPr>
        <w:t>аргументы;</w:t>
      </w:r>
    </w:p>
    <w:p w:rsidR="002E47B9" w:rsidRPr="001A456E" w:rsidRDefault="00BD5B97" w:rsidP="003772B6">
      <w:pPr>
        <w:pStyle w:val="aff5"/>
        <w:numPr>
          <w:ilvl w:val="0"/>
          <w:numId w:val="3"/>
        </w:numPr>
        <w:tabs>
          <w:tab w:val="left" w:pos="1548"/>
          <w:tab w:val="left" w:pos="1549"/>
        </w:tabs>
        <w:spacing w:line="240" w:lineRule="auto"/>
        <w:ind w:left="0" w:right="282"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pacing w:val="-2"/>
          <w:sz w:val="28"/>
          <w:szCs w:val="28"/>
        </w:rPr>
        <w:t xml:space="preserve"> </w:t>
      </w:r>
      <w:r w:rsidRPr="001A456E">
        <w:rPr>
          <w:rFonts w:ascii="Times New Roman" w:hAnsi="Times New Roman"/>
          <w:sz w:val="28"/>
          <w:szCs w:val="28"/>
        </w:rPr>
        <w:t>сотрудничать и</w:t>
      </w:r>
      <w:r w:rsidRPr="001A456E">
        <w:rPr>
          <w:rFonts w:ascii="Times New Roman" w:hAnsi="Times New Roman"/>
          <w:spacing w:val="-4"/>
          <w:sz w:val="28"/>
          <w:szCs w:val="28"/>
        </w:rPr>
        <w:t xml:space="preserve"> </w:t>
      </w:r>
      <w:r w:rsidRPr="001A456E">
        <w:rPr>
          <w:rFonts w:ascii="Times New Roman" w:hAnsi="Times New Roman"/>
          <w:sz w:val="28"/>
          <w:szCs w:val="28"/>
        </w:rPr>
        <w:t>работать</w:t>
      </w:r>
      <w:r w:rsidRPr="001A456E">
        <w:rPr>
          <w:rFonts w:ascii="Times New Roman" w:hAnsi="Times New Roman"/>
          <w:spacing w:val="-4"/>
          <w:sz w:val="28"/>
          <w:szCs w:val="28"/>
        </w:rPr>
        <w:t xml:space="preserve"> </w:t>
      </w:r>
      <w:r w:rsidRPr="001A456E">
        <w:rPr>
          <w:rFonts w:ascii="Times New Roman" w:hAnsi="Times New Roman"/>
          <w:sz w:val="28"/>
          <w:szCs w:val="28"/>
        </w:rPr>
        <w:t>в</w:t>
      </w:r>
      <w:r w:rsidRPr="001A456E">
        <w:rPr>
          <w:rFonts w:ascii="Times New Roman" w:hAnsi="Times New Roman"/>
          <w:spacing w:val="-4"/>
          <w:sz w:val="28"/>
          <w:szCs w:val="28"/>
        </w:rPr>
        <w:t xml:space="preserve"> </w:t>
      </w:r>
      <w:r w:rsidRPr="001A456E">
        <w:rPr>
          <w:rFonts w:ascii="Times New Roman" w:hAnsi="Times New Roman"/>
          <w:sz w:val="28"/>
          <w:szCs w:val="28"/>
        </w:rPr>
        <w:t>группе,</w:t>
      </w:r>
      <w:r w:rsidRPr="001A456E">
        <w:rPr>
          <w:rFonts w:ascii="Times New Roman" w:hAnsi="Times New Roman"/>
          <w:spacing w:val="-3"/>
          <w:sz w:val="28"/>
          <w:szCs w:val="28"/>
        </w:rPr>
        <w:t xml:space="preserve"> </w:t>
      </w:r>
      <w:r w:rsidRPr="001A456E">
        <w:rPr>
          <w:rFonts w:ascii="Times New Roman" w:hAnsi="Times New Roman"/>
          <w:sz w:val="28"/>
          <w:szCs w:val="28"/>
        </w:rPr>
        <w:t>выражать</w:t>
      </w:r>
      <w:r w:rsidRPr="001A456E">
        <w:rPr>
          <w:rFonts w:ascii="Times New Roman" w:hAnsi="Times New Roman"/>
          <w:spacing w:val="-4"/>
          <w:sz w:val="28"/>
          <w:szCs w:val="28"/>
        </w:rPr>
        <w:t xml:space="preserve"> </w:t>
      </w:r>
      <w:r w:rsidRPr="001A456E">
        <w:rPr>
          <w:rFonts w:ascii="Times New Roman" w:hAnsi="Times New Roman"/>
          <w:sz w:val="28"/>
          <w:szCs w:val="28"/>
        </w:rPr>
        <w:t>свои</w:t>
      </w:r>
      <w:r w:rsidRPr="001A456E">
        <w:rPr>
          <w:rFonts w:ascii="Times New Roman" w:hAnsi="Times New Roman"/>
          <w:spacing w:val="-2"/>
          <w:sz w:val="28"/>
          <w:szCs w:val="28"/>
        </w:rPr>
        <w:t xml:space="preserve"> </w:t>
      </w:r>
      <w:r w:rsidRPr="001A456E">
        <w:rPr>
          <w:rFonts w:ascii="Times New Roman" w:hAnsi="Times New Roman"/>
          <w:sz w:val="28"/>
          <w:szCs w:val="28"/>
        </w:rPr>
        <w:t>мысли</w:t>
      </w:r>
      <w:r w:rsidRPr="001A456E">
        <w:rPr>
          <w:rFonts w:ascii="Times New Roman" w:hAnsi="Times New Roman"/>
          <w:spacing w:val="-4"/>
          <w:sz w:val="28"/>
          <w:szCs w:val="28"/>
        </w:rPr>
        <w:t xml:space="preserve"> </w:t>
      </w:r>
      <w:r w:rsidRPr="001A456E">
        <w:rPr>
          <w:rFonts w:ascii="Times New Roman" w:hAnsi="Times New Roman"/>
          <w:sz w:val="28"/>
          <w:szCs w:val="28"/>
        </w:rPr>
        <w:t>ясно,</w:t>
      </w:r>
      <w:r w:rsidRPr="001A456E">
        <w:rPr>
          <w:rFonts w:ascii="Times New Roman" w:hAnsi="Times New Roman"/>
          <w:spacing w:val="-3"/>
          <w:sz w:val="28"/>
          <w:szCs w:val="28"/>
        </w:rPr>
        <w:t xml:space="preserve"> </w:t>
      </w:r>
      <w:r w:rsidRPr="001A456E">
        <w:rPr>
          <w:rFonts w:ascii="Times New Roman" w:hAnsi="Times New Roman"/>
          <w:sz w:val="28"/>
          <w:szCs w:val="28"/>
        </w:rPr>
        <w:t>корректно</w:t>
      </w:r>
      <w:r w:rsidRPr="001A456E">
        <w:rPr>
          <w:rFonts w:ascii="Times New Roman" w:hAnsi="Times New Roman"/>
          <w:spacing w:val="-3"/>
          <w:sz w:val="28"/>
          <w:szCs w:val="28"/>
        </w:rPr>
        <w:t xml:space="preserve"> </w:t>
      </w:r>
      <w:r w:rsidRPr="001A456E">
        <w:rPr>
          <w:rFonts w:ascii="Times New Roman" w:hAnsi="Times New Roman"/>
          <w:sz w:val="28"/>
          <w:szCs w:val="28"/>
        </w:rPr>
        <w:t>по</w:t>
      </w:r>
      <w:r w:rsidRPr="001A456E">
        <w:rPr>
          <w:rFonts w:ascii="Times New Roman" w:hAnsi="Times New Roman"/>
          <w:spacing w:val="-57"/>
          <w:sz w:val="28"/>
          <w:szCs w:val="28"/>
        </w:rPr>
        <w:t xml:space="preserve"> </w:t>
      </w:r>
      <w:r w:rsidRPr="001A456E">
        <w:rPr>
          <w:rFonts w:ascii="Times New Roman" w:hAnsi="Times New Roman"/>
          <w:sz w:val="28"/>
          <w:szCs w:val="28"/>
        </w:rPr>
        <w:t>отношению</w:t>
      </w:r>
      <w:r w:rsidRPr="001A456E">
        <w:rPr>
          <w:rFonts w:ascii="Times New Roman" w:hAnsi="Times New Roman"/>
          <w:spacing w:val="-1"/>
          <w:sz w:val="28"/>
          <w:szCs w:val="28"/>
        </w:rPr>
        <w:t xml:space="preserve"> </w:t>
      </w:r>
      <w:r w:rsidRPr="001A456E">
        <w:rPr>
          <w:rFonts w:ascii="Times New Roman" w:hAnsi="Times New Roman"/>
          <w:sz w:val="28"/>
          <w:szCs w:val="28"/>
        </w:rPr>
        <w:t>к окружающим;</w:t>
      </w:r>
    </w:p>
    <w:p w:rsidR="002E47B9" w:rsidRPr="001A456E" w:rsidRDefault="00BD5B97" w:rsidP="003772B6">
      <w:pPr>
        <w:pStyle w:val="aff5"/>
        <w:numPr>
          <w:ilvl w:val="0"/>
          <w:numId w:val="3"/>
        </w:numPr>
        <w:tabs>
          <w:tab w:val="left" w:pos="1548"/>
          <w:tab w:val="left" w:pos="1549"/>
        </w:tabs>
        <w:spacing w:line="240" w:lineRule="auto"/>
        <w:ind w:left="0" w:right="837"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pacing w:val="-3"/>
          <w:sz w:val="28"/>
          <w:szCs w:val="28"/>
        </w:rPr>
        <w:t xml:space="preserve"> </w:t>
      </w:r>
      <w:r w:rsidRPr="001A456E">
        <w:rPr>
          <w:rFonts w:ascii="Times New Roman" w:hAnsi="Times New Roman"/>
          <w:sz w:val="28"/>
          <w:szCs w:val="28"/>
        </w:rPr>
        <w:t>ответственно</w:t>
      </w:r>
      <w:r w:rsidRPr="001A456E">
        <w:rPr>
          <w:rFonts w:ascii="Times New Roman" w:hAnsi="Times New Roman"/>
          <w:spacing w:val="-4"/>
          <w:sz w:val="28"/>
          <w:szCs w:val="28"/>
        </w:rPr>
        <w:t xml:space="preserve"> </w:t>
      </w:r>
      <w:r w:rsidRPr="001A456E">
        <w:rPr>
          <w:rFonts w:ascii="Times New Roman" w:hAnsi="Times New Roman"/>
          <w:sz w:val="28"/>
          <w:szCs w:val="28"/>
        </w:rPr>
        <w:t>относиться</w:t>
      </w:r>
      <w:r w:rsidRPr="001A456E">
        <w:rPr>
          <w:rFonts w:ascii="Times New Roman" w:hAnsi="Times New Roman"/>
          <w:spacing w:val="-2"/>
          <w:sz w:val="28"/>
          <w:szCs w:val="28"/>
        </w:rPr>
        <w:t xml:space="preserve"> </w:t>
      </w:r>
      <w:r w:rsidRPr="001A456E">
        <w:rPr>
          <w:rFonts w:ascii="Times New Roman" w:hAnsi="Times New Roman"/>
          <w:sz w:val="28"/>
          <w:szCs w:val="28"/>
        </w:rPr>
        <w:t>к</w:t>
      </w:r>
      <w:r w:rsidRPr="001A456E">
        <w:rPr>
          <w:rFonts w:ascii="Times New Roman" w:hAnsi="Times New Roman"/>
          <w:spacing w:val="-4"/>
          <w:sz w:val="28"/>
          <w:szCs w:val="28"/>
        </w:rPr>
        <w:t xml:space="preserve"> </w:t>
      </w:r>
      <w:r w:rsidRPr="001A456E">
        <w:rPr>
          <w:rFonts w:ascii="Times New Roman" w:hAnsi="Times New Roman"/>
          <w:sz w:val="28"/>
          <w:szCs w:val="28"/>
        </w:rPr>
        <w:t>своим</w:t>
      </w:r>
      <w:r w:rsidRPr="001A456E">
        <w:rPr>
          <w:rFonts w:ascii="Times New Roman" w:hAnsi="Times New Roman"/>
          <w:spacing w:val="-3"/>
          <w:sz w:val="28"/>
          <w:szCs w:val="28"/>
        </w:rPr>
        <w:t xml:space="preserve"> </w:t>
      </w:r>
      <w:r w:rsidRPr="001A456E">
        <w:rPr>
          <w:rFonts w:ascii="Times New Roman" w:hAnsi="Times New Roman"/>
          <w:sz w:val="28"/>
          <w:szCs w:val="28"/>
        </w:rPr>
        <w:t>обязанностям</w:t>
      </w:r>
      <w:r w:rsidRPr="001A456E">
        <w:rPr>
          <w:rFonts w:ascii="Times New Roman" w:hAnsi="Times New Roman"/>
          <w:spacing w:val="-4"/>
          <w:sz w:val="28"/>
          <w:szCs w:val="28"/>
        </w:rPr>
        <w:t xml:space="preserve"> </w:t>
      </w:r>
      <w:r w:rsidRPr="001A456E">
        <w:rPr>
          <w:rFonts w:ascii="Times New Roman" w:hAnsi="Times New Roman"/>
          <w:sz w:val="28"/>
          <w:szCs w:val="28"/>
        </w:rPr>
        <w:t>в</w:t>
      </w:r>
      <w:r w:rsidRPr="001A456E">
        <w:rPr>
          <w:rFonts w:ascii="Times New Roman" w:hAnsi="Times New Roman"/>
          <w:spacing w:val="-5"/>
          <w:sz w:val="28"/>
          <w:szCs w:val="28"/>
        </w:rPr>
        <w:t xml:space="preserve"> </w:t>
      </w:r>
      <w:r w:rsidRPr="001A456E">
        <w:rPr>
          <w:rFonts w:ascii="Times New Roman" w:hAnsi="Times New Roman"/>
          <w:sz w:val="28"/>
          <w:szCs w:val="28"/>
        </w:rPr>
        <w:t>процессе</w:t>
      </w:r>
      <w:r w:rsidRPr="001A456E">
        <w:rPr>
          <w:rFonts w:ascii="Times New Roman" w:hAnsi="Times New Roman"/>
          <w:spacing w:val="-3"/>
          <w:sz w:val="28"/>
          <w:szCs w:val="28"/>
        </w:rPr>
        <w:t xml:space="preserve"> </w:t>
      </w:r>
      <w:r w:rsidRPr="001A456E">
        <w:rPr>
          <w:rFonts w:ascii="Times New Roman" w:hAnsi="Times New Roman"/>
          <w:sz w:val="28"/>
          <w:szCs w:val="28"/>
        </w:rPr>
        <w:t>совместной</w:t>
      </w:r>
      <w:r w:rsidRPr="001A456E">
        <w:rPr>
          <w:rFonts w:ascii="Times New Roman" w:hAnsi="Times New Roman"/>
          <w:spacing w:val="-57"/>
          <w:sz w:val="28"/>
          <w:szCs w:val="28"/>
        </w:rPr>
        <w:t xml:space="preserve"> </w:t>
      </w:r>
      <w:r w:rsidRPr="001A456E">
        <w:rPr>
          <w:rFonts w:ascii="Times New Roman" w:hAnsi="Times New Roman"/>
          <w:sz w:val="28"/>
          <w:szCs w:val="28"/>
        </w:rPr>
        <w:t>деятельности</w:t>
      </w:r>
    </w:p>
    <w:p w:rsidR="002E47B9" w:rsidRPr="001A456E" w:rsidRDefault="00BD5B97" w:rsidP="003772B6">
      <w:pPr>
        <w:spacing w:after="0" w:line="240" w:lineRule="auto"/>
        <w:ind w:firstLine="709"/>
        <w:jc w:val="both"/>
        <w:rPr>
          <w:rFonts w:ascii="Times New Roman" w:hAnsi="Times New Roman" w:cs="Times New Roman"/>
          <w:sz w:val="28"/>
          <w:szCs w:val="28"/>
        </w:rPr>
      </w:pPr>
      <w:r w:rsidRPr="001A456E">
        <w:rPr>
          <w:rFonts w:ascii="Times New Roman" w:hAnsi="Times New Roman" w:cs="Times New Roman"/>
          <w:i/>
          <w:sz w:val="28"/>
          <w:szCs w:val="28"/>
        </w:rPr>
        <w:t>Универсальные</w:t>
      </w:r>
      <w:r w:rsidRPr="001A456E">
        <w:rPr>
          <w:rFonts w:ascii="Times New Roman" w:hAnsi="Times New Roman" w:cs="Times New Roman"/>
          <w:i/>
          <w:spacing w:val="-4"/>
          <w:sz w:val="28"/>
          <w:szCs w:val="28"/>
        </w:rPr>
        <w:t xml:space="preserve"> </w:t>
      </w:r>
      <w:r w:rsidRPr="001A456E">
        <w:rPr>
          <w:rFonts w:ascii="Times New Roman" w:hAnsi="Times New Roman" w:cs="Times New Roman"/>
          <w:i/>
          <w:sz w:val="28"/>
          <w:szCs w:val="28"/>
        </w:rPr>
        <w:t>учебные</w:t>
      </w:r>
      <w:r w:rsidRPr="001A456E">
        <w:rPr>
          <w:rFonts w:ascii="Times New Roman" w:hAnsi="Times New Roman" w:cs="Times New Roman"/>
          <w:i/>
          <w:spacing w:val="-3"/>
          <w:sz w:val="28"/>
          <w:szCs w:val="28"/>
        </w:rPr>
        <w:t xml:space="preserve"> </w:t>
      </w:r>
      <w:r w:rsidRPr="001A456E">
        <w:rPr>
          <w:rFonts w:ascii="Times New Roman" w:hAnsi="Times New Roman" w:cs="Times New Roman"/>
          <w:i/>
          <w:sz w:val="28"/>
          <w:szCs w:val="28"/>
        </w:rPr>
        <w:t>регулятивные</w:t>
      </w:r>
      <w:r w:rsidRPr="001A456E">
        <w:rPr>
          <w:rFonts w:ascii="Times New Roman" w:hAnsi="Times New Roman" w:cs="Times New Roman"/>
          <w:i/>
          <w:spacing w:val="-7"/>
          <w:sz w:val="28"/>
          <w:szCs w:val="28"/>
        </w:rPr>
        <w:t xml:space="preserve"> </w:t>
      </w:r>
      <w:r w:rsidRPr="001A456E">
        <w:rPr>
          <w:rFonts w:ascii="Times New Roman" w:hAnsi="Times New Roman" w:cs="Times New Roman"/>
          <w:i/>
          <w:sz w:val="28"/>
          <w:szCs w:val="28"/>
        </w:rPr>
        <w:t>действия:</w:t>
      </w:r>
    </w:p>
    <w:p w:rsidR="002E47B9" w:rsidRPr="001A456E" w:rsidRDefault="00BD5B97" w:rsidP="003772B6">
      <w:pPr>
        <w:pStyle w:val="aff5"/>
        <w:numPr>
          <w:ilvl w:val="0"/>
          <w:numId w:val="2"/>
        </w:numPr>
        <w:tabs>
          <w:tab w:val="left" w:pos="1549"/>
        </w:tabs>
        <w:spacing w:line="240" w:lineRule="auto"/>
        <w:ind w:left="0" w:right="717" w:firstLine="709"/>
        <w:jc w:val="both"/>
        <w:rPr>
          <w:rFonts w:ascii="Times New Roman" w:hAnsi="Times New Roman"/>
          <w:sz w:val="28"/>
          <w:szCs w:val="28"/>
        </w:rPr>
      </w:pPr>
      <w:r w:rsidRPr="001A456E">
        <w:rPr>
          <w:rFonts w:ascii="Times New Roman" w:hAnsi="Times New Roman"/>
          <w:sz w:val="28"/>
          <w:szCs w:val="28"/>
        </w:rPr>
        <w:t>умение оценивать свои поступки и действия, свои возможности способствовать</w:t>
      </w:r>
      <w:r w:rsidRPr="001A456E">
        <w:rPr>
          <w:rFonts w:ascii="Times New Roman" w:hAnsi="Times New Roman"/>
          <w:spacing w:val="-58"/>
          <w:sz w:val="28"/>
          <w:szCs w:val="28"/>
        </w:rPr>
        <w:t xml:space="preserve"> </w:t>
      </w:r>
      <w:r w:rsidRPr="001A456E">
        <w:rPr>
          <w:rFonts w:ascii="Times New Roman" w:hAnsi="Times New Roman"/>
          <w:sz w:val="28"/>
          <w:szCs w:val="28"/>
        </w:rPr>
        <w:t>проявлению</w:t>
      </w:r>
      <w:r w:rsidRPr="001A456E">
        <w:rPr>
          <w:rFonts w:ascii="Times New Roman" w:hAnsi="Times New Roman"/>
          <w:spacing w:val="-2"/>
          <w:sz w:val="28"/>
          <w:szCs w:val="28"/>
        </w:rPr>
        <w:t xml:space="preserve"> </w:t>
      </w:r>
      <w:r w:rsidRPr="001A456E">
        <w:rPr>
          <w:rFonts w:ascii="Times New Roman" w:hAnsi="Times New Roman"/>
          <w:sz w:val="28"/>
          <w:szCs w:val="28"/>
        </w:rPr>
        <w:t>самостоятельности,</w:t>
      </w:r>
      <w:r w:rsidRPr="001A456E">
        <w:rPr>
          <w:rFonts w:ascii="Times New Roman" w:hAnsi="Times New Roman"/>
          <w:spacing w:val="1"/>
          <w:sz w:val="28"/>
          <w:szCs w:val="28"/>
        </w:rPr>
        <w:t xml:space="preserve"> </w:t>
      </w:r>
      <w:r w:rsidRPr="001A456E">
        <w:rPr>
          <w:rFonts w:ascii="Times New Roman" w:hAnsi="Times New Roman"/>
          <w:sz w:val="28"/>
          <w:szCs w:val="28"/>
        </w:rPr>
        <w:t>инициативности,</w:t>
      </w:r>
      <w:r w:rsidRPr="001A456E">
        <w:rPr>
          <w:rFonts w:ascii="Times New Roman" w:hAnsi="Times New Roman"/>
          <w:spacing w:val="-2"/>
          <w:sz w:val="28"/>
          <w:szCs w:val="28"/>
        </w:rPr>
        <w:t xml:space="preserve"> </w:t>
      </w:r>
      <w:r w:rsidRPr="001A456E">
        <w:rPr>
          <w:rFonts w:ascii="Times New Roman" w:hAnsi="Times New Roman"/>
          <w:sz w:val="28"/>
          <w:szCs w:val="28"/>
        </w:rPr>
        <w:t>организованности;</w:t>
      </w:r>
    </w:p>
    <w:p w:rsidR="002E47B9" w:rsidRPr="001A456E" w:rsidRDefault="00BD5B97" w:rsidP="003772B6">
      <w:pPr>
        <w:pStyle w:val="aff5"/>
        <w:numPr>
          <w:ilvl w:val="0"/>
          <w:numId w:val="2"/>
        </w:numPr>
        <w:tabs>
          <w:tab w:val="left" w:pos="1549"/>
        </w:tabs>
        <w:spacing w:line="240" w:lineRule="auto"/>
        <w:ind w:left="0" w:right="598"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pacing w:val="-4"/>
          <w:sz w:val="28"/>
          <w:szCs w:val="28"/>
        </w:rPr>
        <w:t xml:space="preserve"> </w:t>
      </w:r>
      <w:r w:rsidRPr="001A456E">
        <w:rPr>
          <w:rFonts w:ascii="Times New Roman" w:hAnsi="Times New Roman"/>
          <w:sz w:val="28"/>
          <w:szCs w:val="28"/>
        </w:rPr>
        <w:t>планировать</w:t>
      </w:r>
      <w:r w:rsidRPr="001A456E">
        <w:rPr>
          <w:rFonts w:ascii="Times New Roman" w:hAnsi="Times New Roman"/>
          <w:spacing w:val="-7"/>
          <w:sz w:val="28"/>
          <w:szCs w:val="28"/>
        </w:rPr>
        <w:t xml:space="preserve"> </w:t>
      </w:r>
      <w:r w:rsidRPr="001A456E">
        <w:rPr>
          <w:rFonts w:ascii="Times New Roman" w:hAnsi="Times New Roman"/>
          <w:sz w:val="28"/>
          <w:szCs w:val="28"/>
        </w:rPr>
        <w:t>этапы</w:t>
      </w:r>
      <w:r w:rsidRPr="001A456E">
        <w:rPr>
          <w:rFonts w:ascii="Times New Roman" w:hAnsi="Times New Roman"/>
          <w:spacing w:val="-7"/>
          <w:sz w:val="28"/>
          <w:szCs w:val="28"/>
        </w:rPr>
        <w:t xml:space="preserve"> </w:t>
      </w:r>
      <w:r w:rsidRPr="001A456E">
        <w:rPr>
          <w:rFonts w:ascii="Times New Roman" w:hAnsi="Times New Roman"/>
          <w:sz w:val="28"/>
          <w:szCs w:val="28"/>
        </w:rPr>
        <w:t>предстоящей</w:t>
      </w:r>
      <w:r w:rsidRPr="001A456E">
        <w:rPr>
          <w:rFonts w:ascii="Times New Roman" w:hAnsi="Times New Roman"/>
          <w:spacing w:val="-5"/>
          <w:sz w:val="28"/>
          <w:szCs w:val="28"/>
        </w:rPr>
        <w:t xml:space="preserve"> </w:t>
      </w:r>
      <w:r w:rsidRPr="001A456E">
        <w:rPr>
          <w:rFonts w:ascii="Times New Roman" w:hAnsi="Times New Roman"/>
          <w:sz w:val="28"/>
          <w:szCs w:val="28"/>
        </w:rPr>
        <w:t>работы,</w:t>
      </w:r>
      <w:r w:rsidRPr="001A456E">
        <w:rPr>
          <w:rFonts w:ascii="Times New Roman" w:hAnsi="Times New Roman"/>
          <w:spacing w:val="-5"/>
          <w:sz w:val="28"/>
          <w:szCs w:val="28"/>
        </w:rPr>
        <w:t xml:space="preserve"> </w:t>
      </w:r>
      <w:r w:rsidRPr="001A456E">
        <w:rPr>
          <w:rFonts w:ascii="Times New Roman" w:hAnsi="Times New Roman"/>
          <w:sz w:val="28"/>
          <w:szCs w:val="28"/>
        </w:rPr>
        <w:t>определять</w:t>
      </w:r>
      <w:r w:rsidRPr="001A456E">
        <w:rPr>
          <w:rFonts w:ascii="Times New Roman" w:hAnsi="Times New Roman"/>
          <w:spacing w:val="-7"/>
          <w:sz w:val="28"/>
          <w:szCs w:val="28"/>
        </w:rPr>
        <w:t xml:space="preserve"> </w:t>
      </w:r>
      <w:r w:rsidRPr="001A456E">
        <w:rPr>
          <w:rFonts w:ascii="Times New Roman" w:hAnsi="Times New Roman"/>
          <w:sz w:val="28"/>
          <w:szCs w:val="28"/>
        </w:rPr>
        <w:t>последовательность</w:t>
      </w:r>
      <w:r w:rsidRPr="001A456E">
        <w:rPr>
          <w:rFonts w:ascii="Times New Roman" w:hAnsi="Times New Roman"/>
          <w:spacing w:val="-57"/>
          <w:sz w:val="28"/>
          <w:szCs w:val="28"/>
        </w:rPr>
        <w:t xml:space="preserve"> </w:t>
      </w:r>
      <w:r w:rsidRPr="001A456E">
        <w:rPr>
          <w:rFonts w:ascii="Times New Roman" w:hAnsi="Times New Roman"/>
          <w:sz w:val="28"/>
          <w:szCs w:val="28"/>
        </w:rPr>
        <w:t>действий,</w:t>
      </w:r>
      <w:r w:rsidRPr="001A456E">
        <w:rPr>
          <w:rFonts w:ascii="Times New Roman" w:hAnsi="Times New Roman"/>
          <w:spacing w:val="-2"/>
          <w:sz w:val="28"/>
          <w:szCs w:val="28"/>
        </w:rPr>
        <w:t xml:space="preserve"> </w:t>
      </w:r>
      <w:r w:rsidRPr="001A456E">
        <w:rPr>
          <w:rFonts w:ascii="Times New Roman" w:hAnsi="Times New Roman"/>
          <w:sz w:val="28"/>
          <w:szCs w:val="28"/>
        </w:rPr>
        <w:t>объективно</w:t>
      </w:r>
      <w:r w:rsidRPr="001A456E">
        <w:rPr>
          <w:rFonts w:ascii="Times New Roman" w:hAnsi="Times New Roman"/>
          <w:spacing w:val="-2"/>
          <w:sz w:val="28"/>
          <w:szCs w:val="28"/>
        </w:rPr>
        <w:t xml:space="preserve"> </w:t>
      </w:r>
      <w:r w:rsidRPr="001A456E">
        <w:rPr>
          <w:rFonts w:ascii="Times New Roman" w:hAnsi="Times New Roman"/>
          <w:sz w:val="28"/>
          <w:szCs w:val="28"/>
        </w:rPr>
        <w:t>оценивать</w:t>
      </w:r>
      <w:r w:rsidRPr="001A456E">
        <w:rPr>
          <w:rFonts w:ascii="Times New Roman" w:hAnsi="Times New Roman"/>
          <w:spacing w:val="-3"/>
          <w:sz w:val="28"/>
          <w:szCs w:val="28"/>
        </w:rPr>
        <w:t xml:space="preserve"> </w:t>
      </w:r>
      <w:r w:rsidRPr="001A456E">
        <w:rPr>
          <w:rFonts w:ascii="Times New Roman" w:hAnsi="Times New Roman"/>
          <w:sz w:val="28"/>
          <w:szCs w:val="28"/>
        </w:rPr>
        <w:t>их;</w:t>
      </w:r>
      <w:r w:rsidRPr="001A456E">
        <w:rPr>
          <w:rFonts w:ascii="Times New Roman" w:hAnsi="Times New Roman"/>
          <w:spacing w:val="-2"/>
          <w:sz w:val="28"/>
          <w:szCs w:val="28"/>
        </w:rPr>
        <w:t xml:space="preserve"> </w:t>
      </w:r>
      <w:r w:rsidRPr="001A456E">
        <w:rPr>
          <w:rFonts w:ascii="Times New Roman" w:hAnsi="Times New Roman"/>
          <w:sz w:val="28"/>
          <w:szCs w:val="28"/>
        </w:rPr>
        <w:t>проявлять</w:t>
      </w:r>
      <w:r w:rsidRPr="001A456E">
        <w:rPr>
          <w:rFonts w:ascii="Times New Roman" w:hAnsi="Times New Roman"/>
          <w:spacing w:val="-3"/>
          <w:sz w:val="28"/>
          <w:szCs w:val="28"/>
        </w:rPr>
        <w:t xml:space="preserve"> </w:t>
      </w:r>
      <w:r w:rsidRPr="001A456E">
        <w:rPr>
          <w:rFonts w:ascii="Times New Roman" w:hAnsi="Times New Roman"/>
          <w:sz w:val="28"/>
          <w:szCs w:val="28"/>
        </w:rPr>
        <w:t>готовность</w:t>
      </w:r>
      <w:r w:rsidRPr="001A456E">
        <w:rPr>
          <w:rFonts w:ascii="Times New Roman" w:hAnsi="Times New Roman"/>
          <w:spacing w:val="-3"/>
          <w:sz w:val="28"/>
          <w:szCs w:val="28"/>
        </w:rPr>
        <w:t xml:space="preserve"> </w:t>
      </w:r>
      <w:r w:rsidRPr="001A456E">
        <w:rPr>
          <w:rFonts w:ascii="Times New Roman" w:hAnsi="Times New Roman"/>
          <w:sz w:val="28"/>
          <w:szCs w:val="28"/>
        </w:rPr>
        <w:t>изменять</w:t>
      </w:r>
      <w:r w:rsidRPr="001A456E">
        <w:rPr>
          <w:rFonts w:ascii="Times New Roman" w:hAnsi="Times New Roman"/>
          <w:spacing w:val="-4"/>
          <w:sz w:val="28"/>
          <w:szCs w:val="28"/>
        </w:rPr>
        <w:t xml:space="preserve"> </w:t>
      </w:r>
      <w:r w:rsidRPr="001A456E">
        <w:rPr>
          <w:rFonts w:ascii="Times New Roman" w:hAnsi="Times New Roman"/>
          <w:sz w:val="28"/>
          <w:szCs w:val="28"/>
        </w:rPr>
        <w:t>себя;</w:t>
      </w:r>
    </w:p>
    <w:p w:rsidR="002E47B9" w:rsidRPr="001A456E" w:rsidRDefault="00BD5B97" w:rsidP="003772B6">
      <w:pPr>
        <w:pStyle w:val="aff5"/>
        <w:numPr>
          <w:ilvl w:val="0"/>
          <w:numId w:val="2"/>
        </w:numPr>
        <w:tabs>
          <w:tab w:val="left" w:pos="1549"/>
        </w:tabs>
        <w:spacing w:line="240" w:lineRule="auto"/>
        <w:ind w:left="0" w:right="116" w:firstLine="709"/>
        <w:jc w:val="both"/>
        <w:rPr>
          <w:rFonts w:ascii="Times New Roman" w:hAnsi="Times New Roman"/>
          <w:sz w:val="28"/>
          <w:szCs w:val="28"/>
        </w:rPr>
      </w:pPr>
      <w:r w:rsidRPr="001A456E">
        <w:rPr>
          <w:rFonts w:ascii="Times New Roman" w:hAnsi="Times New Roman"/>
          <w:sz w:val="28"/>
          <w:szCs w:val="28"/>
        </w:rPr>
        <w:t>умение принимать и сохранять поставленную задачу, осуществлять поиск средств еѐ</w:t>
      </w:r>
      <w:r w:rsidRPr="001A456E">
        <w:rPr>
          <w:rFonts w:ascii="Times New Roman" w:hAnsi="Times New Roman"/>
          <w:spacing w:val="1"/>
          <w:sz w:val="28"/>
          <w:szCs w:val="28"/>
        </w:rPr>
        <w:t xml:space="preserve"> </w:t>
      </w:r>
      <w:r w:rsidRPr="001A456E">
        <w:rPr>
          <w:rFonts w:ascii="Times New Roman" w:hAnsi="Times New Roman"/>
          <w:sz w:val="28"/>
          <w:szCs w:val="28"/>
        </w:rPr>
        <w:t>достижения,</w:t>
      </w:r>
      <w:r w:rsidRPr="001A456E">
        <w:rPr>
          <w:rFonts w:ascii="Times New Roman" w:hAnsi="Times New Roman"/>
          <w:spacing w:val="1"/>
          <w:sz w:val="28"/>
          <w:szCs w:val="28"/>
        </w:rPr>
        <w:t xml:space="preserve"> </w:t>
      </w:r>
      <w:r w:rsidRPr="001A456E">
        <w:rPr>
          <w:rFonts w:ascii="Times New Roman" w:hAnsi="Times New Roman"/>
          <w:sz w:val="28"/>
          <w:szCs w:val="28"/>
        </w:rPr>
        <w:t>самостоятельно</w:t>
      </w:r>
      <w:r w:rsidRPr="001A456E">
        <w:rPr>
          <w:rFonts w:ascii="Times New Roman" w:hAnsi="Times New Roman"/>
          <w:spacing w:val="1"/>
          <w:sz w:val="28"/>
          <w:szCs w:val="28"/>
        </w:rPr>
        <w:t xml:space="preserve"> </w:t>
      </w:r>
      <w:r w:rsidRPr="001A456E">
        <w:rPr>
          <w:rFonts w:ascii="Times New Roman" w:hAnsi="Times New Roman"/>
          <w:sz w:val="28"/>
          <w:szCs w:val="28"/>
        </w:rPr>
        <w:t>формулировать</w:t>
      </w:r>
      <w:r w:rsidRPr="001A456E">
        <w:rPr>
          <w:rFonts w:ascii="Times New Roman" w:hAnsi="Times New Roman"/>
          <w:spacing w:val="1"/>
          <w:sz w:val="28"/>
          <w:szCs w:val="28"/>
        </w:rPr>
        <w:t xml:space="preserve"> </w:t>
      </w:r>
      <w:r w:rsidRPr="001A456E">
        <w:rPr>
          <w:rFonts w:ascii="Times New Roman" w:hAnsi="Times New Roman"/>
          <w:sz w:val="28"/>
          <w:szCs w:val="28"/>
        </w:rPr>
        <w:t>цель</w:t>
      </w:r>
      <w:r w:rsidRPr="001A456E">
        <w:rPr>
          <w:rFonts w:ascii="Times New Roman" w:hAnsi="Times New Roman"/>
          <w:spacing w:val="1"/>
          <w:sz w:val="28"/>
          <w:szCs w:val="28"/>
        </w:rPr>
        <w:t xml:space="preserve"> </w:t>
      </w:r>
      <w:r w:rsidRPr="001A456E">
        <w:rPr>
          <w:rFonts w:ascii="Times New Roman" w:hAnsi="Times New Roman"/>
          <w:sz w:val="28"/>
          <w:szCs w:val="28"/>
        </w:rPr>
        <w:t>после</w:t>
      </w:r>
      <w:r w:rsidRPr="001A456E">
        <w:rPr>
          <w:rFonts w:ascii="Times New Roman" w:hAnsi="Times New Roman"/>
          <w:spacing w:val="1"/>
          <w:sz w:val="28"/>
          <w:szCs w:val="28"/>
        </w:rPr>
        <w:t xml:space="preserve"> </w:t>
      </w:r>
      <w:r w:rsidRPr="001A456E">
        <w:rPr>
          <w:rFonts w:ascii="Times New Roman" w:hAnsi="Times New Roman"/>
          <w:sz w:val="28"/>
          <w:szCs w:val="28"/>
        </w:rPr>
        <w:t>предварительного</w:t>
      </w:r>
      <w:r w:rsidRPr="001A456E">
        <w:rPr>
          <w:rFonts w:ascii="Times New Roman" w:hAnsi="Times New Roman"/>
          <w:spacing w:val="1"/>
          <w:sz w:val="28"/>
          <w:szCs w:val="28"/>
        </w:rPr>
        <w:t xml:space="preserve"> </w:t>
      </w:r>
      <w:r w:rsidRPr="001A456E">
        <w:rPr>
          <w:rFonts w:ascii="Times New Roman" w:hAnsi="Times New Roman"/>
          <w:sz w:val="28"/>
          <w:szCs w:val="28"/>
        </w:rPr>
        <w:t>обсуждения,</w:t>
      </w:r>
      <w:r w:rsidRPr="001A456E">
        <w:rPr>
          <w:rFonts w:ascii="Times New Roman" w:hAnsi="Times New Roman"/>
          <w:spacing w:val="-2"/>
          <w:sz w:val="28"/>
          <w:szCs w:val="28"/>
        </w:rPr>
        <w:t xml:space="preserve"> </w:t>
      </w:r>
      <w:r w:rsidRPr="001A456E">
        <w:rPr>
          <w:rFonts w:ascii="Times New Roman" w:hAnsi="Times New Roman"/>
          <w:sz w:val="28"/>
          <w:szCs w:val="28"/>
        </w:rPr>
        <w:t>планировать</w:t>
      </w:r>
      <w:r w:rsidRPr="001A456E">
        <w:rPr>
          <w:rFonts w:ascii="Times New Roman" w:hAnsi="Times New Roman"/>
          <w:spacing w:val="-4"/>
          <w:sz w:val="28"/>
          <w:szCs w:val="28"/>
        </w:rPr>
        <w:t xml:space="preserve"> </w:t>
      </w:r>
      <w:r w:rsidRPr="001A456E">
        <w:rPr>
          <w:rFonts w:ascii="Times New Roman" w:hAnsi="Times New Roman"/>
          <w:sz w:val="28"/>
          <w:szCs w:val="28"/>
        </w:rPr>
        <w:t>свои</w:t>
      </w:r>
      <w:r w:rsidRPr="001A456E">
        <w:rPr>
          <w:rFonts w:ascii="Times New Roman" w:hAnsi="Times New Roman"/>
          <w:spacing w:val="-2"/>
          <w:sz w:val="28"/>
          <w:szCs w:val="28"/>
        </w:rPr>
        <w:t xml:space="preserve"> </w:t>
      </w:r>
      <w:r w:rsidRPr="001A456E">
        <w:rPr>
          <w:rFonts w:ascii="Times New Roman" w:hAnsi="Times New Roman"/>
          <w:sz w:val="28"/>
          <w:szCs w:val="28"/>
        </w:rPr>
        <w:t>действия</w:t>
      </w:r>
      <w:r w:rsidRPr="001A456E">
        <w:rPr>
          <w:rFonts w:ascii="Times New Roman" w:hAnsi="Times New Roman"/>
          <w:spacing w:val="-2"/>
          <w:sz w:val="28"/>
          <w:szCs w:val="28"/>
        </w:rPr>
        <w:t xml:space="preserve"> </w:t>
      </w:r>
      <w:r w:rsidRPr="001A456E">
        <w:rPr>
          <w:rFonts w:ascii="Times New Roman" w:hAnsi="Times New Roman"/>
          <w:sz w:val="28"/>
          <w:szCs w:val="28"/>
        </w:rPr>
        <w:t>в</w:t>
      </w:r>
      <w:r w:rsidRPr="001A456E">
        <w:rPr>
          <w:rFonts w:ascii="Times New Roman" w:hAnsi="Times New Roman"/>
          <w:spacing w:val="-3"/>
          <w:sz w:val="28"/>
          <w:szCs w:val="28"/>
        </w:rPr>
        <w:t xml:space="preserve"> </w:t>
      </w:r>
      <w:r w:rsidRPr="001A456E">
        <w:rPr>
          <w:rFonts w:ascii="Times New Roman" w:hAnsi="Times New Roman"/>
          <w:sz w:val="28"/>
          <w:szCs w:val="28"/>
        </w:rPr>
        <w:t>соответствии</w:t>
      </w:r>
      <w:r w:rsidRPr="001A456E">
        <w:rPr>
          <w:rFonts w:ascii="Times New Roman" w:hAnsi="Times New Roman"/>
          <w:spacing w:val="-3"/>
          <w:sz w:val="28"/>
          <w:szCs w:val="28"/>
        </w:rPr>
        <w:t xml:space="preserve"> </w:t>
      </w:r>
      <w:r w:rsidRPr="001A456E">
        <w:rPr>
          <w:rFonts w:ascii="Times New Roman" w:hAnsi="Times New Roman"/>
          <w:sz w:val="28"/>
          <w:szCs w:val="28"/>
        </w:rPr>
        <w:t>с</w:t>
      </w:r>
      <w:r w:rsidRPr="001A456E">
        <w:rPr>
          <w:rFonts w:ascii="Times New Roman" w:hAnsi="Times New Roman"/>
          <w:spacing w:val="-1"/>
          <w:sz w:val="28"/>
          <w:szCs w:val="28"/>
        </w:rPr>
        <w:t xml:space="preserve"> </w:t>
      </w:r>
      <w:r w:rsidRPr="001A456E">
        <w:rPr>
          <w:rFonts w:ascii="Times New Roman" w:hAnsi="Times New Roman"/>
          <w:sz w:val="28"/>
          <w:szCs w:val="28"/>
        </w:rPr>
        <w:t>поставленной</w:t>
      </w:r>
      <w:r w:rsidRPr="001A456E">
        <w:rPr>
          <w:rFonts w:ascii="Times New Roman" w:hAnsi="Times New Roman"/>
          <w:spacing w:val="-2"/>
          <w:sz w:val="28"/>
          <w:szCs w:val="28"/>
        </w:rPr>
        <w:t xml:space="preserve"> </w:t>
      </w:r>
      <w:r w:rsidRPr="001A456E">
        <w:rPr>
          <w:rFonts w:ascii="Times New Roman" w:hAnsi="Times New Roman"/>
          <w:sz w:val="28"/>
          <w:szCs w:val="28"/>
        </w:rPr>
        <w:t>задачей;</w:t>
      </w:r>
    </w:p>
    <w:p w:rsidR="002E47B9" w:rsidRPr="001A456E" w:rsidRDefault="00BD5B97" w:rsidP="003772B6">
      <w:pPr>
        <w:pStyle w:val="aff5"/>
        <w:numPr>
          <w:ilvl w:val="0"/>
          <w:numId w:val="2"/>
        </w:numPr>
        <w:tabs>
          <w:tab w:val="left" w:pos="1549"/>
        </w:tabs>
        <w:spacing w:line="240" w:lineRule="auto"/>
        <w:ind w:left="0" w:firstLine="709"/>
        <w:jc w:val="both"/>
        <w:rPr>
          <w:rFonts w:ascii="Times New Roman" w:hAnsi="Times New Roman"/>
          <w:sz w:val="28"/>
          <w:szCs w:val="28"/>
        </w:rPr>
      </w:pPr>
      <w:r w:rsidRPr="001A456E">
        <w:rPr>
          <w:rFonts w:ascii="Times New Roman" w:hAnsi="Times New Roman"/>
          <w:sz w:val="28"/>
          <w:szCs w:val="28"/>
        </w:rPr>
        <w:t>формирование умения</w:t>
      </w:r>
      <w:r w:rsidRPr="001A456E">
        <w:rPr>
          <w:rFonts w:ascii="Times New Roman" w:hAnsi="Times New Roman"/>
          <w:spacing w:val="-4"/>
          <w:sz w:val="28"/>
          <w:szCs w:val="28"/>
        </w:rPr>
        <w:t xml:space="preserve"> </w:t>
      </w:r>
      <w:r w:rsidRPr="001A456E">
        <w:rPr>
          <w:rFonts w:ascii="Times New Roman" w:hAnsi="Times New Roman"/>
          <w:sz w:val="28"/>
          <w:szCs w:val="28"/>
        </w:rPr>
        <w:t>оценивать</w:t>
      </w:r>
      <w:r w:rsidRPr="001A456E">
        <w:rPr>
          <w:rFonts w:ascii="Times New Roman" w:hAnsi="Times New Roman"/>
          <w:spacing w:val="-6"/>
          <w:sz w:val="28"/>
          <w:szCs w:val="28"/>
        </w:rPr>
        <w:t xml:space="preserve"> </w:t>
      </w:r>
      <w:r w:rsidRPr="001A456E">
        <w:rPr>
          <w:rFonts w:ascii="Times New Roman" w:hAnsi="Times New Roman"/>
          <w:sz w:val="28"/>
          <w:szCs w:val="28"/>
        </w:rPr>
        <w:t>свои</w:t>
      </w:r>
      <w:r w:rsidRPr="001A456E">
        <w:rPr>
          <w:rFonts w:ascii="Times New Roman" w:hAnsi="Times New Roman"/>
          <w:spacing w:val="-2"/>
          <w:sz w:val="28"/>
          <w:szCs w:val="28"/>
        </w:rPr>
        <w:t xml:space="preserve"> </w:t>
      </w:r>
      <w:r w:rsidRPr="001A456E">
        <w:rPr>
          <w:rFonts w:ascii="Times New Roman" w:hAnsi="Times New Roman"/>
          <w:sz w:val="28"/>
          <w:szCs w:val="28"/>
        </w:rPr>
        <w:t>поступки</w:t>
      </w:r>
      <w:r w:rsidRPr="001A456E">
        <w:rPr>
          <w:rFonts w:ascii="Times New Roman" w:hAnsi="Times New Roman"/>
          <w:spacing w:val="-2"/>
          <w:sz w:val="28"/>
          <w:szCs w:val="28"/>
        </w:rPr>
        <w:t xml:space="preserve"> </w:t>
      </w:r>
      <w:r w:rsidRPr="001A456E">
        <w:rPr>
          <w:rFonts w:ascii="Times New Roman" w:hAnsi="Times New Roman"/>
          <w:sz w:val="28"/>
          <w:szCs w:val="28"/>
        </w:rPr>
        <w:t>и</w:t>
      </w:r>
      <w:r w:rsidRPr="001A456E">
        <w:rPr>
          <w:rFonts w:ascii="Times New Roman" w:hAnsi="Times New Roman"/>
          <w:spacing w:val="-5"/>
          <w:sz w:val="28"/>
          <w:szCs w:val="28"/>
        </w:rPr>
        <w:t xml:space="preserve"> </w:t>
      </w:r>
      <w:r w:rsidRPr="001A456E">
        <w:rPr>
          <w:rFonts w:ascii="Times New Roman" w:hAnsi="Times New Roman"/>
          <w:sz w:val="28"/>
          <w:szCs w:val="28"/>
        </w:rPr>
        <w:t>действия,</w:t>
      </w:r>
      <w:r w:rsidRPr="001A456E">
        <w:rPr>
          <w:rFonts w:ascii="Times New Roman" w:hAnsi="Times New Roman"/>
          <w:spacing w:val="-5"/>
          <w:sz w:val="28"/>
          <w:szCs w:val="28"/>
        </w:rPr>
        <w:t xml:space="preserve"> </w:t>
      </w:r>
      <w:r w:rsidRPr="001A456E">
        <w:rPr>
          <w:rFonts w:ascii="Times New Roman" w:hAnsi="Times New Roman"/>
          <w:sz w:val="28"/>
          <w:szCs w:val="28"/>
        </w:rPr>
        <w:t>свои</w:t>
      </w:r>
      <w:r w:rsidRPr="001A456E">
        <w:rPr>
          <w:rFonts w:ascii="Times New Roman" w:hAnsi="Times New Roman"/>
          <w:spacing w:val="-4"/>
          <w:sz w:val="28"/>
          <w:szCs w:val="28"/>
        </w:rPr>
        <w:t xml:space="preserve"> </w:t>
      </w:r>
      <w:r w:rsidRPr="001A456E">
        <w:rPr>
          <w:rFonts w:ascii="Times New Roman" w:hAnsi="Times New Roman"/>
          <w:sz w:val="28"/>
          <w:szCs w:val="28"/>
        </w:rPr>
        <w:t>возможности;</w:t>
      </w:r>
    </w:p>
    <w:p w:rsidR="002E47B9" w:rsidRPr="001A456E" w:rsidRDefault="00BD5B97" w:rsidP="003772B6">
      <w:pPr>
        <w:pStyle w:val="aff5"/>
        <w:numPr>
          <w:ilvl w:val="0"/>
          <w:numId w:val="2"/>
        </w:numPr>
        <w:tabs>
          <w:tab w:val="left" w:pos="1549"/>
        </w:tabs>
        <w:spacing w:line="240" w:lineRule="auto"/>
        <w:ind w:left="0" w:firstLine="709"/>
        <w:jc w:val="both"/>
        <w:rPr>
          <w:rFonts w:ascii="Times New Roman" w:hAnsi="Times New Roman"/>
          <w:sz w:val="28"/>
          <w:szCs w:val="28"/>
        </w:rPr>
      </w:pPr>
      <w:r w:rsidRPr="001A456E">
        <w:rPr>
          <w:rFonts w:ascii="Times New Roman" w:hAnsi="Times New Roman"/>
          <w:sz w:val="28"/>
          <w:szCs w:val="28"/>
        </w:rPr>
        <w:t>формирование умения</w:t>
      </w:r>
      <w:r w:rsidRPr="001A456E">
        <w:rPr>
          <w:rFonts w:ascii="Times New Roman" w:hAnsi="Times New Roman"/>
          <w:spacing w:val="-3"/>
          <w:sz w:val="28"/>
          <w:szCs w:val="28"/>
        </w:rPr>
        <w:t xml:space="preserve"> </w:t>
      </w:r>
      <w:r w:rsidRPr="001A456E">
        <w:rPr>
          <w:rFonts w:ascii="Times New Roman" w:hAnsi="Times New Roman"/>
          <w:sz w:val="28"/>
          <w:szCs w:val="28"/>
        </w:rPr>
        <w:t>применять</w:t>
      </w:r>
      <w:r w:rsidRPr="001A456E">
        <w:rPr>
          <w:rFonts w:ascii="Times New Roman" w:hAnsi="Times New Roman"/>
          <w:spacing w:val="-7"/>
          <w:sz w:val="28"/>
          <w:szCs w:val="28"/>
        </w:rPr>
        <w:t xml:space="preserve"> </w:t>
      </w:r>
      <w:r w:rsidRPr="001A456E">
        <w:rPr>
          <w:rFonts w:ascii="Times New Roman" w:hAnsi="Times New Roman"/>
          <w:sz w:val="28"/>
          <w:szCs w:val="28"/>
        </w:rPr>
        <w:t>свои</w:t>
      </w:r>
      <w:r w:rsidRPr="001A456E">
        <w:rPr>
          <w:rFonts w:ascii="Times New Roman" w:hAnsi="Times New Roman"/>
          <w:spacing w:val="-4"/>
          <w:sz w:val="28"/>
          <w:szCs w:val="28"/>
        </w:rPr>
        <w:t xml:space="preserve"> </w:t>
      </w:r>
      <w:r w:rsidRPr="001A456E">
        <w:rPr>
          <w:rFonts w:ascii="Times New Roman" w:hAnsi="Times New Roman"/>
          <w:sz w:val="28"/>
          <w:szCs w:val="28"/>
        </w:rPr>
        <w:t>знания</w:t>
      </w:r>
      <w:r w:rsidRPr="001A456E">
        <w:rPr>
          <w:rFonts w:ascii="Times New Roman" w:hAnsi="Times New Roman"/>
          <w:spacing w:val="-3"/>
          <w:sz w:val="28"/>
          <w:szCs w:val="28"/>
        </w:rPr>
        <w:t xml:space="preserve"> </w:t>
      </w:r>
      <w:r w:rsidRPr="001A456E">
        <w:rPr>
          <w:rFonts w:ascii="Times New Roman" w:hAnsi="Times New Roman"/>
          <w:sz w:val="28"/>
          <w:szCs w:val="28"/>
        </w:rPr>
        <w:t>в</w:t>
      </w:r>
      <w:r w:rsidRPr="001A456E">
        <w:rPr>
          <w:rFonts w:ascii="Times New Roman" w:hAnsi="Times New Roman"/>
          <w:spacing w:val="-6"/>
          <w:sz w:val="28"/>
          <w:szCs w:val="28"/>
        </w:rPr>
        <w:t xml:space="preserve"> </w:t>
      </w:r>
      <w:r w:rsidRPr="001A456E">
        <w:rPr>
          <w:rFonts w:ascii="Times New Roman" w:hAnsi="Times New Roman"/>
          <w:sz w:val="28"/>
          <w:szCs w:val="28"/>
        </w:rPr>
        <w:t>практической</w:t>
      </w:r>
      <w:r w:rsidRPr="001A456E">
        <w:rPr>
          <w:rFonts w:ascii="Times New Roman" w:hAnsi="Times New Roman"/>
          <w:spacing w:val="-5"/>
          <w:sz w:val="28"/>
          <w:szCs w:val="28"/>
        </w:rPr>
        <w:t xml:space="preserve"> </w:t>
      </w:r>
      <w:r w:rsidRPr="001A456E">
        <w:rPr>
          <w:rFonts w:ascii="Times New Roman" w:hAnsi="Times New Roman"/>
          <w:sz w:val="28"/>
          <w:szCs w:val="28"/>
        </w:rPr>
        <w:t>деятельности.</w:t>
      </w:r>
    </w:p>
    <w:p w:rsidR="002E47B9" w:rsidRPr="001A456E" w:rsidRDefault="00BD5B97" w:rsidP="003772B6">
      <w:pPr>
        <w:pStyle w:val="110"/>
        <w:ind w:left="0" w:firstLine="709"/>
        <w:rPr>
          <w:sz w:val="28"/>
          <w:szCs w:val="28"/>
        </w:rPr>
      </w:pPr>
      <w:r w:rsidRPr="001A456E">
        <w:rPr>
          <w:sz w:val="28"/>
          <w:szCs w:val="28"/>
        </w:rPr>
        <w:lastRenderedPageBreak/>
        <w:t>Предметные</w:t>
      </w:r>
      <w:r w:rsidRPr="001A456E">
        <w:rPr>
          <w:spacing w:val="-4"/>
          <w:sz w:val="28"/>
          <w:szCs w:val="28"/>
        </w:rPr>
        <w:t xml:space="preserve"> </w:t>
      </w:r>
      <w:r w:rsidRPr="001A456E">
        <w:rPr>
          <w:sz w:val="28"/>
          <w:szCs w:val="28"/>
        </w:rPr>
        <w:t>результаты:</w:t>
      </w:r>
    </w:p>
    <w:p w:rsidR="002E47B9" w:rsidRPr="001A456E" w:rsidRDefault="00BD5B97" w:rsidP="003772B6">
      <w:pPr>
        <w:pStyle w:val="aff5"/>
        <w:tabs>
          <w:tab w:val="left" w:pos="1729"/>
        </w:tabs>
        <w:spacing w:line="240" w:lineRule="auto"/>
        <w:ind w:left="709"/>
        <w:jc w:val="both"/>
        <w:rPr>
          <w:rFonts w:ascii="Times New Roman" w:hAnsi="Times New Roman"/>
          <w:sz w:val="28"/>
          <w:szCs w:val="28"/>
        </w:rPr>
      </w:pPr>
      <w:r w:rsidRPr="001A456E">
        <w:rPr>
          <w:rFonts w:ascii="Times New Roman" w:hAnsi="Times New Roman"/>
          <w:b/>
          <w:sz w:val="28"/>
          <w:szCs w:val="28"/>
        </w:rPr>
        <w:t>1 класс</w:t>
      </w:r>
    </w:p>
    <w:p w:rsidR="002E47B9" w:rsidRPr="001A456E" w:rsidRDefault="00BD5B97" w:rsidP="003772B6">
      <w:pPr>
        <w:pStyle w:val="aff"/>
        <w:ind w:right="114" w:firstLine="709"/>
        <w:jc w:val="both"/>
        <w:rPr>
          <w:rFonts w:ascii="Times New Roman" w:hAnsi="Times New Roman"/>
          <w:sz w:val="28"/>
          <w:szCs w:val="28"/>
        </w:rPr>
      </w:pPr>
      <w:r w:rsidRPr="001A456E">
        <w:rPr>
          <w:rFonts w:ascii="Times New Roman" w:hAnsi="Times New Roman"/>
          <w:sz w:val="28"/>
          <w:szCs w:val="28"/>
        </w:rPr>
        <w:t>умение</w:t>
      </w:r>
      <w:r w:rsidRPr="001A456E">
        <w:rPr>
          <w:rFonts w:ascii="Times New Roman" w:hAnsi="Times New Roman"/>
          <w:spacing w:val="1"/>
          <w:sz w:val="28"/>
          <w:szCs w:val="28"/>
        </w:rPr>
        <w:t xml:space="preserve"> </w:t>
      </w:r>
      <w:r w:rsidRPr="001A456E">
        <w:rPr>
          <w:rFonts w:ascii="Times New Roman" w:hAnsi="Times New Roman"/>
          <w:sz w:val="28"/>
          <w:szCs w:val="28"/>
        </w:rPr>
        <w:t>раскрывать</w:t>
      </w:r>
      <w:r w:rsidRPr="001A456E">
        <w:rPr>
          <w:rFonts w:ascii="Times New Roman" w:hAnsi="Times New Roman"/>
          <w:spacing w:val="1"/>
          <w:sz w:val="28"/>
          <w:szCs w:val="28"/>
        </w:rPr>
        <w:t xml:space="preserve"> </w:t>
      </w:r>
      <w:r w:rsidRPr="001A456E">
        <w:rPr>
          <w:rFonts w:ascii="Times New Roman" w:hAnsi="Times New Roman"/>
          <w:sz w:val="28"/>
          <w:szCs w:val="28"/>
        </w:rPr>
        <w:t>своими</w:t>
      </w:r>
      <w:r w:rsidRPr="001A456E">
        <w:rPr>
          <w:rFonts w:ascii="Times New Roman" w:hAnsi="Times New Roman"/>
          <w:spacing w:val="1"/>
          <w:sz w:val="28"/>
          <w:szCs w:val="28"/>
        </w:rPr>
        <w:t xml:space="preserve"> </w:t>
      </w:r>
      <w:r w:rsidRPr="001A456E">
        <w:rPr>
          <w:rFonts w:ascii="Times New Roman" w:hAnsi="Times New Roman"/>
          <w:sz w:val="28"/>
          <w:szCs w:val="28"/>
        </w:rPr>
        <w:t>словами</w:t>
      </w:r>
      <w:r w:rsidRPr="001A456E">
        <w:rPr>
          <w:rFonts w:ascii="Times New Roman" w:hAnsi="Times New Roman"/>
          <w:spacing w:val="1"/>
          <w:sz w:val="28"/>
          <w:szCs w:val="28"/>
        </w:rPr>
        <w:t xml:space="preserve"> </w:t>
      </w:r>
      <w:r w:rsidRPr="001A456E">
        <w:rPr>
          <w:rFonts w:ascii="Times New Roman" w:hAnsi="Times New Roman"/>
          <w:sz w:val="28"/>
          <w:szCs w:val="28"/>
        </w:rPr>
        <w:t>первоначальные</w:t>
      </w:r>
      <w:r w:rsidRPr="001A456E">
        <w:rPr>
          <w:rFonts w:ascii="Times New Roman" w:hAnsi="Times New Roman"/>
          <w:spacing w:val="1"/>
          <w:sz w:val="28"/>
          <w:szCs w:val="28"/>
        </w:rPr>
        <w:t xml:space="preserve"> </w:t>
      </w:r>
      <w:r w:rsidRPr="001A456E">
        <w:rPr>
          <w:rFonts w:ascii="Times New Roman" w:hAnsi="Times New Roman"/>
          <w:sz w:val="28"/>
          <w:szCs w:val="28"/>
        </w:rPr>
        <w:t>представления</w:t>
      </w:r>
      <w:r w:rsidRPr="001A456E">
        <w:rPr>
          <w:rFonts w:ascii="Times New Roman" w:hAnsi="Times New Roman"/>
          <w:spacing w:val="1"/>
          <w:sz w:val="28"/>
          <w:szCs w:val="28"/>
        </w:rPr>
        <w:t xml:space="preserve"> </w:t>
      </w:r>
      <w:r w:rsidRPr="001A456E">
        <w:rPr>
          <w:rFonts w:ascii="Times New Roman" w:hAnsi="Times New Roman"/>
          <w:sz w:val="28"/>
          <w:szCs w:val="28"/>
        </w:rPr>
        <w:t>об</w:t>
      </w:r>
      <w:r w:rsidRPr="001A456E">
        <w:rPr>
          <w:rFonts w:ascii="Times New Roman" w:hAnsi="Times New Roman"/>
          <w:spacing w:val="1"/>
          <w:sz w:val="28"/>
          <w:szCs w:val="28"/>
        </w:rPr>
        <w:t xml:space="preserve"> </w:t>
      </w:r>
      <w:r w:rsidRPr="001A456E">
        <w:rPr>
          <w:rFonts w:ascii="Times New Roman" w:hAnsi="Times New Roman"/>
          <w:sz w:val="28"/>
          <w:szCs w:val="28"/>
        </w:rPr>
        <w:t>основных</w:t>
      </w:r>
      <w:r w:rsidRPr="001A456E">
        <w:rPr>
          <w:rFonts w:ascii="Times New Roman" w:hAnsi="Times New Roman"/>
          <w:spacing w:val="-57"/>
          <w:sz w:val="28"/>
          <w:szCs w:val="28"/>
        </w:rPr>
        <w:t xml:space="preserve"> </w:t>
      </w:r>
      <w:r w:rsidRPr="001A456E">
        <w:rPr>
          <w:rFonts w:ascii="Times New Roman" w:hAnsi="Times New Roman"/>
          <w:sz w:val="28"/>
          <w:szCs w:val="28"/>
        </w:rPr>
        <w:t>нормах</w:t>
      </w:r>
      <w:r w:rsidRPr="001A456E">
        <w:rPr>
          <w:rFonts w:ascii="Times New Roman" w:hAnsi="Times New Roman"/>
          <w:spacing w:val="1"/>
          <w:sz w:val="28"/>
          <w:szCs w:val="28"/>
        </w:rPr>
        <w:t xml:space="preserve"> </w:t>
      </w:r>
      <w:r w:rsidRPr="001A456E">
        <w:rPr>
          <w:rFonts w:ascii="Times New Roman" w:hAnsi="Times New Roman"/>
          <w:sz w:val="28"/>
          <w:szCs w:val="28"/>
        </w:rPr>
        <w:t>поведения</w:t>
      </w:r>
      <w:r w:rsidRPr="001A456E">
        <w:rPr>
          <w:rFonts w:ascii="Times New Roman" w:hAnsi="Times New Roman"/>
          <w:spacing w:val="1"/>
          <w:sz w:val="28"/>
          <w:szCs w:val="28"/>
        </w:rPr>
        <w:t xml:space="preserve"> </w:t>
      </w:r>
      <w:r w:rsidRPr="001A456E">
        <w:rPr>
          <w:rFonts w:ascii="Times New Roman" w:hAnsi="Times New Roman"/>
          <w:sz w:val="28"/>
          <w:szCs w:val="28"/>
        </w:rPr>
        <w:t>в</w:t>
      </w:r>
      <w:r w:rsidRPr="001A456E">
        <w:rPr>
          <w:rFonts w:ascii="Times New Roman" w:hAnsi="Times New Roman"/>
          <w:spacing w:val="1"/>
          <w:sz w:val="28"/>
          <w:szCs w:val="28"/>
        </w:rPr>
        <w:t xml:space="preserve"> </w:t>
      </w:r>
      <w:r w:rsidRPr="001A456E">
        <w:rPr>
          <w:rFonts w:ascii="Times New Roman" w:hAnsi="Times New Roman"/>
          <w:sz w:val="28"/>
          <w:szCs w:val="28"/>
        </w:rPr>
        <w:t>классе,</w:t>
      </w:r>
      <w:r w:rsidRPr="001A456E">
        <w:rPr>
          <w:rFonts w:ascii="Times New Roman" w:hAnsi="Times New Roman"/>
          <w:spacing w:val="1"/>
          <w:sz w:val="28"/>
          <w:szCs w:val="28"/>
        </w:rPr>
        <w:t xml:space="preserve"> </w:t>
      </w:r>
      <w:r w:rsidRPr="001A456E">
        <w:rPr>
          <w:rFonts w:ascii="Times New Roman" w:hAnsi="Times New Roman"/>
          <w:sz w:val="28"/>
          <w:szCs w:val="28"/>
        </w:rPr>
        <w:t>школе,</w:t>
      </w:r>
      <w:r w:rsidRPr="001A456E">
        <w:rPr>
          <w:rFonts w:ascii="Times New Roman" w:hAnsi="Times New Roman"/>
          <w:spacing w:val="1"/>
          <w:sz w:val="28"/>
          <w:szCs w:val="28"/>
        </w:rPr>
        <w:t xml:space="preserve"> </w:t>
      </w:r>
      <w:r w:rsidRPr="001A456E">
        <w:rPr>
          <w:rFonts w:ascii="Times New Roman" w:hAnsi="Times New Roman"/>
          <w:sz w:val="28"/>
          <w:szCs w:val="28"/>
        </w:rPr>
        <w:t>выражать</w:t>
      </w:r>
      <w:r w:rsidRPr="001A456E">
        <w:rPr>
          <w:rFonts w:ascii="Times New Roman" w:hAnsi="Times New Roman"/>
          <w:spacing w:val="1"/>
          <w:sz w:val="28"/>
          <w:szCs w:val="28"/>
        </w:rPr>
        <w:t xml:space="preserve"> </w:t>
      </w:r>
      <w:r w:rsidRPr="001A456E">
        <w:rPr>
          <w:rFonts w:ascii="Times New Roman" w:hAnsi="Times New Roman"/>
          <w:sz w:val="28"/>
          <w:szCs w:val="28"/>
        </w:rPr>
        <w:t>своими</w:t>
      </w:r>
      <w:r w:rsidRPr="001A456E">
        <w:rPr>
          <w:rFonts w:ascii="Times New Roman" w:hAnsi="Times New Roman"/>
          <w:spacing w:val="1"/>
          <w:sz w:val="28"/>
          <w:szCs w:val="28"/>
        </w:rPr>
        <w:t xml:space="preserve"> </w:t>
      </w:r>
      <w:r w:rsidRPr="001A456E">
        <w:rPr>
          <w:rFonts w:ascii="Times New Roman" w:hAnsi="Times New Roman"/>
          <w:sz w:val="28"/>
          <w:szCs w:val="28"/>
        </w:rPr>
        <w:t>словами</w:t>
      </w:r>
      <w:r w:rsidRPr="001A456E">
        <w:rPr>
          <w:rFonts w:ascii="Times New Roman" w:hAnsi="Times New Roman"/>
          <w:spacing w:val="1"/>
          <w:sz w:val="28"/>
          <w:szCs w:val="28"/>
        </w:rPr>
        <w:t xml:space="preserve"> </w:t>
      </w:r>
      <w:r w:rsidRPr="001A456E">
        <w:rPr>
          <w:rFonts w:ascii="Times New Roman" w:hAnsi="Times New Roman"/>
          <w:sz w:val="28"/>
          <w:szCs w:val="28"/>
        </w:rPr>
        <w:t>понимание</w:t>
      </w:r>
      <w:r w:rsidRPr="001A456E">
        <w:rPr>
          <w:rFonts w:ascii="Times New Roman" w:hAnsi="Times New Roman"/>
          <w:spacing w:val="1"/>
          <w:sz w:val="28"/>
          <w:szCs w:val="28"/>
        </w:rPr>
        <w:t xml:space="preserve"> </w:t>
      </w:r>
      <w:r w:rsidRPr="001A456E">
        <w:rPr>
          <w:rFonts w:ascii="Times New Roman" w:hAnsi="Times New Roman"/>
          <w:sz w:val="28"/>
          <w:szCs w:val="28"/>
        </w:rPr>
        <w:t>значимости</w:t>
      </w:r>
      <w:r w:rsidRPr="001A456E">
        <w:rPr>
          <w:rFonts w:ascii="Times New Roman" w:hAnsi="Times New Roman"/>
          <w:spacing w:val="-57"/>
          <w:sz w:val="28"/>
          <w:szCs w:val="28"/>
        </w:rPr>
        <w:t xml:space="preserve"> </w:t>
      </w:r>
      <w:r w:rsidRPr="001A456E">
        <w:rPr>
          <w:rFonts w:ascii="Times New Roman" w:hAnsi="Times New Roman"/>
          <w:sz w:val="28"/>
          <w:szCs w:val="28"/>
        </w:rPr>
        <w:t>дружбы</w:t>
      </w:r>
      <w:r w:rsidRPr="001A456E">
        <w:rPr>
          <w:rFonts w:ascii="Times New Roman" w:hAnsi="Times New Roman"/>
          <w:spacing w:val="1"/>
          <w:sz w:val="28"/>
          <w:szCs w:val="28"/>
        </w:rPr>
        <w:t xml:space="preserve"> </w:t>
      </w:r>
      <w:r w:rsidRPr="001A456E">
        <w:rPr>
          <w:rFonts w:ascii="Times New Roman" w:hAnsi="Times New Roman"/>
          <w:sz w:val="28"/>
          <w:szCs w:val="28"/>
        </w:rPr>
        <w:t>в</w:t>
      </w:r>
      <w:r w:rsidRPr="001A456E">
        <w:rPr>
          <w:rFonts w:ascii="Times New Roman" w:hAnsi="Times New Roman"/>
          <w:spacing w:val="1"/>
          <w:sz w:val="28"/>
          <w:szCs w:val="28"/>
        </w:rPr>
        <w:t xml:space="preserve"> </w:t>
      </w:r>
      <w:r w:rsidRPr="001A456E">
        <w:rPr>
          <w:rFonts w:ascii="Times New Roman" w:hAnsi="Times New Roman"/>
          <w:sz w:val="28"/>
          <w:szCs w:val="28"/>
        </w:rPr>
        <w:t>классе,</w:t>
      </w:r>
      <w:r w:rsidRPr="001A456E">
        <w:rPr>
          <w:rFonts w:ascii="Times New Roman" w:hAnsi="Times New Roman"/>
          <w:spacing w:val="1"/>
          <w:sz w:val="28"/>
          <w:szCs w:val="28"/>
        </w:rPr>
        <w:t xml:space="preserve"> </w:t>
      </w:r>
      <w:r w:rsidRPr="001A456E">
        <w:rPr>
          <w:rFonts w:ascii="Times New Roman" w:hAnsi="Times New Roman"/>
          <w:sz w:val="28"/>
          <w:szCs w:val="28"/>
        </w:rPr>
        <w:t>формирование</w:t>
      </w:r>
      <w:r w:rsidRPr="001A456E">
        <w:rPr>
          <w:rFonts w:ascii="Times New Roman" w:hAnsi="Times New Roman"/>
          <w:spacing w:val="1"/>
          <w:sz w:val="28"/>
          <w:szCs w:val="28"/>
        </w:rPr>
        <w:t xml:space="preserve"> </w:t>
      </w:r>
      <w:r w:rsidRPr="001A456E">
        <w:rPr>
          <w:rFonts w:ascii="Times New Roman" w:hAnsi="Times New Roman"/>
          <w:sz w:val="28"/>
          <w:szCs w:val="28"/>
        </w:rPr>
        <w:t>коллективных</w:t>
      </w:r>
      <w:r w:rsidRPr="001A456E">
        <w:rPr>
          <w:rFonts w:ascii="Times New Roman" w:hAnsi="Times New Roman"/>
          <w:spacing w:val="1"/>
          <w:sz w:val="28"/>
          <w:szCs w:val="28"/>
        </w:rPr>
        <w:t xml:space="preserve"> </w:t>
      </w:r>
      <w:r w:rsidRPr="001A456E">
        <w:rPr>
          <w:rFonts w:ascii="Times New Roman" w:hAnsi="Times New Roman"/>
          <w:sz w:val="28"/>
          <w:szCs w:val="28"/>
        </w:rPr>
        <w:t>правил</w:t>
      </w:r>
      <w:r w:rsidRPr="001A456E">
        <w:rPr>
          <w:rFonts w:ascii="Times New Roman" w:hAnsi="Times New Roman"/>
          <w:spacing w:val="1"/>
          <w:sz w:val="28"/>
          <w:szCs w:val="28"/>
        </w:rPr>
        <w:t xml:space="preserve"> </w:t>
      </w:r>
      <w:r w:rsidRPr="001A456E">
        <w:rPr>
          <w:rFonts w:ascii="Times New Roman" w:hAnsi="Times New Roman"/>
          <w:sz w:val="28"/>
          <w:szCs w:val="28"/>
        </w:rPr>
        <w:t>коллектива</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желание</w:t>
      </w:r>
      <w:r w:rsidRPr="001A456E">
        <w:rPr>
          <w:rFonts w:ascii="Times New Roman" w:hAnsi="Times New Roman"/>
          <w:spacing w:val="61"/>
          <w:sz w:val="28"/>
          <w:szCs w:val="28"/>
        </w:rPr>
        <w:t xml:space="preserve"> </w:t>
      </w:r>
      <w:r w:rsidRPr="001A456E">
        <w:rPr>
          <w:rFonts w:ascii="Times New Roman" w:hAnsi="Times New Roman"/>
          <w:sz w:val="28"/>
          <w:szCs w:val="28"/>
        </w:rPr>
        <w:t>им</w:t>
      </w:r>
      <w:r w:rsidRPr="001A456E">
        <w:rPr>
          <w:rFonts w:ascii="Times New Roman" w:hAnsi="Times New Roman"/>
          <w:spacing w:val="1"/>
          <w:sz w:val="28"/>
          <w:szCs w:val="28"/>
        </w:rPr>
        <w:t xml:space="preserve"> </w:t>
      </w:r>
      <w:r w:rsidRPr="001A456E">
        <w:rPr>
          <w:rFonts w:ascii="Times New Roman" w:hAnsi="Times New Roman"/>
          <w:sz w:val="28"/>
          <w:szCs w:val="28"/>
        </w:rPr>
        <w:t>следовать,</w:t>
      </w:r>
      <w:r w:rsidRPr="001A456E">
        <w:rPr>
          <w:rFonts w:ascii="Times New Roman" w:hAnsi="Times New Roman"/>
          <w:spacing w:val="-3"/>
          <w:sz w:val="28"/>
          <w:szCs w:val="28"/>
        </w:rPr>
        <w:t xml:space="preserve"> </w:t>
      </w:r>
      <w:r w:rsidRPr="001A456E">
        <w:rPr>
          <w:rFonts w:ascii="Times New Roman" w:hAnsi="Times New Roman"/>
          <w:sz w:val="28"/>
          <w:szCs w:val="28"/>
        </w:rPr>
        <w:t>владеть</w:t>
      </w:r>
      <w:r w:rsidRPr="001A456E">
        <w:rPr>
          <w:rFonts w:ascii="Times New Roman" w:hAnsi="Times New Roman"/>
          <w:spacing w:val="-5"/>
          <w:sz w:val="28"/>
          <w:szCs w:val="28"/>
        </w:rPr>
        <w:t xml:space="preserve"> </w:t>
      </w:r>
      <w:r w:rsidRPr="001A456E">
        <w:rPr>
          <w:rFonts w:ascii="Times New Roman" w:hAnsi="Times New Roman"/>
          <w:sz w:val="28"/>
          <w:szCs w:val="28"/>
        </w:rPr>
        <w:t>правилами</w:t>
      </w:r>
      <w:r w:rsidRPr="001A456E">
        <w:rPr>
          <w:rFonts w:ascii="Times New Roman" w:hAnsi="Times New Roman"/>
          <w:spacing w:val="-3"/>
          <w:sz w:val="28"/>
          <w:szCs w:val="28"/>
        </w:rPr>
        <w:t xml:space="preserve"> </w:t>
      </w:r>
      <w:r w:rsidRPr="001A456E">
        <w:rPr>
          <w:rFonts w:ascii="Times New Roman" w:hAnsi="Times New Roman"/>
          <w:sz w:val="28"/>
          <w:szCs w:val="28"/>
        </w:rPr>
        <w:t>поведения</w:t>
      </w:r>
      <w:r w:rsidRPr="001A456E">
        <w:rPr>
          <w:rFonts w:ascii="Times New Roman" w:hAnsi="Times New Roman"/>
          <w:spacing w:val="-2"/>
          <w:sz w:val="28"/>
          <w:szCs w:val="28"/>
        </w:rPr>
        <w:t xml:space="preserve"> </w:t>
      </w:r>
      <w:r w:rsidRPr="001A456E">
        <w:rPr>
          <w:rFonts w:ascii="Times New Roman" w:hAnsi="Times New Roman"/>
          <w:sz w:val="28"/>
          <w:szCs w:val="28"/>
        </w:rPr>
        <w:t>в</w:t>
      </w:r>
      <w:r w:rsidRPr="001A456E">
        <w:rPr>
          <w:rFonts w:ascii="Times New Roman" w:hAnsi="Times New Roman"/>
          <w:spacing w:val="-5"/>
          <w:sz w:val="28"/>
          <w:szCs w:val="28"/>
        </w:rPr>
        <w:t xml:space="preserve"> </w:t>
      </w:r>
      <w:r w:rsidRPr="001A456E">
        <w:rPr>
          <w:rFonts w:ascii="Times New Roman" w:hAnsi="Times New Roman"/>
          <w:sz w:val="28"/>
          <w:szCs w:val="28"/>
        </w:rPr>
        <w:t>классе,</w:t>
      </w:r>
      <w:r w:rsidRPr="001A456E">
        <w:rPr>
          <w:rFonts w:ascii="Times New Roman" w:hAnsi="Times New Roman"/>
          <w:spacing w:val="-3"/>
          <w:sz w:val="28"/>
          <w:szCs w:val="28"/>
        </w:rPr>
        <w:t xml:space="preserve"> </w:t>
      </w:r>
      <w:r w:rsidRPr="001A456E">
        <w:rPr>
          <w:rFonts w:ascii="Times New Roman" w:hAnsi="Times New Roman"/>
          <w:sz w:val="28"/>
          <w:szCs w:val="28"/>
        </w:rPr>
        <w:t>школе;</w:t>
      </w:r>
      <w:r w:rsidRPr="001A456E">
        <w:rPr>
          <w:rFonts w:ascii="Times New Roman" w:hAnsi="Times New Roman"/>
          <w:spacing w:val="-1"/>
          <w:sz w:val="28"/>
          <w:szCs w:val="28"/>
        </w:rPr>
        <w:t xml:space="preserve"> </w:t>
      </w:r>
      <w:r w:rsidRPr="001A456E">
        <w:rPr>
          <w:rFonts w:ascii="Times New Roman" w:hAnsi="Times New Roman"/>
          <w:sz w:val="28"/>
          <w:szCs w:val="28"/>
        </w:rPr>
        <w:t>умение</w:t>
      </w:r>
      <w:r w:rsidRPr="001A456E">
        <w:rPr>
          <w:rFonts w:ascii="Times New Roman" w:hAnsi="Times New Roman"/>
          <w:spacing w:val="-2"/>
          <w:sz w:val="28"/>
          <w:szCs w:val="28"/>
        </w:rPr>
        <w:t xml:space="preserve"> </w:t>
      </w:r>
      <w:r w:rsidRPr="001A456E">
        <w:rPr>
          <w:rFonts w:ascii="Times New Roman" w:hAnsi="Times New Roman"/>
          <w:sz w:val="28"/>
          <w:szCs w:val="28"/>
        </w:rPr>
        <w:t>применять</w:t>
      </w:r>
      <w:r w:rsidRPr="001A456E">
        <w:rPr>
          <w:rFonts w:ascii="Times New Roman" w:hAnsi="Times New Roman"/>
          <w:spacing w:val="-5"/>
          <w:sz w:val="28"/>
          <w:szCs w:val="28"/>
        </w:rPr>
        <w:t xml:space="preserve"> </w:t>
      </w:r>
      <w:r w:rsidRPr="001A456E">
        <w:rPr>
          <w:rFonts w:ascii="Times New Roman" w:hAnsi="Times New Roman"/>
          <w:sz w:val="28"/>
          <w:szCs w:val="28"/>
        </w:rPr>
        <w:t>полученные</w:t>
      </w:r>
    </w:p>
    <w:p w:rsidR="002E47B9" w:rsidRPr="001A456E" w:rsidRDefault="00BD5B97" w:rsidP="003772B6">
      <w:pPr>
        <w:pStyle w:val="aff"/>
        <w:tabs>
          <w:tab w:val="left" w:pos="8598"/>
        </w:tabs>
        <w:ind w:right="108" w:firstLine="709"/>
        <w:jc w:val="both"/>
        <w:rPr>
          <w:rFonts w:ascii="Times New Roman" w:hAnsi="Times New Roman"/>
          <w:sz w:val="28"/>
          <w:szCs w:val="28"/>
        </w:rPr>
      </w:pPr>
      <w:r w:rsidRPr="001A456E">
        <w:rPr>
          <w:rFonts w:ascii="Times New Roman" w:hAnsi="Times New Roman"/>
          <w:sz w:val="28"/>
          <w:szCs w:val="28"/>
        </w:rPr>
        <w:t>знания из различных областей в совместной коллективной деятельности; представления о</w:t>
      </w:r>
      <w:r w:rsidRPr="001A456E">
        <w:rPr>
          <w:rFonts w:ascii="Times New Roman" w:hAnsi="Times New Roman"/>
          <w:spacing w:val="1"/>
          <w:sz w:val="28"/>
          <w:szCs w:val="28"/>
        </w:rPr>
        <w:t xml:space="preserve"> </w:t>
      </w:r>
      <w:r w:rsidRPr="001A456E">
        <w:rPr>
          <w:rFonts w:ascii="Times New Roman" w:hAnsi="Times New Roman"/>
          <w:sz w:val="28"/>
          <w:szCs w:val="28"/>
        </w:rPr>
        <w:t>некоторых</w:t>
      </w:r>
      <w:r w:rsidRPr="001A456E">
        <w:rPr>
          <w:rFonts w:ascii="Times New Roman" w:hAnsi="Times New Roman"/>
          <w:spacing w:val="-3"/>
          <w:sz w:val="28"/>
          <w:szCs w:val="28"/>
        </w:rPr>
        <w:t xml:space="preserve"> </w:t>
      </w:r>
      <w:r w:rsidRPr="001A456E">
        <w:rPr>
          <w:rFonts w:ascii="Times New Roman" w:hAnsi="Times New Roman"/>
          <w:sz w:val="28"/>
          <w:szCs w:val="28"/>
        </w:rPr>
        <w:t>понятиях</w:t>
      </w:r>
      <w:r w:rsidRPr="001A456E">
        <w:rPr>
          <w:rFonts w:ascii="Times New Roman" w:hAnsi="Times New Roman"/>
          <w:spacing w:val="-2"/>
          <w:sz w:val="28"/>
          <w:szCs w:val="28"/>
        </w:rPr>
        <w:t xml:space="preserve"> </w:t>
      </w:r>
      <w:r w:rsidRPr="001A456E">
        <w:rPr>
          <w:rFonts w:ascii="Times New Roman" w:hAnsi="Times New Roman"/>
          <w:sz w:val="28"/>
          <w:szCs w:val="28"/>
        </w:rPr>
        <w:t>и</w:t>
      </w:r>
      <w:r w:rsidRPr="001A456E">
        <w:rPr>
          <w:rFonts w:ascii="Times New Roman" w:hAnsi="Times New Roman"/>
          <w:spacing w:val="-3"/>
          <w:sz w:val="28"/>
          <w:szCs w:val="28"/>
        </w:rPr>
        <w:t xml:space="preserve"> </w:t>
      </w:r>
      <w:r w:rsidRPr="001A456E">
        <w:rPr>
          <w:rFonts w:ascii="Times New Roman" w:hAnsi="Times New Roman"/>
          <w:sz w:val="28"/>
          <w:szCs w:val="28"/>
        </w:rPr>
        <w:t>правилах</w:t>
      </w:r>
      <w:r w:rsidRPr="001A456E">
        <w:rPr>
          <w:rFonts w:ascii="Times New Roman" w:hAnsi="Times New Roman"/>
          <w:spacing w:val="-2"/>
          <w:sz w:val="28"/>
          <w:szCs w:val="28"/>
        </w:rPr>
        <w:t xml:space="preserve"> </w:t>
      </w:r>
      <w:r w:rsidRPr="001A456E">
        <w:rPr>
          <w:rFonts w:ascii="Times New Roman" w:hAnsi="Times New Roman"/>
          <w:sz w:val="28"/>
          <w:szCs w:val="28"/>
        </w:rPr>
        <w:t>решения</w:t>
      </w:r>
      <w:r w:rsidRPr="001A456E">
        <w:rPr>
          <w:rFonts w:ascii="Times New Roman" w:hAnsi="Times New Roman"/>
          <w:spacing w:val="-1"/>
          <w:sz w:val="28"/>
          <w:szCs w:val="28"/>
        </w:rPr>
        <w:t xml:space="preserve"> </w:t>
      </w:r>
      <w:r w:rsidRPr="001A456E">
        <w:rPr>
          <w:rFonts w:ascii="Times New Roman" w:hAnsi="Times New Roman"/>
          <w:sz w:val="28"/>
          <w:szCs w:val="28"/>
        </w:rPr>
        <w:t>логических</w:t>
      </w:r>
      <w:r w:rsidRPr="001A456E">
        <w:rPr>
          <w:rFonts w:ascii="Times New Roman" w:hAnsi="Times New Roman"/>
          <w:spacing w:val="-2"/>
          <w:sz w:val="28"/>
          <w:szCs w:val="28"/>
        </w:rPr>
        <w:t xml:space="preserve"> </w:t>
      </w:r>
      <w:r w:rsidRPr="001A456E">
        <w:rPr>
          <w:rFonts w:ascii="Times New Roman" w:hAnsi="Times New Roman"/>
          <w:sz w:val="28"/>
          <w:szCs w:val="28"/>
        </w:rPr>
        <w:t>задач;</w:t>
      </w:r>
      <w:r w:rsidRPr="001A456E">
        <w:rPr>
          <w:rFonts w:ascii="Times New Roman" w:hAnsi="Times New Roman"/>
          <w:spacing w:val="-1"/>
          <w:sz w:val="28"/>
          <w:szCs w:val="28"/>
        </w:rPr>
        <w:t xml:space="preserve"> </w:t>
      </w:r>
      <w:r w:rsidRPr="001A456E">
        <w:rPr>
          <w:rFonts w:ascii="Times New Roman" w:hAnsi="Times New Roman"/>
          <w:sz w:val="28"/>
          <w:szCs w:val="28"/>
        </w:rPr>
        <w:t>знание главных</w:t>
      </w:r>
      <w:r w:rsidRPr="001A456E">
        <w:rPr>
          <w:rFonts w:ascii="Times New Roman" w:hAnsi="Times New Roman"/>
          <w:spacing w:val="9"/>
          <w:sz w:val="28"/>
          <w:szCs w:val="28"/>
        </w:rPr>
        <w:t xml:space="preserve"> </w:t>
      </w:r>
      <w:r w:rsidRPr="001A456E">
        <w:rPr>
          <w:rFonts w:ascii="Times New Roman" w:hAnsi="Times New Roman"/>
          <w:sz w:val="28"/>
          <w:szCs w:val="28"/>
        </w:rPr>
        <w:t>качеств</w:t>
      </w:r>
      <w:r w:rsidRPr="001A456E">
        <w:rPr>
          <w:rFonts w:ascii="Times New Roman" w:hAnsi="Times New Roman"/>
          <w:spacing w:val="-58"/>
          <w:sz w:val="28"/>
          <w:szCs w:val="28"/>
        </w:rPr>
        <w:t xml:space="preserve"> </w:t>
      </w:r>
      <w:r w:rsidRPr="001A456E">
        <w:rPr>
          <w:rFonts w:ascii="Times New Roman" w:hAnsi="Times New Roman"/>
          <w:sz w:val="28"/>
          <w:szCs w:val="28"/>
        </w:rPr>
        <w:t>эрудита:</w:t>
      </w:r>
      <w:r w:rsidRPr="001A456E">
        <w:rPr>
          <w:rFonts w:ascii="Times New Roman" w:hAnsi="Times New Roman"/>
          <w:spacing w:val="1"/>
          <w:sz w:val="28"/>
          <w:szCs w:val="28"/>
        </w:rPr>
        <w:t xml:space="preserve"> </w:t>
      </w:r>
      <w:r w:rsidRPr="001A456E">
        <w:rPr>
          <w:rFonts w:ascii="Times New Roman" w:hAnsi="Times New Roman"/>
          <w:sz w:val="28"/>
          <w:szCs w:val="28"/>
        </w:rPr>
        <w:t>смекалка,</w:t>
      </w:r>
      <w:r w:rsidRPr="001A456E">
        <w:rPr>
          <w:rFonts w:ascii="Times New Roman" w:hAnsi="Times New Roman"/>
          <w:spacing w:val="1"/>
          <w:sz w:val="28"/>
          <w:szCs w:val="28"/>
        </w:rPr>
        <w:t xml:space="preserve"> </w:t>
      </w:r>
      <w:r w:rsidRPr="001A456E">
        <w:rPr>
          <w:rFonts w:ascii="Times New Roman" w:hAnsi="Times New Roman"/>
          <w:sz w:val="28"/>
          <w:szCs w:val="28"/>
        </w:rPr>
        <w:t>ум,</w:t>
      </w:r>
      <w:r w:rsidRPr="001A456E">
        <w:rPr>
          <w:rFonts w:ascii="Times New Roman" w:hAnsi="Times New Roman"/>
          <w:spacing w:val="1"/>
          <w:sz w:val="28"/>
          <w:szCs w:val="28"/>
        </w:rPr>
        <w:t xml:space="preserve"> </w:t>
      </w:r>
      <w:r w:rsidRPr="001A456E">
        <w:rPr>
          <w:rFonts w:ascii="Times New Roman" w:hAnsi="Times New Roman"/>
          <w:sz w:val="28"/>
          <w:szCs w:val="28"/>
        </w:rPr>
        <w:t>знание,</w:t>
      </w:r>
      <w:r w:rsidRPr="001A456E">
        <w:rPr>
          <w:rFonts w:ascii="Times New Roman" w:hAnsi="Times New Roman"/>
          <w:spacing w:val="1"/>
          <w:sz w:val="28"/>
          <w:szCs w:val="28"/>
        </w:rPr>
        <w:t xml:space="preserve"> </w:t>
      </w:r>
      <w:r w:rsidRPr="001A456E">
        <w:rPr>
          <w:rFonts w:ascii="Times New Roman" w:hAnsi="Times New Roman"/>
          <w:sz w:val="28"/>
          <w:szCs w:val="28"/>
        </w:rPr>
        <w:t>любознательность,</w:t>
      </w:r>
      <w:r w:rsidRPr="001A456E">
        <w:rPr>
          <w:rFonts w:ascii="Times New Roman" w:hAnsi="Times New Roman"/>
          <w:spacing w:val="1"/>
          <w:sz w:val="28"/>
          <w:szCs w:val="28"/>
        </w:rPr>
        <w:t xml:space="preserve"> </w:t>
      </w:r>
      <w:r w:rsidRPr="001A456E">
        <w:rPr>
          <w:rFonts w:ascii="Times New Roman" w:hAnsi="Times New Roman"/>
          <w:sz w:val="28"/>
          <w:szCs w:val="28"/>
        </w:rPr>
        <w:t>внимательность,</w:t>
      </w:r>
      <w:r w:rsidRPr="001A456E">
        <w:rPr>
          <w:rFonts w:ascii="Times New Roman" w:hAnsi="Times New Roman"/>
          <w:spacing w:val="1"/>
          <w:sz w:val="28"/>
          <w:szCs w:val="28"/>
        </w:rPr>
        <w:t xml:space="preserve"> </w:t>
      </w:r>
      <w:r w:rsidRPr="001A456E">
        <w:rPr>
          <w:rFonts w:ascii="Times New Roman" w:hAnsi="Times New Roman"/>
          <w:sz w:val="28"/>
          <w:szCs w:val="28"/>
        </w:rPr>
        <w:t>увлеченность,</w:t>
      </w:r>
      <w:r w:rsidRPr="001A456E">
        <w:rPr>
          <w:rFonts w:ascii="Times New Roman" w:hAnsi="Times New Roman"/>
          <w:spacing w:val="1"/>
          <w:sz w:val="28"/>
          <w:szCs w:val="28"/>
        </w:rPr>
        <w:t xml:space="preserve"> </w:t>
      </w:r>
      <w:r w:rsidRPr="001A456E">
        <w:rPr>
          <w:rFonts w:ascii="Times New Roman" w:hAnsi="Times New Roman"/>
          <w:sz w:val="28"/>
          <w:szCs w:val="28"/>
        </w:rPr>
        <w:t>изобретательность; узнавать главные источники знаний эрудита: книга, журналы, газеты;</w:t>
      </w:r>
      <w:r w:rsidRPr="001A456E">
        <w:rPr>
          <w:rFonts w:ascii="Times New Roman" w:hAnsi="Times New Roman"/>
          <w:spacing w:val="1"/>
          <w:sz w:val="28"/>
          <w:szCs w:val="28"/>
        </w:rPr>
        <w:t xml:space="preserve"> </w:t>
      </w:r>
      <w:r w:rsidRPr="001A456E">
        <w:rPr>
          <w:rFonts w:ascii="Times New Roman" w:hAnsi="Times New Roman"/>
          <w:sz w:val="28"/>
          <w:szCs w:val="28"/>
        </w:rPr>
        <w:t>выполнять</w:t>
      </w:r>
      <w:r w:rsidRPr="001A456E">
        <w:rPr>
          <w:rFonts w:ascii="Times New Roman" w:hAnsi="Times New Roman"/>
          <w:spacing w:val="1"/>
          <w:sz w:val="28"/>
          <w:szCs w:val="28"/>
        </w:rPr>
        <w:t xml:space="preserve"> </w:t>
      </w:r>
      <w:r w:rsidRPr="001A456E">
        <w:rPr>
          <w:rFonts w:ascii="Times New Roman" w:hAnsi="Times New Roman"/>
          <w:sz w:val="28"/>
          <w:szCs w:val="28"/>
        </w:rPr>
        <w:t>несложные</w:t>
      </w:r>
      <w:r w:rsidRPr="001A456E">
        <w:rPr>
          <w:rFonts w:ascii="Times New Roman" w:hAnsi="Times New Roman"/>
          <w:spacing w:val="1"/>
          <w:sz w:val="28"/>
          <w:szCs w:val="28"/>
        </w:rPr>
        <w:t xml:space="preserve"> </w:t>
      </w:r>
      <w:r w:rsidRPr="001A456E">
        <w:rPr>
          <w:rFonts w:ascii="Times New Roman" w:hAnsi="Times New Roman"/>
          <w:sz w:val="28"/>
          <w:szCs w:val="28"/>
        </w:rPr>
        <w:t>коллективные</w:t>
      </w:r>
      <w:r w:rsidRPr="001A456E">
        <w:rPr>
          <w:rFonts w:ascii="Times New Roman" w:hAnsi="Times New Roman"/>
          <w:spacing w:val="1"/>
          <w:sz w:val="28"/>
          <w:szCs w:val="28"/>
        </w:rPr>
        <w:t xml:space="preserve"> </w:t>
      </w:r>
      <w:r w:rsidRPr="001A456E">
        <w:rPr>
          <w:rFonts w:ascii="Times New Roman" w:hAnsi="Times New Roman"/>
          <w:sz w:val="28"/>
          <w:szCs w:val="28"/>
        </w:rPr>
        <w:t>работы</w:t>
      </w:r>
      <w:r w:rsidRPr="001A456E">
        <w:rPr>
          <w:rFonts w:ascii="Times New Roman" w:hAnsi="Times New Roman"/>
          <w:spacing w:val="1"/>
          <w:sz w:val="28"/>
          <w:szCs w:val="28"/>
        </w:rPr>
        <w:t xml:space="preserve"> </w:t>
      </w:r>
      <w:r w:rsidRPr="001A456E">
        <w:rPr>
          <w:rFonts w:ascii="Times New Roman" w:hAnsi="Times New Roman"/>
          <w:sz w:val="28"/>
          <w:szCs w:val="28"/>
        </w:rPr>
        <w:t>проектного</w:t>
      </w:r>
      <w:r w:rsidRPr="001A456E">
        <w:rPr>
          <w:rFonts w:ascii="Times New Roman" w:hAnsi="Times New Roman"/>
          <w:spacing w:val="1"/>
          <w:sz w:val="28"/>
          <w:szCs w:val="28"/>
        </w:rPr>
        <w:t xml:space="preserve"> </w:t>
      </w:r>
      <w:r w:rsidRPr="001A456E">
        <w:rPr>
          <w:rFonts w:ascii="Times New Roman" w:hAnsi="Times New Roman"/>
          <w:sz w:val="28"/>
          <w:szCs w:val="28"/>
        </w:rPr>
        <w:t>характера</w:t>
      </w:r>
      <w:r w:rsidRPr="001A456E">
        <w:rPr>
          <w:rFonts w:ascii="Times New Roman" w:hAnsi="Times New Roman"/>
          <w:spacing w:val="1"/>
          <w:sz w:val="28"/>
          <w:szCs w:val="28"/>
        </w:rPr>
        <w:t xml:space="preserve"> </w:t>
      </w:r>
      <w:r w:rsidRPr="001A456E">
        <w:rPr>
          <w:rFonts w:ascii="Times New Roman" w:hAnsi="Times New Roman"/>
          <w:sz w:val="28"/>
          <w:szCs w:val="28"/>
        </w:rPr>
        <w:t>совместно</w:t>
      </w:r>
      <w:r w:rsidRPr="001A456E">
        <w:rPr>
          <w:rFonts w:ascii="Times New Roman" w:hAnsi="Times New Roman"/>
          <w:spacing w:val="1"/>
          <w:sz w:val="28"/>
          <w:szCs w:val="28"/>
        </w:rPr>
        <w:t xml:space="preserve"> </w:t>
      </w:r>
      <w:r w:rsidRPr="001A456E">
        <w:rPr>
          <w:rFonts w:ascii="Times New Roman" w:hAnsi="Times New Roman"/>
          <w:sz w:val="28"/>
          <w:szCs w:val="28"/>
        </w:rPr>
        <w:t>со</w:t>
      </w:r>
      <w:r w:rsidRPr="001A456E">
        <w:rPr>
          <w:rFonts w:ascii="Times New Roman" w:hAnsi="Times New Roman"/>
          <w:spacing w:val="1"/>
          <w:sz w:val="28"/>
          <w:szCs w:val="28"/>
        </w:rPr>
        <w:t xml:space="preserve"> </w:t>
      </w:r>
      <w:r w:rsidRPr="001A456E">
        <w:rPr>
          <w:rFonts w:ascii="Times New Roman" w:hAnsi="Times New Roman"/>
          <w:sz w:val="28"/>
          <w:szCs w:val="28"/>
        </w:rPr>
        <w:t>взрослыми;</w:t>
      </w:r>
      <w:r w:rsidRPr="001A456E">
        <w:rPr>
          <w:rFonts w:ascii="Times New Roman" w:hAnsi="Times New Roman"/>
          <w:spacing w:val="1"/>
          <w:sz w:val="28"/>
          <w:szCs w:val="28"/>
        </w:rPr>
        <w:t xml:space="preserve"> </w:t>
      </w:r>
      <w:r w:rsidRPr="001A456E">
        <w:rPr>
          <w:rFonts w:ascii="Times New Roman" w:hAnsi="Times New Roman"/>
          <w:sz w:val="28"/>
          <w:szCs w:val="28"/>
        </w:rPr>
        <w:t>приобретать</w:t>
      </w:r>
      <w:r w:rsidRPr="001A456E">
        <w:rPr>
          <w:rFonts w:ascii="Times New Roman" w:hAnsi="Times New Roman"/>
          <w:spacing w:val="1"/>
          <w:sz w:val="28"/>
          <w:szCs w:val="28"/>
        </w:rPr>
        <w:t xml:space="preserve"> </w:t>
      </w:r>
      <w:r w:rsidRPr="001A456E">
        <w:rPr>
          <w:rFonts w:ascii="Times New Roman" w:hAnsi="Times New Roman"/>
          <w:sz w:val="28"/>
          <w:szCs w:val="28"/>
        </w:rPr>
        <w:t>опыт</w:t>
      </w:r>
      <w:r w:rsidRPr="001A456E">
        <w:rPr>
          <w:rFonts w:ascii="Times New Roman" w:hAnsi="Times New Roman"/>
          <w:spacing w:val="1"/>
          <w:sz w:val="28"/>
          <w:szCs w:val="28"/>
        </w:rPr>
        <w:t xml:space="preserve"> </w:t>
      </w:r>
      <w:r w:rsidRPr="001A456E">
        <w:rPr>
          <w:rFonts w:ascii="Times New Roman" w:hAnsi="Times New Roman"/>
          <w:sz w:val="28"/>
          <w:szCs w:val="28"/>
        </w:rPr>
        <w:t>художественно-эстетического</w:t>
      </w:r>
      <w:r w:rsidRPr="001A456E">
        <w:rPr>
          <w:rFonts w:ascii="Times New Roman" w:hAnsi="Times New Roman"/>
          <w:spacing w:val="1"/>
          <w:sz w:val="28"/>
          <w:szCs w:val="28"/>
        </w:rPr>
        <w:t xml:space="preserve"> </w:t>
      </w:r>
      <w:r w:rsidRPr="001A456E">
        <w:rPr>
          <w:rFonts w:ascii="Times New Roman" w:hAnsi="Times New Roman"/>
          <w:sz w:val="28"/>
          <w:szCs w:val="28"/>
        </w:rPr>
        <w:t>наполнения</w:t>
      </w:r>
      <w:r w:rsidRPr="001A456E">
        <w:rPr>
          <w:rFonts w:ascii="Times New Roman" w:hAnsi="Times New Roman"/>
          <w:spacing w:val="1"/>
          <w:sz w:val="28"/>
          <w:szCs w:val="28"/>
        </w:rPr>
        <w:t xml:space="preserve"> </w:t>
      </w:r>
      <w:r w:rsidRPr="001A456E">
        <w:rPr>
          <w:rFonts w:ascii="Times New Roman" w:hAnsi="Times New Roman"/>
          <w:sz w:val="28"/>
          <w:szCs w:val="28"/>
        </w:rPr>
        <w:t>предметной</w:t>
      </w:r>
      <w:r w:rsidRPr="001A456E">
        <w:rPr>
          <w:rFonts w:ascii="Times New Roman" w:hAnsi="Times New Roman"/>
          <w:spacing w:val="1"/>
          <w:sz w:val="28"/>
          <w:szCs w:val="28"/>
        </w:rPr>
        <w:t xml:space="preserve"> </w:t>
      </w:r>
      <w:r w:rsidRPr="001A456E">
        <w:rPr>
          <w:rFonts w:ascii="Times New Roman" w:hAnsi="Times New Roman"/>
          <w:sz w:val="28"/>
          <w:szCs w:val="28"/>
        </w:rPr>
        <w:t>среды</w:t>
      </w:r>
      <w:r w:rsidRPr="001A456E">
        <w:rPr>
          <w:rFonts w:ascii="Times New Roman" w:hAnsi="Times New Roman"/>
          <w:spacing w:val="1"/>
          <w:sz w:val="28"/>
          <w:szCs w:val="28"/>
        </w:rPr>
        <w:t xml:space="preserve"> </w:t>
      </w:r>
      <w:r w:rsidRPr="001A456E">
        <w:rPr>
          <w:rFonts w:ascii="Times New Roman" w:hAnsi="Times New Roman"/>
          <w:sz w:val="28"/>
          <w:szCs w:val="28"/>
        </w:rPr>
        <w:t>человека;</w:t>
      </w:r>
      <w:r w:rsidRPr="001A456E">
        <w:rPr>
          <w:rFonts w:ascii="Times New Roman" w:hAnsi="Times New Roman"/>
          <w:spacing w:val="1"/>
          <w:sz w:val="28"/>
          <w:szCs w:val="28"/>
        </w:rPr>
        <w:t xml:space="preserve"> </w:t>
      </w:r>
      <w:r w:rsidRPr="001A456E">
        <w:rPr>
          <w:rFonts w:ascii="Times New Roman" w:hAnsi="Times New Roman"/>
          <w:sz w:val="28"/>
          <w:szCs w:val="28"/>
        </w:rPr>
        <w:t>умение</w:t>
      </w:r>
      <w:r w:rsidRPr="001A456E">
        <w:rPr>
          <w:rFonts w:ascii="Times New Roman" w:hAnsi="Times New Roman"/>
          <w:spacing w:val="1"/>
          <w:sz w:val="28"/>
          <w:szCs w:val="28"/>
        </w:rPr>
        <w:t xml:space="preserve"> </w:t>
      </w:r>
      <w:r w:rsidRPr="001A456E">
        <w:rPr>
          <w:rFonts w:ascii="Times New Roman" w:hAnsi="Times New Roman"/>
          <w:sz w:val="28"/>
          <w:szCs w:val="28"/>
        </w:rPr>
        <w:t>выполнять</w:t>
      </w:r>
      <w:r w:rsidRPr="001A456E">
        <w:rPr>
          <w:rFonts w:ascii="Times New Roman" w:hAnsi="Times New Roman"/>
          <w:spacing w:val="1"/>
          <w:sz w:val="28"/>
          <w:szCs w:val="28"/>
        </w:rPr>
        <w:t xml:space="preserve"> </w:t>
      </w:r>
      <w:r w:rsidRPr="001A456E">
        <w:rPr>
          <w:rFonts w:ascii="Times New Roman" w:hAnsi="Times New Roman"/>
          <w:sz w:val="28"/>
          <w:szCs w:val="28"/>
        </w:rPr>
        <w:t>в</w:t>
      </w:r>
      <w:r w:rsidRPr="001A456E">
        <w:rPr>
          <w:rFonts w:ascii="Times New Roman" w:hAnsi="Times New Roman"/>
          <w:spacing w:val="1"/>
          <w:sz w:val="28"/>
          <w:szCs w:val="28"/>
        </w:rPr>
        <w:t xml:space="preserve"> </w:t>
      </w:r>
      <w:r w:rsidRPr="001A456E">
        <w:rPr>
          <w:rFonts w:ascii="Times New Roman" w:hAnsi="Times New Roman"/>
          <w:sz w:val="28"/>
          <w:szCs w:val="28"/>
        </w:rPr>
        <w:t>определенной</w:t>
      </w:r>
      <w:r w:rsidRPr="001A456E">
        <w:rPr>
          <w:rFonts w:ascii="Times New Roman" w:hAnsi="Times New Roman"/>
          <w:spacing w:val="1"/>
          <w:sz w:val="28"/>
          <w:szCs w:val="28"/>
        </w:rPr>
        <w:t xml:space="preserve"> </w:t>
      </w:r>
      <w:r w:rsidRPr="001A456E">
        <w:rPr>
          <w:rFonts w:ascii="Times New Roman" w:hAnsi="Times New Roman"/>
          <w:sz w:val="28"/>
          <w:szCs w:val="28"/>
        </w:rPr>
        <w:t>последовательности</w:t>
      </w:r>
      <w:r w:rsidRPr="001A456E">
        <w:rPr>
          <w:rFonts w:ascii="Times New Roman" w:hAnsi="Times New Roman"/>
          <w:spacing w:val="1"/>
          <w:sz w:val="28"/>
          <w:szCs w:val="28"/>
        </w:rPr>
        <w:t xml:space="preserve"> </w:t>
      </w:r>
      <w:r w:rsidRPr="001A456E">
        <w:rPr>
          <w:rFonts w:ascii="Times New Roman" w:hAnsi="Times New Roman"/>
          <w:sz w:val="28"/>
          <w:szCs w:val="28"/>
        </w:rPr>
        <w:t>комплекс</w:t>
      </w:r>
      <w:r w:rsidRPr="001A456E">
        <w:rPr>
          <w:rFonts w:ascii="Times New Roman" w:hAnsi="Times New Roman"/>
          <w:spacing w:val="1"/>
          <w:sz w:val="28"/>
          <w:szCs w:val="28"/>
        </w:rPr>
        <w:t xml:space="preserve"> </w:t>
      </w:r>
      <w:r w:rsidRPr="001A456E">
        <w:rPr>
          <w:rFonts w:ascii="Times New Roman" w:hAnsi="Times New Roman"/>
          <w:sz w:val="28"/>
          <w:szCs w:val="28"/>
        </w:rPr>
        <w:t>утренней</w:t>
      </w:r>
      <w:r w:rsidRPr="001A456E">
        <w:rPr>
          <w:rFonts w:ascii="Times New Roman" w:hAnsi="Times New Roman"/>
          <w:spacing w:val="-2"/>
          <w:sz w:val="28"/>
          <w:szCs w:val="28"/>
        </w:rPr>
        <w:t xml:space="preserve"> </w:t>
      </w:r>
      <w:r w:rsidRPr="001A456E">
        <w:rPr>
          <w:rFonts w:ascii="Times New Roman" w:hAnsi="Times New Roman"/>
          <w:sz w:val="28"/>
          <w:szCs w:val="28"/>
        </w:rPr>
        <w:t>зарядки; расширять</w:t>
      </w:r>
      <w:r w:rsidRPr="001A456E">
        <w:rPr>
          <w:rFonts w:ascii="Times New Roman" w:hAnsi="Times New Roman"/>
          <w:spacing w:val="-2"/>
          <w:sz w:val="28"/>
          <w:szCs w:val="28"/>
        </w:rPr>
        <w:t xml:space="preserve"> </w:t>
      </w:r>
      <w:r w:rsidRPr="001A456E">
        <w:rPr>
          <w:rFonts w:ascii="Times New Roman" w:hAnsi="Times New Roman"/>
          <w:sz w:val="28"/>
          <w:szCs w:val="28"/>
        </w:rPr>
        <w:t>словарный</w:t>
      </w:r>
      <w:r w:rsidRPr="001A456E">
        <w:rPr>
          <w:rFonts w:ascii="Times New Roman" w:hAnsi="Times New Roman"/>
          <w:spacing w:val="-2"/>
          <w:sz w:val="28"/>
          <w:szCs w:val="28"/>
        </w:rPr>
        <w:t xml:space="preserve"> </w:t>
      </w:r>
      <w:r w:rsidRPr="001A456E">
        <w:rPr>
          <w:rFonts w:ascii="Times New Roman" w:hAnsi="Times New Roman"/>
          <w:sz w:val="28"/>
          <w:szCs w:val="28"/>
        </w:rPr>
        <w:t>запас</w:t>
      </w:r>
      <w:r w:rsidRPr="001A456E">
        <w:rPr>
          <w:rFonts w:ascii="Times New Roman" w:hAnsi="Times New Roman"/>
          <w:spacing w:val="1"/>
          <w:sz w:val="28"/>
          <w:szCs w:val="28"/>
        </w:rPr>
        <w:t xml:space="preserve"> </w:t>
      </w:r>
      <w:r w:rsidRPr="001A456E">
        <w:rPr>
          <w:rFonts w:ascii="Times New Roman" w:hAnsi="Times New Roman"/>
          <w:sz w:val="28"/>
          <w:szCs w:val="28"/>
        </w:rPr>
        <w:t>новыми</w:t>
      </w:r>
      <w:r w:rsidRPr="001A456E">
        <w:rPr>
          <w:rFonts w:ascii="Times New Roman" w:hAnsi="Times New Roman"/>
          <w:spacing w:val="-1"/>
          <w:sz w:val="28"/>
          <w:szCs w:val="28"/>
        </w:rPr>
        <w:t xml:space="preserve"> </w:t>
      </w:r>
      <w:r w:rsidRPr="001A456E">
        <w:rPr>
          <w:rFonts w:ascii="Times New Roman" w:hAnsi="Times New Roman"/>
          <w:sz w:val="28"/>
          <w:szCs w:val="28"/>
        </w:rPr>
        <w:t>словами и</w:t>
      </w:r>
      <w:r w:rsidRPr="001A456E">
        <w:rPr>
          <w:rFonts w:ascii="Times New Roman" w:hAnsi="Times New Roman"/>
          <w:spacing w:val="-2"/>
          <w:sz w:val="28"/>
          <w:szCs w:val="28"/>
        </w:rPr>
        <w:t xml:space="preserve"> </w:t>
      </w:r>
      <w:r w:rsidRPr="001A456E">
        <w:rPr>
          <w:rFonts w:ascii="Times New Roman" w:hAnsi="Times New Roman"/>
          <w:sz w:val="28"/>
          <w:szCs w:val="28"/>
        </w:rPr>
        <w:t>терминами.</w:t>
      </w:r>
    </w:p>
    <w:p w:rsidR="002E47B9" w:rsidRPr="001A456E" w:rsidRDefault="00BD5B97" w:rsidP="003772B6">
      <w:pPr>
        <w:pStyle w:val="110"/>
        <w:ind w:left="567"/>
        <w:rPr>
          <w:sz w:val="28"/>
          <w:szCs w:val="28"/>
        </w:rPr>
      </w:pPr>
      <w:r w:rsidRPr="001A456E">
        <w:rPr>
          <w:sz w:val="28"/>
          <w:szCs w:val="28"/>
        </w:rPr>
        <w:t>2класс</w:t>
      </w:r>
    </w:p>
    <w:p w:rsidR="002E47B9" w:rsidRPr="001A456E" w:rsidRDefault="00BD5B97" w:rsidP="003772B6">
      <w:pPr>
        <w:pStyle w:val="aff"/>
        <w:ind w:right="117" w:firstLine="709"/>
        <w:jc w:val="both"/>
        <w:rPr>
          <w:rFonts w:ascii="Times New Roman" w:hAnsi="Times New Roman"/>
          <w:sz w:val="28"/>
          <w:szCs w:val="28"/>
        </w:rPr>
      </w:pPr>
      <w:r w:rsidRPr="001A456E">
        <w:rPr>
          <w:rFonts w:ascii="Times New Roman" w:hAnsi="Times New Roman"/>
          <w:sz w:val="28"/>
          <w:szCs w:val="28"/>
        </w:rPr>
        <w:t>знакомство с понятием «лидер», его важными качествами; наличие первоначального</w:t>
      </w:r>
      <w:r w:rsidRPr="001A456E">
        <w:rPr>
          <w:rFonts w:ascii="Times New Roman" w:hAnsi="Times New Roman"/>
          <w:spacing w:val="1"/>
          <w:sz w:val="28"/>
          <w:szCs w:val="28"/>
        </w:rPr>
        <w:t xml:space="preserve"> </w:t>
      </w:r>
      <w:r w:rsidRPr="001A456E">
        <w:rPr>
          <w:rFonts w:ascii="Times New Roman" w:hAnsi="Times New Roman"/>
          <w:sz w:val="28"/>
          <w:szCs w:val="28"/>
        </w:rPr>
        <w:t>опыта осмысления и нравственной оценки поступков поведения (своего и других людей) с</w:t>
      </w:r>
      <w:r w:rsidRPr="001A456E">
        <w:rPr>
          <w:rFonts w:ascii="Times New Roman" w:hAnsi="Times New Roman"/>
          <w:spacing w:val="-57"/>
          <w:sz w:val="28"/>
          <w:szCs w:val="28"/>
        </w:rPr>
        <w:t xml:space="preserve"> </w:t>
      </w:r>
      <w:r w:rsidRPr="001A456E">
        <w:rPr>
          <w:rFonts w:ascii="Times New Roman" w:hAnsi="Times New Roman"/>
          <w:sz w:val="28"/>
          <w:szCs w:val="28"/>
        </w:rPr>
        <w:t>позиций этических норм; знакомство со значением слова «эрудит», синонимами данного</w:t>
      </w:r>
      <w:r w:rsidRPr="001A456E">
        <w:rPr>
          <w:rFonts w:ascii="Times New Roman" w:hAnsi="Times New Roman"/>
          <w:spacing w:val="1"/>
          <w:sz w:val="28"/>
          <w:szCs w:val="28"/>
        </w:rPr>
        <w:t xml:space="preserve"> </w:t>
      </w:r>
      <w:r w:rsidRPr="001A456E">
        <w:rPr>
          <w:rFonts w:ascii="Times New Roman" w:hAnsi="Times New Roman"/>
          <w:sz w:val="28"/>
          <w:szCs w:val="28"/>
        </w:rPr>
        <w:t>слова;</w:t>
      </w:r>
      <w:r w:rsidRPr="001A456E">
        <w:rPr>
          <w:rFonts w:ascii="Times New Roman" w:hAnsi="Times New Roman"/>
          <w:spacing w:val="1"/>
          <w:sz w:val="28"/>
          <w:szCs w:val="28"/>
        </w:rPr>
        <w:t xml:space="preserve"> </w:t>
      </w:r>
      <w:r w:rsidRPr="001A456E">
        <w:rPr>
          <w:rFonts w:ascii="Times New Roman" w:hAnsi="Times New Roman"/>
          <w:sz w:val="28"/>
          <w:szCs w:val="28"/>
        </w:rPr>
        <w:t>использование</w:t>
      </w:r>
      <w:r w:rsidRPr="001A456E">
        <w:rPr>
          <w:rFonts w:ascii="Times New Roman" w:hAnsi="Times New Roman"/>
          <w:spacing w:val="1"/>
          <w:sz w:val="28"/>
          <w:szCs w:val="28"/>
        </w:rPr>
        <w:t xml:space="preserve"> </w:t>
      </w:r>
      <w:r w:rsidRPr="001A456E">
        <w:rPr>
          <w:rFonts w:ascii="Times New Roman" w:hAnsi="Times New Roman"/>
          <w:sz w:val="28"/>
          <w:szCs w:val="28"/>
        </w:rPr>
        <w:t>в</w:t>
      </w:r>
      <w:r w:rsidRPr="001A456E">
        <w:rPr>
          <w:rFonts w:ascii="Times New Roman" w:hAnsi="Times New Roman"/>
          <w:spacing w:val="1"/>
          <w:sz w:val="28"/>
          <w:szCs w:val="28"/>
        </w:rPr>
        <w:t xml:space="preserve"> </w:t>
      </w:r>
      <w:r w:rsidRPr="001A456E">
        <w:rPr>
          <w:rFonts w:ascii="Times New Roman" w:hAnsi="Times New Roman"/>
          <w:sz w:val="28"/>
          <w:szCs w:val="28"/>
        </w:rPr>
        <w:t>речи</w:t>
      </w:r>
      <w:r w:rsidRPr="001A456E">
        <w:rPr>
          <w:rFonts w:ascii="Times New Roman" w:hAnsi="Times New Roman"/>
          <w:spacing w:val="1"/>
          <w:sz w:val="28"/>
          <w:szCs w:val="28"/>
        </w:rPr>
        <w:t xml:space="preserve"> </w:t>
      </w:r>
      <w:r w:rsidRPr="001A456E">
        <w:rPr>
          <w:rFonts w:ascii="Times New Roman" w:hAnsi="Times New Roman"/>
          <w:sz w:val="28"/>
          <w:szCs w:val="28"/>
        </w:rPr>
        <w:t>языковые</w:t>
      </w:r>
      <w:r w:rsidRPr="001A456E">
        <w:rPr>
          <w:rFonts w:ascii="Times New Roman" w:hAnsi="Times New Roman"/>
          <w:spacing w:val="1"/>
          <w:sz w:val="28"/>
          <w:szCs w:val="28"/>
        </w:rPr>
        <w:t xml:space="preserve"> </w:t>
      </w:r>
      <w:r w:rsidRPr="001A456E">
        <w:rPr>
          <w:rFonts w:ascii="Times New Roman" w:hAnsi="Times New Roman"/>
          <w:sz w:val="28"/>
          <w:szCs w:val="28"/>
        </w:rPr>
        <w:t>средства</w:t>
      </w:r>
      <w:r w:rsidRPr="001A456E">
        <w:rPr>
          <w:rFonts w:ascii="Times New Roman" w:hAnsi="Times New Roman"/>
          <w:spacing w:val="1"/>
          <w:sz w:val="28"/>
          <w:szCs w:val="28"/>
        </w:rPr>
        <w:t xml:space="preserve"> </w:t>
      </w:r>
      <w:r w:rsidRPr="001A456E">
        <w:rPr>
          <w:rFonts w:ascii="Times New Roman" w:hAnsi="Times New Roman"/>
          <w:sz w:val="28"/>
          <w:szCs w:val="28"/>
        </w:rPr>
        <w:t>для</w:t>
      </w:r>
      <w:r w:rsidRPr="001A456E">
        <w:rPr>
          <w:rFonts w:ascii="Times New Roman" w:hAnsi="Times New Roman"/>
          <w:spacing w:val="1"/>
          <w:sz w:val="28"/>
          <w:szCs w:val="28"/>
        </w:rPr>
        <w:t xml:space="preserve"> </w:t>
      </w:r>
      <w:r w:rsidRPr="001A456E">
        <w:rPr>
          <w:rFonts w:ascii="Times New Roman" w:hAnsi="Times New Roman"/>
          <w:sz w:val="28"/>
          <w:szCs w:val="28"/>
        </w:rPr>
        <w:t>выражения</w:t>
      </w:r>
      <w:r w:rsidRPr="001A456E">
        <w:rPr>
          <w:rFonts w:ascii="Times New Roman" w:hAnsi="Times New Roman"/>
          <w:spacing w:val="1"/>
          <w:sz w:val="28"/>
          <w:szCs w:val="28"/>
        </w:rPr>
        <w:t xml:space="preserve"> </w:t>
      </w:r>
      <w:r w:rsidRPr="001A456E">
        <w:rPr>
          <w:rFonts w:ascii="Times New Roman" w:hAnsi="Times New Roman"/>
          <w:sz w:val="28"/>
          <w:szCs w:val="28"/>
        </w:rPr>
        <w:t>мыслей</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чувств</w:t>
      </w:r>
      <w:r w:rsidRPr="001A456E">
        <w:rPr>
          <w:rFonts w:ascii="Times New Roman" w:hAnsi="Times New Roman"/>
          <w:spacing w:val="1"/>
          <w:sz w:val="28"/>
          <w:szCs w:val="28"/>
        </w:rPr>
        <w:t xml:space="preserve"> </w:t>
      </w:r>
      <w:r w:rsidRPr="001A456E">
        <w:rPr>
          <w:rFonts w:ascii="Times New Roman" w:hAnsi="Times New Roman"/>
          <w:sz w:val="28"/>
          <w:szCs w:val="28"/>
        </w:rPr>
        <w:t>соответственно</w:t>
      </w:r>
      <w:r w:rsidRPr="001A456E">
        <w:rPr>
          <w:rFonts w:ascii="Times New Roman" w:hAnsi="Times New Roman"/>
          <w:spacing w:val="1"/>
          <w:sz w:val="28"/>
          <w:szCs w:val="28"/>
        </w:rPr>
        <w:t xml:space="preserve"> </w:t>
      </w:r>
      <w:r w:rsidRPr="001A456E">
        <w:rPr>
          <w:rFonts w:ascii="Times New Roman" w:hAnsi="Times New Roman"/>
          <w:sz w:val="28"/>
          <w:szCs w:val="28"/>
        </w:rPr>
        <w:t>ситуации</w:t>
      </w:r>
      <w:r w:rsidRPr="001A456E">
        <w:rPr>
          <w:rFonts w:ascii="Times New Roman" w:hAnsi="Times New Roman"/>
          <w:spacing w:val="1"/>
          <w:sz w:val="28"/>
          <w:szCs w:val="28"/>
        </w:rPr>
        <w:t xml:space="preserve"> </w:t>
      </w:r>
      <w:r w:rsidRPr="001A456E">
        <w:rPr>
          <w:rFonts w:ascii="Times New Roman" w:hAnsi="Times New Roman"/>
          <w:sz w:val="28"/>
          <w:szCs w:val="28"/>
        </w:rPr>
        <w:t>общения;</w:t>
      </w:r>
      <w:r w:rsidRPr="001A456E">
        <w:rPr>
          <w:rFonts w:ascii="Times New Roman" w:hAnsi="Times New Roman"/>
          <w:spacing w:val="1"/>
          <w:sz w:val="28"/>
          <w:szCs w:val="28"/>
        </w:rPr>
        <w:t xml:space="preserve"> </w:t>
      </w:r>
      <w:r w:rsidRPr="001A456E">
        <w:rPr>
          <w:rFonts w:ascii="Times New Roman" w:hAnsi="Times New Roman"/>
          <w:sz w:val="28"/>
          <w:szCs w:val="28"/>
        </w:rPr>
        <w:t>работа</w:t>
      </w:r>
      <w:r w:rsidRPr="001A456E">
        <w:rPr>
          <w:rFonts w:ascii="Times New Roman" w:hAnsi="Times New Roman"/>
          <w:spacing w:val="1"/>
          <w:sz w:val="28"/>
          <w:szCs w:val="28"/>
        </w:rPr>
        <w:t xml:space="preserve"> </w:t>
      </w:r>
      <w:r w:rsidRPr="001A456E">
        <w:rPr>
          <w:rFonts w:ascii="Times New Roman" w:hAnsi="Times New Roman"/>
          <w:sz w:val="28"/>
          <w:szCs w:val="28"/>
        </w:rPr>
        <w:t>со</w:t>
      </w:r>
      <w:r w:rsidRPr="001A456E">
        <w:rPr>
          <w:rFonts w:ascii="Times New Roman" w:hAnsi="Times New Roman"/>
          <w:spacing w:val="1"/>
          <w:sz w:val="28"/>
          <w:szCs w:val="28"/>
        </w:rPr>
        <w:t xml:space="preserve"> </w:t>
      </w:r>
      <w:r w:rsidRPr="001A456E">
        <w:rPr>
          <w:rFonts w:ascii="Times New Roman" w:hAnsi="Times New Roman"/>
          <w:sz w:val="28"/>
          <w:szCs w:val="28"/>
        </w:rPr>
        <w:t>значением</w:t>
      </w:r>
      <w:r w:rsidRPr="001A456E">
        <w:rPr>
          <w:rFonts w:ascii="Times New Roman" w:hAnsi="Times New Roman"/>
          <w:spacing w:val="1"/>
          <w:sz w:val="28"/>
          <w:szCs w:val="28"/>
        </w:rPr>
        <w:t xml:space="preserve"> </w:t>
      </w:r>
      <w:r w:rsidRPr="001A456E">
        <w:rPr>
          <w:rFonts w:ascii="Times New Roman" w:hAnsi="Times New Roman"/>
          <w:sz w:val="28"/>
          <w:szCs w:val="28"/>
        </w:rPr>
        <w:t>слова</w:t>
      </w:r>
      <w:r w:rsidRPr="001A456E">
        <w:rPr>
          <w:rFonts w:ascii="Times New Roman" w:hAnsi="Times New Roman"/>
          <w:spacing w:val="1"/>
          <w:sz w:val="28"/>
          <w:szCs w:val="28"/>
        </w:rPr>
        <w:t xml:space="preserve"> </w:t>
      </w:r>
      <w:r w:rsidRPr="001A456E">
        <w:rPr>
          <w:rFonts w:ascii="Times New Roman" w:hAnsi="Times New Roman"/>
          <w:sz w:val="28"/>
          <w:szCs w:val="28"/>
        </w:rPr>
        <w:t>«мастер»;</w:t>
      </w:r>
      <w:r w:rsidRPr="001A456E">
        <w:rPr>
          <w:rFonts w:ascii="Times New Roman" w:hAnsi="Times New Roman"/>
          <w:spacing w:val="1"/>
          <w:sz w:val="28"/>
          <w:szCs w:val="28"/>
        </w:rPr>
        <w:t xml:space="preserve"> </w:t>
      </w:r>
      <w:r w:rsidRPr="001A456E">
        <w:rPr>
          <w:rFonts w:ascii="Times New Roman" w:hAnsi="Times New Roman"/>
          <w:sz w:val="28"/>
          <w:szCs w:val="28"/>
        </w:rPr>
        <w:t>умение</w:t>
      </w:r>
      <w:r w:rsidRPr="001A456E">
        <w:rPr>
          <w:rFonts w:ascii="Times New Roman" w:hAnsi="Times New Roman"/>
          <w:spacing w:val="1"/>
          <w:sz w:val="28"/>
          <w:szCs w:val="28"/>
        </w:rPr>
        <w:t xml:space="preserve"> </w:t>
      </w:r>
      <w:r w:rsidRPr="001A456E">
        <w:rPr>
          <w:rFonts w:ascii="Times New Roman" w:hAnsi="Times New Roman"/>
          <w:sz w:val="28"/>
          <w:szCs w:val="28"/>
        </w:rPr>
        <w:t>ориентироваться в наименованиях основных технологических операций: исполнять песни</w:t>
      </w:r>
      <w:r w:rsidRPr="001A456E">
        <w:rPr>
          <w:rFonts w:ascii="Times New Roman" w:hAnsi="Times New Roman"/>
          <w:spacing w:val="1"/>
          <w:sz w:val="28"/>
          <w:szCs w:val="28"/>
        </w:rPr>
        <w:t xml:space="preserve"> </w:t>
      </w:r>
      <w:r w:rsidRPr="001A456E">
        <w:rPr>
          <w:rFonts w:ascii="Times New Roman" w:hAnsi="Times New Roman"/>
          <w:sz w:val="28"/>
          <w:szCs w:val="28"/>
        </w:rPr>
        <w:t>с простым мелодическим рисунком,</w:t>
      </w:r>
      <w:r w:rsidRPr="001A456E">
        <w:rPr>
          <w:rFonts w:ascii="Times New Roman" w:hAnsi="Times New Roman"/>
          <w:spacing w:val="1"/>
          <w:sz w:val="28"/>
          <w:szCs w:val="28"/>
        </w:rPr>
        <w:t xml:space="preserve"> </w:t>
      </w:r>
      <w:r w:rsidRPr="001A456E">
        <w:rPr>
          <w:rFonts w:ascii="Times New Roman" w:hAnsi="Times New Roman"/>
          <w:sz w:val="28"/>
          <w:szCs w:val="28"/>
        </w:rPr>
        <w:t>выполнять элементарные танцевальные движения;</w:t>
      </w:r>
      <w:r w:rsidRPr="001A456E">
        <w:rPr>
          <w:rFonts w:ascii="Times New Roman" w:hAnsi="Times New Roman"/>
          <w:spacing w:val="1"/>
          <w:sz w:val="28"/>
          <w:szCs w:val="28"/>
        </w:rPr>
        <w:t xml:space="preserve"> </w:t>
      </w:r>
      <w:r w:rsidRPr="001A456E">
        <w:rPr>
          <w:rFonts w:ascii="Times New Roman" w:hAnsi="Times New Roman"/>
          <w:sz w:val="28"/>
          <w:szCs w:val="28"/>
        </w:rPr>
        <w:t>лексическая</w:t>
      </w:r>
      <w:r w:rsidRPr="001A456E">
        <w:rPr>
          <w:rFonts w:ascii="Times New Roman" w:hAnsi="Times New Roman"/>
          <w:spacing w:val="1"/>
          <w:sz w:val="28"/>
          <w:szCs w:val="28"/>
        </w:rPr>
        <w:t xml:space="preserve"> </w:t>
      </w:r>
      <w:r w:rsidRPr="001A456E">
        <w:rPr>
          <w:rFonts w:ascii="Times New Roman" w:hAnsi="Times New Roman"/>
          <w:sz w:val="28"/>
          <w:szCs w:val="28"/>
        </w:rPr>
        <w:t>работа</w:t>
      </w:r>
      <w:r w:rsidRPr="001A456E">
        <w:rPr>
          <w:rFonts w:ascii="Times New Roman" w:hAnsi="Times New Roman"/>
          <w:spacing w:val="1"/>
          <w:sz w:val="28"/>
          <w:szCs w:val="28"/>
        </w:rPr>
        <w:t xml:space="preserve"> </w:t>
      </w:r>
      <w:r w:rsidRPr="001A456E">
        <w:rPr>
          <w:rFonts w:ascii="Times New Roman" w:hAnsi="Times New Roman"/>
          <w:sz w:val="28"/>
          <w:szCs w:val="28"/>
        </w:rPr>
        <w:t>с</w:t>
      </w:r>
      <w:r w:rsidRPr="001A456E">
        <w:rPr>
          <w:rFonts w:ascii="Times New Roman" w:hAnsi="Times New Roman"/>
          <w:spacing w:val="1"/>
          <w:sz w:val="28"/>
          <w:szCs w:val="28"/>
        </w:rPr>
        <w:t xml:space="preserve"> </w:t>
      </w:r>
      <w:r w:rsidRPr="001A456E">
        <w:rPr>
          <w:rFonts w:ascii="Times New Roman" w:hAnsi="Times New Roman"/>
          <w:sz w:val="28"/>
          <w:szCs w:val="28"/>
        </w:rPr>
        <w:t>понятиями</w:t>
      </w:r>
      <w:r w:rsidRPr="001A456E">
        <w:rPr>
          <w:rFonts w:ascii="Times New Roman" w:hAnsi="Times New Roman"/>
          <w:spacing w:val="1"/>
          <w:sz w:val="28"/>
          <w:szCs w:val="28"/>
        </w:rPr>
        <w:t xml:space="preserve"> </w:t>
      </w:r>
      <w:r w:rsidRPr="001A456E">
        <w:rPr>
          <w:rFonts w:ascii="Times New Roman" w:hAnsi="Times New Roman"/>
          <w:sz w:val="28"/>
          <w:szCs w:val="28"/>
        </w:rPr>
        <w:t>доброволец</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волонтѐр»,</w:t>
      </w:r>
      <w:r w:rsidRPr="001A456E">
        <w:rPr>
          <w:rFonts w:ascii="Times New Roman" w:hAnsi="Times New Roman"/>
          <w:spacing w:val="1"/>
          <w:sz w:val="28"/>
          <w:szCs w:val="28"/>
        </w:rPr>
        <w:t xml:space="preserve"> </w:t>
      </w:r>
      <w:r w:rsidRPr="001A456E">
        <w:rPr>
          <w:rFonts w:ascii="Times New Roman" w:hAnsi="Times New Roman"/>
          <w:sz w:val="28"/>
          <w:szCs w:val="28"/>
        </w:rPr>
        <w:t>«добровольчество»,</w:t>
      </w:r>
      <w:r w:rsidRPr="001A456E">
        <w:rPr>
          <w:rFonts w:ascii="Times New Roman" w:hAnsi="Times New Roman"/>
          <w:spacing w:val="1"/>
          <w:sz w:val="28"/>
          <w:szCs w:val="28"/>
        </w:rPr>
        <w:t xml:space="preserve"> </w:t>
      </w:r>
      <w:r w:rsidRPr="001A456E">
        <w:rPr>
          <w:rFonts w:ascii="Times New Roman" w:hAnsi="Times New Roman"/>
          <w:sz w:val="28"/>
          <w:szCs w:val="28"/>
        </w:rPr>
        <w:t>умение</w:t>
      </w:r>
      <w:r w:rsidRPr="001A456E">
        <w:rPr>
          <w:rFonts w:ascii="Times New Roman" w:hAnsi="Times New Roman"/>
          <w:spacing w:val="-57"/>
          <w:sz w:val="28"/>
          <w:szCs w:val="28"/>
        </w:rPr>
        <w:t xml:space="preserve"> </w:t>
      </w:r>
      <w:r w:rsidRPr="001A456E">
        <w:rPr>
          <w:rFonts w:ascii="Times New Roman" w:hAnsi="Times New Roman"/>
          <w:sz w:val="28"/>
          <w:szCs w:val="28"/>
        </w:rPr>
        <w:t>определять главную мысль мультфильм; осознавать положительное влияние зарядки на</w:t>
      </w:r>
      <w:r w:rsidRPr="001A456E">
        <w:rPr>
          <w:rFonts w:ascii="Times New Roman" w:hAnsi="Times New Roman"/>
          <w:spacing w:val="1"/>
          <w:sz w:val="28"/>
          <w:szCs w:val="28"/>
        </w:rPr>
        <w:t xml:space="preserve"> </w:t>
      </w:r>
      <w:r w:rsidRPr="001A456E">
        <w:rPr>
          <w:rFonts w:ascii="Times New Roman" w:hAnsi="Times New Roman"/>
          <w:sz w:val="28"/>
          <w:szCs w:val="28"/>
        </w:rPr>
        <w:t>укрепление</w:t>
      </w:r>
      <w:r w:rsidRPr="001A456E">
        <w:rPr>
          <w:rFonts w:ascii="Times New Roman" w:hAnsi="Times New Roman"/>
          <w:spacing w:val="1"/>
          <w:sz w:val="28"/>
          <w:szCs w:val="28"/>
        </w:rPr>
        <w:t xml:space="preserve"> </w:t>
      </w:r>
      <w:r w:rsidRPr="001A456E">
        <w:rPr>
          <w:rFonts w:ascii="Times New Roman" w:hAnsi="Times New Roman"/>
          <w:sz w:val="28"/>
          <w:szCs w:val="28"/>
        </w:rPr>
        <w:t>здоровья;</w:t>
      </w:r>
      <w:r w:rsidRPr="001A456E">
        <w:rPr>
          <w:rFonts w:ascii="Times New Roman" w:hAnsi="Times New Roman"/>
          <w:spacing w:val="1"/>
          <w:sz w:val="28"/>
          <w:szCs w:val="28"/>
        </w:rPr>
        <w:t xml:space="preserve"> </w:t>
      </w:r>
      <w:r w:rsidRPr="001A456E">
        <w:rPr>
          <w:rFonts w:ascii="Times New Roman" w:hAnsi="Times New Roman"/>
          <w:sz w:val="28"/>
          <w:szCs w:val="28"/>
        </w:rPr>
        <w:t>умение</w:t>
      </w:r>
      <w:r w:rsidRPr="001A456E">
        <w:rPr>
          <w:rFonts w:ascii="Times New Roman" w:hAnsi="Times New Roman"/>
          <w:spacing w:val="1"/>
          <w:sz w:val="28"/>
          <w:szCs w:val="28"/>
        </w:rPr>
        <w:t xml:space="preserve"> </w:t>
      </w:r>
      <w:r w:rsidRPr="001A456E">
        <w:rPr>
          <w:rFonts w:ascii="Times New Roman" w:hAnsi="Times New Roman"/>
          <w:sz w:val="28"/>
          <w:szCs w:val="28"/>
        </w:rPr>
        <w:t>осознавать</w:t>
      </w:r>
      <w:r w:rsidRPr="001A456E">
        <w:rPr>
          <w:rFonts w:ascii="Times New Roman" w:hAnsi="Times New Roman"/>
          <w:spacing w:val="1"/>
          <w:sz w:val="28"/>
          <w:szCs w:val="28"/>
        </w:rPr>
        <w:t xml:space="preserve"> </w:t>
      </w:r>
      <w:r w:rsidRPr="001A456E">
        <w:rPr>
          <w:rFonts w:ascii="Times New Roman" w:hAnsi="Times New Roman"/>
          <w:sz w:val="28"/>
          <w:szCs w:val="28"/>
        </w:rPr>
        <w:t>ценность</w:t>
      </w:r>
      <w:r w:rsidRPr="001A456E">
        <w:rPr>
          <w:rFonts w:ascii="Times New Roman" w:hAnsi="Times New Roman"/>
          <w:spacing w:val="1"/>
          <w:sz w:val="28"/>
          <w:szCs w:val="28"/>
        </w:rPr>
        <w:t xml:space="preserve"> </w:t>
      </w:r>
      <w:r w:rsidRPr="001A456E">
        <w:rPr>
          <w:rFonts w:ascii="Times New Roman" w:hAnsi="Times New Roman"/>
          <w:sz w:val="28"/>
          <w:szCs w:val="28"/>
        </w:rPr>
        <w:t>природы</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необходимость</w:t>
      </w:r>
      <w:r w:rsidRPr="001A456E">
        <w:rPr>
          <w:rFonts w:ascii="Times New Roman" w:hAnsi="Times New Roman"/>
          <w:spacing w:val="1"/>
          <w:sz w:val="28"/>
          <w:szCs w:val="28"/>
        </w:rPr>
        <w:t xml:space="preserve"> </w:t>
      </w:r>
      <w:r w:rsidRPr="001A456E">
        <w:rPr>
          <w:rFonts w:ascii="Times New Roman" w:hAnsi="Times New Roman"/>
          <w:sz w:val="28"/>
          <w:szCs w:val="28"/>
        </w:rPr>
        <w:t>ответственности</w:t>
      </w:r>
      <w:r w:rsidRPr="001A456E">
        <w:rPr>
          <w:rFonts w:ascii="Times New Roman" w:hAnsi="Times New Roman"/>
          <w:spacing w:val="1"/>
          <w:sz w:val="28"/>
          <w:szCs w:val="28"/>
        </w:rPr>
        <w:t xml:space="preserve"> </w:t>
      </w:r>
      <w:r w:rsidRPr="001A456E">
        <w:rPr>
          <w:rFonts w:ascii="Times New Roman" w:hAnsi="Times New Roman"/>
          <w:sz w:val="28"/>
          <w:szCs w:val="28"/>
        </w:rPr>
        <w:t>за</w:t>
      </w:r>
      <w:r w:rsidRPr="001A456E">
        <w:rPr>
          <w:rFonts w:ascii="Times New Roman" w:hAnsi="Times New Roman"/>
          <w:spacing w:val="1"/>
          <w:sz w:val="28"/>
          <w:szCs w:val="28"/>
        </w:rPr>
        <w:t xml:space="preserve"> </w:t>
      </w:r>
      <w:r w:rsidRPr="001A456E">
        <w:rPr>
          <w:rFonts w:ascii="Times New Roman" w:hAnsi="Times New Roman"/>
          <w:sz w:val="28"/>
          <w:szCs w:val="28"/>
        </w:rPr>
        <w:t>ее</w:t>
      </w:r>
      <w:r w:rsidRPr="001A456E">
        <w:rPr>
          <w:rFonts w:ascii="Times New Roman" w:hAnsi="Times New Roman"/>
          <w:spacing w:val="1"/>
          <w:sz w:val="28"/>
          <w:szCs w:val="28"/>
        </w:rPr>
        <w:t xml:space="preserve"> </w:t>
      </w:r>
      <w:r w:rsidRPr="001A456E">
        <w:rPr>
          <w:rFonts w:ascii="Times New Roman" w:hAnsi="Times New Roman"/>
          <w:sz w:val="28"/>
          <w:szCs w:val="28"/>
        </w:rPr>
        <w:t>сохранение;</w:t>
      </w:r>
      <w:r w:rsidRPr="001A456E">
        <w:rPr>
          <w:rFonts w:ascii="Times New Roman" w:hAnsi="Times New Roman"/>
          <w:spacing w:val="1"/>
          <w:sz w:val="28"/>
          <w:szCs w:val="28"/>
        </w:rPr>
        <w:t xml:space="preserve"> </w:t>
      </w:r>
      <w:r w:rsidRPr="001A456E">
        <w:rPr>
          <w:rFonts w:ascii="Times New Roman" w:hAnsi="Times New Roman"/>
          <w:sz w:val="28"/>
          <w:szCs w:val="28"/>
        </w:rPr>
        <w:t>умение</w:t>
      </w:r>
      <w:r w:rsidRPr="001A456E">
        <w:rPr>
          <w:rFonts w:ascii="Times New Roman" w:hAnsi="Times New Roman"/>
          <w:spacing w:val="1"/>
          <w:sz w:val="28"/>
          <w:szCs w:val="28"/>
        </w:rPr>
        <w:t xml:space="preserve"> </w:t>
      </w:r>
      <w:r w:rsidRPr="001A456E">
        <w:rPr>
          <w:rFonts w:ascii="Times New Roman" w:hAnsi="Times New Roman"/>
          <w:sz w:val="28"/>
          <w:szCs w:val="28"/>
        </w:rPr>
        <w:t>приводить</w:t>
      </w:r>
      <w:r w:rsidRPr="001A456E">
        <w:rPr>
          <w:rFonts w:ascii="Times New Roman" w:hAnsi="Times New Roman"/>
          <w:spacing w:val="1"/>
          <w:sz w:val="28"/>
          <w:szCs w:val="28"/>
        </w:rPr>
        <w:t xml:space="preserve"> </w:t>
      </w:r>
      <w:r w:rsidRPr="001A456E">
        <w:rPr>
          <w:rFonts w:ascii="Times New Roman" w:hAnsi="Times New Roman"/>
          <w:sz w:val="28"/>
          <w:szCs w:val="28"/>
        </w:rPr>
        <w:t>примеры,</w:t>
      </w:r>
      <w:r w:rsidRPr="001A456E">
        <w:rPr>
          <w:rFonts w:ascii="Times New Roman" w:hAnsi="Times New Roman"/>
          <w:spacing w:val="61"/>
          <w:sz w:val="28"/>
          <w:szCs w:val="28"/>
        </w:rPr>
        <w:t xml:space="preserve"> </w:t>
      </w:r>
      <w:r w:rsidRPr="001A456E">
        <w:rPr>
          <w:rFonts w:ascii="Times New Roman" w:hAnsi="Times New Roman"/>
          <w:sz w:val="28"/>
          <w:szCs w:val="28"/>
        </w:rPr>
        <w:t>иллюстрирующие</w:t>
      </w:r>
      <w:r w:rsidRPr="001A456E">
        <w:rPr>
          <w:rFonts w:ascii="Times New Roman" w:hAnsi="Times New Roman"/>
          <w:spacing w:val="1"/>
          <w:sz w:val="28"/>
          <w:szCs w:val="28"/>
        </w:rPr>
        <w:t xml:space="preserve"> </w:t>
      </w:r>
      <w:r w:rsidRPr="001A456E">
        <w:rPr>
          <w:rFonts w:ascii="Times New Roman" w:hAnsi="Times New Roman"/>
          <w:sz w:val="28"/>
          <w:szCs w:val="28"/>
        </w:rPr>
        <w:t>значение</w:t>
      </w:r>
      <w:r w:rsidRPr="001A456E">
        <w:rPr>
          <w:rFonts w:ascii="Times New Roman" w:hAnsi="Times New Roman"/>
          <w:spacing w:val="13"/>
          <w:sz w:val="28"/>
          <w:szCs w:val="28"/>
        </w:rPr>
        <w:t xml:space="preserve"> </w:t>
      </w:r>
      <w:r w:rsidRPr="001A456E">
        <w:rPr>
          <w:rFonts w:ascii="Times New Roman" w:hAnsi="Times New Roman"/>
          <w:sz w:val="28"/>
          <w:szCs w:val="28"/>
        </w:rPr>
        <w:t>природы</w:t>
      </w:r>
      <w:r w:rsidRPr="001A456E">
        <w:rPr>
          <w:rFonts w:ascii="Times New Roman" w:hAnsi="Times New Roman"/>
          <w:spacing w:val="11"/>
          <w:sz w:val="28"/>
          <w:szCs w:val="28"/>
        </w:rPr>
        <w:t xml:space="preserve"> </w:t>
      </w:r>
      <w:r w:rsidRPr="001A456E">
        <w:rPr>
          <w:rFonts w:ascii="Times New Roman" w:hAnsi="Times New Roman"/>
          <w:sz w:val="28"/>
          <w:szCs w:val="28"/>
        </w:rPr>
        <w:t>в</w:t>
      </w:r>
      <w:r w:rsidRPr="001A456E">
        <w:rPr>
          <w:rFonts w:ascii="Times New Roman" w:hAnsi="Times New Roman"/>
          <w:spacing w:val="11"/>
          <w:sz w:val="28"/>
          <w:szCs w:val="28"/>
        </w:rPr>
        <w:t xml:space="preserve"> </w:t>
      </w:r>
      <w:r w:rsidRPr="001A456E">
        <w:rPr>
          <w:rFonts w:ascii="Times New Roman" w:hAnsi="Times New Roman"/>
          <w:sz w:val="28"/>
          <w:szCs w:val="28"/>
        </w:rPr>
        <w:t>жизни</w:t>
      </w:r>
      <w:r w:rsidRPr="001A456E">
        <w:rPr>
          <w:rFonts w:ascii="Times New Roman" w:hAnsi="Times New Roman"/>
          <w:spacing w:val="14"/>
          <w:sz w:val="28"/>
          <w:szCs w:val="28"/>
        </w:rPr>
        <w:t xml:space="preserve"> </w:t>
      </w:r>
      <w:r w:rsidRPr="001A456E">
        <w:rPr>
          <w:rFonts w:ascii="Times New Roman" w:hAnsi="Times New Roman"/>
          <w:sz w:val="28"/>
          <w:szCs w:val="28"/>
        </w:rPr>
        <w:t>человека;</w:t>
      </w:r>
      <w:r w:rsidRPr="001A456E">
        <w:rPr>
          <w:rFonts w:ascii="Times New Roman" w:hAnsi="Times New Roman"/>
          <w:spacing w:val="17"/>
          <w:sz w:val="28"/>
          <w:szCs w:val="28"/>
        </w:rPr>
        <w:t xml:space="preserve"> </w:t>
      </w:r>
      <w:r w:rsidRPr="001A456E">
        <w:rPr>
          <w:rFonts w:ascii="Times New Roman" w:hAnsi="Times New Roman"/>
          <w:sz w:val="28"/>
          <w:szCs w:val="28"/>
        </w:rPr>
        <w:t>умение</w:t>
      </w:r>
      <w:r w:rsidRPr="001A456E">
        <w:rPr>
          <w:rFonts w:ascii="Times New Roman" w:hAnsi="Times New Roman"/>
          <w:spacing w:val="13"/>
          <w:sz w:val="28"/>
          <w:szCs w:val="28"/>
        </w:rPr>
        <w:t xml:space="preserve"> </w:t>
      </w:r>
      <w:r w:rsidRPr="001A456E">
        <w:rPr>
          <w:rFonts w:ascii="Times New Roman" w:hAnsi="Times New Roman"/>
          <w:sz w:val="28"/>
          <w:szCs w:val="28"/>
        </w:rPr>
        <w:t>соблюдать</w:t>
      </w:r>
      <w:r w:rsidRPr="001A456E">
        <w:rPr>
          <w:rFonts w:ascii="Times New Roman" w:hAnsi="Times New Roman"/>
          <w:spacing w:val="11"/>
          <w:sz w:val="28"/>
          <w:szCs w:val="28"/>
        </w:rPr>
        <w:t xml:space="preserve"> </w:t>
      </w:r>
      <w:r w:rsidRPr="001A456E">
        <w:rPr>
          <w:rFonts w:ascii="Times New Roman" w:hAnsi="Times New Roman"/>
          <w:sz w:val="28"/>
          <w:szCs w:val="28"/>
        </w:rPr>
        <w:t>правила</w:t>
      </w:r>
      <w:r w:rsidRPr="001A456E">
        <w:rPr>
          <w:rFonts w:ascii="Times New Roman" w:hAnsi="Times New Roman"/>
          <w:spacing w:val="13"/>
          <w:sz w:val="28"/>
          <w:szCs w:val="28"/>
        </w:rPr>
        <w:t xml:space="preserve"> </w:t>
      </w:r>
      <w:r w:rsidRPr="001A456E">
        <w:rPr>
          <w:rFonts w:ascii="Times New Roman" w:hAnsi="Times New Roman"/>
          <w:sz w:val="28"/>
          <w:szCs w:val="28"/>
        </w:rPr>
        <w:t>экологичного</w:t>
      </w:r>
      <w:r w:rsidRPr="001A456E">
        <w:rPr>
          <w:rFonts w:ascii="Times New Roman" w:hAnsi="Times New Roman"/>
          <w:spacing w:val="12"/>
          <w:sz w:val="28"/>
          <w:szCs w:val="28"/>
        </w:rPr>
        <w:t xml:space="preserve"> </w:t>
      </w:r>
      <w:r w:rsidRPr="001A456E">
        <w:rPr>
          <w:rFonts w:ascii="Times New Roman" w:hAnsi="Times New Roman"/>
          <w:sz w:val="28"/>
          <w:szCs w:val="28"/>
        </w:rPr>
        <w:t>поведения в</w:t>
      </w:r>
      <w:r w:rsidRPr="001A456E">
        <w:rPr>
          <w:rFonts w:ascii="Times New Roman" w:hAnsi="Times New Roman"/>
          <w:spacing w:val="1"/>
          <w:sz w:val="28"/>
          <w:szCs w:val="28"/>
        </w:rPr>
        <w:t xml:space="preserve"> </w:t>
      </w:r>
      <w:r w:rsidRPr="001A456E">
        <w:rPr>
          <w:rFonts w:ascii="Times New Roman" w:hAnsi="Times New Roman"/>
          <w:sz w:val="28"/>
          <w:szCs w:val="28"/>
        </w:rPr>
        <w:t>школе</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в</w:t>
      </w:r>
      <w:r w:rsidRPr="001A456E">
        <w:rPr>
          <w:rFonts w:ascii="Times New Roman" w:hAnsi="Times New Roman"/>
          <w:spacing w:val="1"/>
          <w:sz w:val="28"/>
          <w:szCs w:val="28"/>
        </w:rPr>
        <w:t xml:space="preserve"> </w:t>
      </w:r>
      <w:r w:rsidRPr="001A456E">
        <w:rPr>
          <w:rFonts w:ascii="Times New Roman" w:hAnsi="Times New Roman"/>
          <w:sz w:val="28"/>
          <w:szCs w:val="28"/>
        </w:rPr>
        <w:t>быту</w:t>
      </w:r>
      <w:r w:rsidRPr="001A456E">
        <w:rPr>
          <w:rFonts w:ascii="Times New Roman" w:hAnsi="Times New Roman"/>
          <w:spacing w:val="1"/>
          <w:sz w:val="28"/>
          <w:szCs w:val="28"/>
        </w:rPr>
        <w:t xml:space="preserve"> </w:t>
      </w:r>
      <w:r w:rsidRPr="001A456E">
        <w:rPr>
          <w:rFonts w:ascii="Times New Roman" w:hAnsi="Times New Roman"/>
          <w:sz w:val="28"/>
          <w:szCs w:val="28"/>
        </w:rPr>
        <w:t>(экономия</w:t>
      </w:r>
      <w:r w:rsidRPr="001A456E">
        <w:rPr>
          <w:rFonts w:ascii="Times New Roman" w:hAnsi="Times New Roman"/>
          <w:spacing w:val="1"/>
          <w:sz w:val="28"/>
          <w:szCs w:val="28"/>
        </w:rPr>
        <w:t xml:space="preserve"> </w:t>
      </w:r>
      <w:r w:rsidRPr="001A456E">
        <w:rPr>
          <w:rFonts w:ascii="Times New Roman" w:hAnsi="Times New Roman"/>
          <w:sz w:val="28"/>
          <w:szCs w:val="28"/>
        </w:rPr>
        <w:t>воды</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электроэнергии),</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природной</w:t>
      </w:r>
      <w:r w:rsidRPr="001A456E">
        <w:rPr>
          <w:rFonts w:ascii="Times New Roman" w:hAnsi="Times New Roman"/>
          <w:spacing w:val="1"/>
          <w:sz w:val="28"/>
          <w:szCs w:val="28"/>
        </w:rPr>
        <w:t xml:space="preserve"> </w:t>
      </w:r>
      <w:r w:rsidRPr="001A456E">
        <w:rPr>
          <w:rFonts w:ascii="Times New Roman" w:hAnsi="Times New Roman"/>
          <w:sz w:val="28"/>
          <w:szCs w:val="28"/>
        </w:rPr>
        <w:t>среде;</w:t>
      </w:r>
      <w:r w:rsidRPr="001A456E">
        <w:rPr>
          <w:rFonts w:ascii="Times New Roman" w:hAnsi="Times New Roman"/>
          <w:spacing w:val="1"/>
          <w:sz w:val="28"/>
          <w:szCs w:val="28"/>
        </w:rPr>
        <w:t xml:space="preserve"> </w:t>
      </w:r>
      <w:r w:rsidRPr="001A456E">
        <w:rPr>
          <w:rFonts w:ascii="Times New Roman" w:hAnsi="Times New Roman"/>
          <w:sz w:val="28"/>
          <w:szCs w:val="28"/>
        </w:rPr>
        <w:t>владение</w:t>
      </w:r>
      <w:r w:rsidRPr="001A456E">
        <w:rPr>
          <w:rFonts w:ascii="Times New Roman" w:hAnsi="Times New Roman"/>
          <w:spacing w:val="1"/>
          <w:sz w:val="28"/>
          <w:szCs w:val="28"/>
        </w:rPr>
        <w:t xml:space="preserve"> </w:t>
      </w:r>
      <w:r w:rsidRPr="001A456E">
        <w:rPr>
          <w:rFonts w:ascii="Times New Roman" w:hAnsi="Times New Roman"/>
          <w:sz w:val="28"/>
          <w:szCs w:val="28"/>
        </w:rPr>
        <w:t>различными</w:t>
      </w:r>
      <w:r w:rsidRPr="001A456E">
        <w:rPr>
          <w:rFonts w:ascii="Times New Roman" w:hAnsi="Times New Roman"/>
          <w:spacing w:val="1"/>
          <w:sz w:val="28"/>
          <w:szCs w:val="28"/>
        </w:rPr>
        <w:t xml:space="preserve"> </w:t>
      </w:r>
      <w:r w:rsidRPr="001A456E">
        <w:rPr>
          <w:rFonts w:ascii="Times New Roman" w:hAnsi="Times New Roman"/>
          <w:sz w:val="28"/>
          <w:szCs w:val="28"/>
        </w:rPr>
        <w:t>приѐмами</w:t>
      </w:r>
      <w:r w:rsidRPr="001A456E">
        <w:rPr>
          <w:rFonts w:ascii="Times New Roman" w:hAnsi="Times New Roman"/>
          <w:spacing w:val="1"/>
          <w:sz w:val="28"/>
          <w:szCs w:val="28"/>
        </w:rPr>
        <w:t xml:space="preserve"> </w:t>
      </w:r>
      <w:r w:rsidRPr="001A456E">
        <w:rPr>
          <w:rFonts w:ascii="Times New Roman" w:hAnsi="Times New Roman"/>
          <w:sz w:val="28"/>
          <w:szCs w:val="28"/>
        </w:rPr>
        <w:t>слушания</w:t>
      </w:r>
      <w:r w:rsidRPr="001A456E">
        <w:rPr>
          <w:rFonts w:ascii="Times New Roman" w:hAnsi="Times New Roman"/>
          <w:spacing w:val="1"/>
          <w:sz w:val="28"/>
          <w:szCs w:val="28"/>
        </w:rPr>
        <w:t xml:space="preserve"> </w:t>
      </w:r>
      <w:r w:rsidRPr="001A456E">
        <w:rPr>
          <w:rFonts w:ascii="Times New Roman" w:hAnsi="Times New Roman"/>
          <w:sz w:val="28"/>
          <w:szCs w:val="28"/>
        </w:rPr>
        <w:t>научно-познавательных</w:t>
      </w:r>
      <w:r w:rsidRPr="001A456E">
        <w:rPr>
          <w:rFonts w:ascii="Times New Roman" w:hAnsi="Times New Roman"/>
          <w:spacing w:val="1"/>
          <w:sz w:val="28"/>
          <w:szCs w:val="28"/>
        </w:rPr>
        <w:t xml:space="preserve"> </w:t>
      </w:r>
      <w:r w:rsidRPr="001A456E">
        <w:rPr>
          <w:rFonts w:ascii="Times New Roman" w:hAnsi="Times New Roman"/>
          <w:sz w:val="28"/>
          <w:szCs w:val="28"/>
        </w:rPr>
        <w:t>текстов</w:t>
      </w:r>
      <w:r w:rsidRPr="001A456E">
        <w:rPr>
          <w:rFonts w:ascii="Times New Roman" w:hAnsi="Times New Roman"/>
          <w:spacing w:val="1"/>
          <w:sz w:val="28"/>
          <w:szCs w:val="28"/>
        </w:rPr>
        <w:t xml:space="preserve"> </w:t>
      </w:r>
      <w:r w:rsidRPr="001A456E">
        <w:rPr>
          <w:rFonts w:ascii="Times New Roman" w:hAnsi="Times New Roman"/>
          <w:sz w:val="28"/>
          <w:szCs w:val="28"/>
        </w:rPr>
        <w:t>об</w:t>
      </w:r>
      <w:r w:rsidRPr="001A456E">
        <w:rPr>
          <w:rFonts w:ascii="Times New Roman" w:hAnsi="Times New Roman"/>
          <w:spacing w:val="1"/>
          <w:sz w:val="28"/>
          <w:szCs w:val="28"/>
        </w:rPr>
        <w:t xml:space="preserve"> </w:t>
      </w:r>
      <w:r w:rsidRPr="001A456E">
        <w:rPr>
          <w:rFonts w:ascii="Times New Roman" w:hAnsi="Times New Roman"/>
          <w:sz w:val="28"/>
          <w:szCs w:val="28"/>
        </w:rPr>
        <w:t>истории</w:t>
      </w:r>
      <w:r w:rsidRPr="001A456E">
        <w:rPr>
          <w:rFonts w:ascii="Times New Roman" w:hAnsi="Times New Roman"/>
          <w:spacing w:val="60"/>
          <w:sz w:val="28"/>
          <w:szCs w:val="28"/>
        </w:rPr>
        <w:t xml:space="preserve"> </w:t>
      </w:r>
      <w:r w:rsidRPr="001A456E">
        <w:rPr>
          <w:rFonts w:ascii="Times New Roman" w:hAnsi="Times New Roman"/>
          <w:sz w:val="28"/>
          <w:szCs w:val="28"/>
        </w:rPr>
        <w:t>родного</w:t>
      </w:r>
      <w:r w:rsidRPr="001A456E">
        <w:rPr>
          <w:rFonts w:ascii="Times New Roman" w:hAnsi="Times New Roman"/>
          <w:spacing w:val="1"/>
          <w:sz w:val="28"/>
          <w:szCs w:val="28"/>
        </w:rPr>
        <w:t xml:space="preserve"> </w:t>
      </w:r>
      <w:r w:rsidRPr="001A456E">
        <w:rPr>
          <w:rFonts w:ascii="Times New Roman" w:hAnsi="Times New Roman"/>
          <w:sz w:val="28"/>
          <w:szCs w:val="28"/>
        </w:rPr>
        <w:t>края;</w:t>
      </w:r>
      <w:r w:rsidRPr="001A456E">
        <w:rPr>
          <w:rFonts w:ascii="Times New Roman" w:hAnsi="Times New Roman"/>
          <w:spacing w:val="-1"/>
          <w:sz w:val="28"/>
          <w:szCs w:val="28"/>
        </w:rPr>
        <w:t xml:space="preserve"> </w:t>
      </w:r>
      <w:r w:rsidRPr="001A456E">
        <w:rPr>
          <w:rFonts w:ascii="Times New Roman" w:hAnsi="Times New Roman"/>
          <w:sz w:val="28"/>
          <w:szCs w:val="28"/>
        </w:rPr>
        <w:t>использование в</w:t>
      </w:r>
      <w:r w:rsidRPr="001A456E">
        <w:rPr>
          <w:rFonts w:ascii="Times New Roman" w:hAnsi="Times New Roman"/>
          <w:spacing w:val="-3"/>
          <w:sz w:val="28"/>
          <w:szCs w:val="28"/>
        </w:rPr>
        <w:t xml:space="preserve"> </w:t>
      </w:r>
      <w:r w:rsidRPr="001A456E">
        <w:rPr>
          <w:rFonts w:ascii="Times New Roman" w:hAnsi="Times New Roman"/>
          <w:sz w:val="28"/>
          <w:szCs w:val="28"/>
        </w:rPr>
        <w:t>речи</w:t>
      </w:r>
      <w:r w:rsidRPr="001A456E">
        <w:rPr>
          <w:rFonts w:ascii="Times New Roman" w:hAnsi="Times New Roman"/>
          <w:spacing w:val="-2"/>
          <w:sz w:val="28"/>
          <w:szCs w:val="28"/>
        </w:rPr>
        <w:t xml:space="preserve"> </w:t>
      </w:r>
      <w:r w:rsidRPr="001A456E">
        <w:rPr>
          <w:rFonts w:ascii="Times New Roman" w:hAnsi="Times New Roman"/>
          <w:sz w:val="28"/>
          <w:szCs w:val="28"/>
        </w:rPr>
        <w:t>языковые средства</w:t>
      </w:r>
      <w:r w:rsidRPr="001A456E">
        <w:rPr>
          <w:rFonts w:ascii="Times New Roman" w:hAnsi="Times New Roman"/>
          <w:spacing w:val="-4"/>
          <w:sz w:val="28"/>
          <w:szCs w:val="28"/>
        </w:rPr>
        <w:t xml:space="preserve"> </w:t>
      </w:r>
      <w:r w:rsidRPr="001A456E">
        <w:rPr>
          <w:rFonts w:ascii="Times New Roman" w:hAnsi="Times New Roman"/>
          <w:sz w:val="28"/>
          <w:szCs w:val="28"/>
        </w:rPr>
        <w:t>для выражения мыслей</w:t>
      </w:r>
      <w:r w:rsidRPr="001A456E">
        <w:rPr>
          <w:rFonts w:ascii="Times New Roman" w:hAnsi="Times New Roman"/>
          <w:spacing w:val="-2"/>
          <w:sz w:val="28"/>
          <w:szCs w:val="28"/>
        </w:rPr>
        <w:t xml:space="preserve"> </w:t>
      </w:r>
      <w:r w:rsidRPr="001A456E">
        <w:rPr>
          <w:rFonts w:ascii="Times New Roman" w:hAnsi="Times New Roman"/>
          <w:sz w:val="28"/>
          <w:szCs w:val="28"/>
        </w:rPr>
        <w:t>и</w:t>
      </w:r>
      <w:r w:rsidRPr="001A456E">
        <w:rPr>
          <w:rFonts w:ascii="Times New Roman" w:hAnsi="Times New Roman"/>
          <w:spacing w:val="-2"/>
          <w:sz w:val="28"/>
          <w:szCs w:val="28"/>
        </w:rPr>
        <w:t xml:space="preserve"> </w:t>
      </w:r>
      <w:r w:rsidRPr="001A456E">
        <w:rPr>
          <w:rFonts w:ascii="Times New Roman" w:hAnsi="Times New Roman"/>
          <w:sz w:val="28"/>
          <w:szCs w:val="28"/>
        </w:rPr>
        <w:t>чувств.</w:t>
      </w:r>
    </w:p>
    <w:p w:rsidR="002E47B9" w:rsidRPr="001A456E" w:rsidRDefault="00BD5B97" w:rsidP="003772B6">
      <w:pPr>
        <w:pStyle w:val="110"/>
        <w:ind w:left="0" w:firstLine="709"/>
        <w:rPr>
          <w:sz w:val="28"/>
          <w:szCs w:val="28"/>
        </w:rPr>
      </w:pPr>
      <w:r w:rsidRPr="001A456E">
        <w:rPr>
          <w:sz w:val="28"/>
          <w:szCs w:val="28"/>
        </w:rPr>
        <w:t>3-4 классы</w:t>
      </w:r>
    </w:p>
    <w:p w:rsidR="002E47B9" w:rsidRPr="001A456E" w:rsidRDefault="00BD5B97" w:rsidP="003772B6">
      <w:pPr>
        <w:pStyle w:val="aff"/>
        <w:ind w:right="130" w:firstLine="709"/>
        <w:jc w:val="both"/>
        <w:rPr>
          <w:rFonts w:ascii="Times New Roman" w:hAnsi="Times New Roman"/>
          <w:sz w:val="28"/>
          <w:szCs w:val="28"/>
        </w:rPr>
      </w:pPr>
      <w:r w:rsidRPr="001A456E">
        <w:rPr>
          <w:rFonts w:ascii="Times New Roman" w:hAnsi="Times New Roman"/>
          <w:sz w:val="28"/>
          <w:szCs w:val="28"/>
        </w:rPr>
        <w:t>понимание понятия «Лидер», знание способы выявления лидеров в коллективе, качества и</w:t>
      </w:r>
      <w:r w:rsidRPr="001A456E">
        <w:rPr>
          <w:rFonts w:ascii="Times New Roman" w:hAnsi="Times New Roman"/>
          <w:spacing w:val="-57"/>
          <w:sz w:val="28"/>
          <w:szCs w:val="28"/>
        </w:rPr>
        <w:t xml:space="preserve"> </w:t>
      </w:r>
      <w:r w:rsidRPr="001A456E">
        <w:rPr>
          <w:rFonts w:ascii="Times New Roman" w:hAnsi="Times New Roman"/>
          <w:sz w:val="28"/>
          <w:szCs w:val="28"/>
        </w:rPr>
        <w:t>характеристики</w:t>
      </w:r>
      <w:r w:rsidRPr="001A456E">
        <w:rPr>
          <w:rFonts w:ascii="Times New Roman" w:hAnsi="Times New Roman"/>
          <w:spacing w:val="1"/>
          <w:sz w:val="28"/>
          <w:szCs w:val="28"/>
        </w:rPr>
        <w:t xml:space="preserve"> </w:t>
      </w:r>
      <w:r w:rsidRPr="001A456E">
        <w:rPr>
          <w:rFonts w:ascii="Times New Roman" w:hAnsi="Times New Roman"/>
          <w:sz w:val="28"/>
          <w:szCs w:val="28"/>
        </w:rPr>
        <w:t>человека-</w:t>
      </w:r>
      <w:r w:rsidRPr="001A456E">
        <w:rPr>
          <w:rFonts w:ascii="Times New Roman" w:hAnsi="Times New Roman"/>
          <w:spacing w:val="1"/>
          <w:sz w:val="28"/>
          <w:szCs w:val="28"/>
        </w:rPr>
        <w:t xml:space="preserve"> </w:t>
      </w:r>
      <w:r w:rsidRPr="001A456E">
        <w:rPr>
          <w:rFonts w:ascii="Times New Roman" w:hAnsi="Times New Roman"/>
          <w:sz w:val="28"/>
          <w:szCs w:val="28"/>
        </w:rPr>
        <w:t>лидера;</w:t>
      </w:r>
      <w:r w:rsidRPr="001A456E">
        <w:rPr>
          <w:rFonts w:ascii="Times New Roman" w:hAnsi="Times New Roman"/>
          <w:spacing w:val="1"/>
          <w:sz w:val="28"/>
          <w:szCs w:val="28"/>
        </w:rPr>
        <w:t xml:space="preserve"> </w:t>
      </w:r>
      <w:r w:rsidRPr="001A456E">
        <w:rPr>
          <w:rFonts w:ascii="Times New Roman" w:hAnsi="Times New Roman"/>
          <w:sz w:val="28"/>
          <w:szCs w:val="28"/>
        </w:rPr>
        <w:t>умение</w:t>
      </w:r>
      <w:r w:rsidRPr="001A456E">
        <w:rPr>
          <w:rFonts w:ascii="Times New Roman" w:hAnsi="Times New Roman"/>
          <w:spacing w:val="1"/>
          <w:sz w:val="28"/>
          <w:szCs w:val="28"/>
        </w:rPr>
        <w:t xml:space="preserve"> </w:t>
      </w:r>
      <w:r w:rsidRPr="001A456E">
        <w:rPr>
          <w:rFonts w:ascii="Times New Roman" w:hAnsi="Times New Roman"/>
          <w:sz w:val="28"/>
          <w:szCs w:val="28"/>
        </w:rPr>
        <w:t>строить</w:t>
      </w:r>
      <w:r w:rsidRPr="001A456E">
        <w:rPr>
          <w:rFonts w:ascii="Times New Roman" w:hAnsi="Times New Roman"/>
          <w:spacing w:val="1"/>
          <w:sz w:val="28"/>
          <w:szCs w:val="28"/>
        </w:rPr>
        <w:t xml:space="preserve"> </w:t>
      </w:r>
      <w:r w:rsidRPr="001A456E">
        <w:rPr>
          <w:rFonts w:ascii="Times New Roman" w:hAnsi="Times New Roman"/>
          <w:sz w:val="28"/>
          <w:szCs w:val="28"/>
        </w:rPr>
        <w:t>логические</w:t>
      </w:r>
      <w:r w:rsidRPr="001A456E">
        <w:rPr>
          <w:rFonts w:ascii="Times New Roman" w:hAnsi="Times New Roman"/>
          <w:spacing w:val="1"/>
          <w:sz w:val="28"/>
          <w:szCs w:val="28"/>
        </w:rPr>
        <w:t xml:space="preserve"> </w:t>
      </w:r>
      <w:r w:rsidRPr="001A456E">
        <w:rPr>
          <w:rFonts w:ascii="Times New Roman" w:hAnsi="Times New Roman"/>
          <w:sz w:val="28"/>
          <w:szCs w:val="28"/>
        </w:rPr>
        <w:t>рассуждения;</w:t>
      </w:r>
      <w:r w:rsidRPr="001A456E">
        <w:rPr>
          <w:rFonts w:ascii="Times New Roman" w:hAnsi="Times New Roman"/>
          <w:spacing w:val="1"/>
          <w:sz w:val="28"/>
          <w:szCs w:val="28"/>
        </w:rPr>
        <w:t xml:space="preserve"> </w:t>
      </w:r>
      <w:r w:rsidRPr="001A456E">
        <w:rPr>
          <w:rFonts w:ascii="Times New Roman" w:hAnsi="Times New Roman"/>
          <w:sz w:val="28"/>
          <w:szCs w:val="28"/>
        </w:rPr>
        <w:t>формулировать</w:t>
      </w:r>
      <w:r w:rsidRPr="001A456E">
        <w:rPr>
          <w:rFonts w:ascii="Times New Roman" w:hAnsi="Times New Roman"/>
          <w:spacing w:val="1"/>
          <w:sz w:val="28"/>
          <w:szCs w:val="28"/>
        </w:rPr>
        <w:t xml:space="preserve"> </w:t>
      </w:r>
      <w:r w:rsidRPr="001A456E">
        <w:rPr>
          <w:rFonts w:ascii="Times New Roman" w:hAnsi="Times New Roman"/>
          <w:sz w:val="28"/>
          <w:szCs w:val="28"/>
        </w:rPr>
        <w:t>утверждения,</w:t>
      </w:r>
      <w:r w:rsidRPr="001A456E">
        <w:rPr>
          <w:rFonts w:ascii="Times New Roman" w:hAnsi="Times New Roman"/>
          <w:spacing w:val="1"/>
          <w:sz w:val="28"/>
          <w:szCs w:val="28"/>
        </w:rPr>
        <w:t xml:space="preserve"> </w:t>
      </w:r>
      <w:r w:rsidRPr="001A456E">
        <w:rPr>
          <w:rFonts w:ascii="Times New Roman" w:hAnsi="Times New Roman"/>
          <w:sz w:val="28"/>
          <w:szCs w:val="28"/>
        </w:rPr>
        <w:t>строить</w:t>
      </w:r>
      <w:r w:rsidRPr="001A456E">
        <w:rPr>
          <w:rFonts w:ascii="Times New Roman" w:hAnsi="Times New Roman"/>
          <w:spacing w:val="1"/>
          <w:sz w:val="28"/>
          <w:szCs w:val="28"/>
        </w:rPr>
        <w:t xml:space="preserve"> </w:t>
      </w:r>
      <w:r w:rsidRPr="001A456E">
        <w:rPr>
          <w:rFonts w:ascii="Times New Roman" w:hAnsi="Times New Roman"/>
          <w:sz w:val="28"/>
          <w:szCs w:val="28"/>
        </w:rPr>
        <w:t>логические</w:t>
      </w:r>
      <w:r w:rsidRPr="001A456E">
        <w:rPr>
          <w:rFonts w:ascii="Times New Roman" w:hAnsi="Times New Roman"/>
          <w:spacing w:val="1"/>
          <w:sz w:val="28"/>
          <w:szCs w:val="28"/>
        </w:rPr>
        <w:t xml:space="preserve"> </w:t>
      </w:r>
      <w:r w:rsidRPr="001A456E">
        <w:rPr>
          <w:rFonts w:ascii="Times New Roman" w:hAnsi="Times New Roman"/>
          <w:sz w:val="28"/>
          <w:szCs w:val="28"/>
        </w:rPr>
        <w:t>рассуждения;</w:t>
      </w:r>
      <w:r w:rsidRPr="001A456E">
        <w:rPr>
          <w:rFonts w:ascii="Times New Roman" w:hAnsi="Times New Roman"/>
          <w:spacing w:val="1"/>
          <w:sz w:val="28"/>
          <w:szCs w:val="28"/>
        </w:rPr>
        <w:t xml:space="preserve"> </w:t>
      </w:r>
      <w:r w:rsidRPr="001A456E">
        <w:rPr>
          <w:rFonts w:ascii="Times New Roman" w:hAnsi="Times New Roman"/>
          <w:sz w:val="28"/>
          <w:szCs w:val="28"/>
        </w:rPr>
        <w:t>расширение</w:t>
      </w:r>
      <w:r w:rsidRPr="001A456E">
        <w:rPr>
          <w:rFonts w:ascii="Times New Roman" w:hAnsi="Times New Roman"/>
          <w:spacing w:val="1"/>
          <w:sz w:val="28"/>
          <w:szCs w:val="28"/>
        </w:rPr>
        <w:t xml:space="preserve"> </w:t>
      </w:r>
      <w:r w:rsidRPr="001A456E">
        <w:rPr>
          <w:rFonts w:ascii="Times New Roman" w:hAnsi="Times New Roman"/>
          <w:sz w:val="28"/>
          <w:szCs w:val="28"/>
        </w:rPr>
        <w:t>знания</w:t>
      </w:r>
      <w:r w:rsidRPr="001A456E">
        <w:rPr>
          <w:rFonts w:ascii="Times New Roman" w:hAnsi="Times New Roman"/>
          <w:spacing w:val="1"/>
          <w:sz w:val="28"/>
          <w:szCs w:val="28"/>
        </w:rPr>
        <w:t xml:space="preserve"> </w:t>
      </w:r>
      <w:r w:rsidRPr="001A456E">
        <w:rPr>
          <w:rFonts w:ascii="Times New Roman" w:hAnsi="Times New Roman"/>
          <w:sz w:val="28"/>
          <w:szCs w:val="28"/>
        </w:rPr>
        <w:t>о</w:t>
      </w:r>
      <w:r w:rsidRPr="001A456E">
        <w:rPr>
          <w:rFonts w:ascii="Times New Roman" w:hAnsi="Times New Roman"/>
          <w:spacing w:val="1"/>
          <w:sz w:val="28"/>
          <w:szCs w:val="28"/>
        </w:rPr>
        <w:t xml:space="preserve"> </w:t>
      </w:r>
      <w:r w:rsidRPr="001A456E">
        <w:rPr>
          <w:rFonts w:ascii="Times New Roman" w:hAnsi="Times New Roman"/>
          <w:sz w:val="28"/>
          <w:szCs w:val="28"/>
        </w:rPr>
        <w:t>разнообразии</w:t>
      </w:r>
      <w:r w:rsidRPr="001A456E">
        <w:rPr>
          <w:rFonts w:ascii="Times New Roman" w:hAnsi="Times New Roman"/>
          <w:spacing w:val="1"/>
          <w:sz w:val="28"/>
          <w:szCs w:val="28"/>
        </w:rPr>
        <w:t xml:space="preserve"> </w:t>
      </w:r>
      <w:r w:rsidRPr="001A456E">
        <w:rPr>
          <w:rFonts w:ascii="Times New Roman" w:hAnsi="Times New Roman"/>
          <w:sz w:val="28"/>
          <w:szCs w:val="28"/>
        </w:rPr>
        <w:t>профессий</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их</w:t>
      </w:r>
      <w:r w:rsidRPr="001A456E">
        <w:rPr>
          <w:rFonts w:ascii="Times New Roman" w:hAnsi="Times New Roman"/>
          <w:spacing w:val="1"/>
          <w:sz w:val="28"/>
          <w:szCs w:val="28"/>
        </w:rPr>
        <w:t xml:space="preserve"> </w:t>
      </w:r>
      <w:r w:rsidRPr="001A456E">
        <w:rPr>
          <w:rFonts w:ascii="Times New Roman" w:hAnsi="Times New Roman"/>
          <w:sz w:val="28"/>
          <w:szCs w:val="28"/>
        </w:rPr>
        <w:t>роли; знакомство</w:t>
      </w:r>
      <w:r w:rsidRPr="001A456E">
        <w:rPr>
          <w:rFonts w:ascii="Times New Roman" w:hAnsi="Times New Roman"/>
          <w:spacing w:val="1"/>
          <w:sz w:val="28"/>
          <w:szCs w:val="28"/>
        </w:rPr>
        <w:t xml:space="preserve"> </w:t>
      </w:r>
      <w:r w:rsidRPr="001A456E">
        <w:rPr>
          <w:rFonts w:ascii="Times New Roman" w:hAnsi="Times New Roman"/>
          <w:sz w:val="28"/>
          <w:szCs w:val="28"/>
        </w:rPr>
        <w:t>с</w:t>
      </w:r>
      <w:r w:rsidRPr="001A456E">
        <w:rPr>
          <w:rFonts w:ascii="Times New Roman" w:hAnsi="Times New Roman"/>
          <w:spacing w:val="1"/>
          <w:sz w:val="28"/>
          <w:szCs w:val="28"/>
        </w:rPr>
        <w:t xml:space="preserve"> </w:t>
      </w:r>
      <w:r w:rsidRPr="001A456E">
        <w:rPr>
          <w:rFonts w:ascii="Times New Roman" w:hAnsi="Times New Roman"/>
          <w:sz w:val="28"/>
          <w:szCs w:val="28"/>
        </w:rPr>
        <w:t>понятиями</w:t>
      </w:r>
      <w:r w:rsidRPr="001A456E">
        <w:rPr>
          <w:rFonts w:ascii="Times New Roman" w:hAnsi="Times New Roman"/>
          <w:spacing w:val="1"/>
          <w:sz w:val="28"/>
          <w:szCs w:val="28"/>
        </w:rPr>
        <w:t xml:space="preserve"> </w:t>
      </w:r>
      <w:r w:rsidRPr="001A456E">
        <w:rPr>
          <w:rFonts w:ascii="Times New Roman" w:hAnsi="Times New Roman"/>
          <w:sz w:val="28"/>
          <w:szCs w:val="28"/>
        </w:rPr>
        <w:t>«добро»,</w:t>
      </w:r>
      <w:r w:rsidRPr="001A456E">
        <w:rPr>
          <w:rFonts w:ascii="Times New Roman" w:hAnsi="Times New Roman"/>
          <w:spacing w:val="1"/>
          <w:sz w:val="28"/>
          <w:szCs w:val="28"/>
        </w:rPr>
        <w:t xml:space="preserve"> </w:t>
      </w:r>
      <w:r w:rsidRPr="001A456E">
        <w:rPr>
          <w:rFonts w:ascii="Times New Roman" w:hAnsi="Times New Roman"/>
          <w:sz w:val="28"/>
          <w:szCs w:val="28"/>
        </w:rPr>
        <w:t>«доброволец</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 xml:space="preserve">волонтѐр», </w:t>
      </w:r>
      <w:r w:rsidRPr="001A456E">
        <w:rPr>
          <w:rFonts w:ascii="Times New Roman" w:hAnsi="Times New Roman"/>
          <w:sz w:val="28"/>
          <w:szCs w:val="28"/>
        </w:rPr>
        <w:lastRenderedPageBreak/>
        <w:t>«добровольчество», с качествами волонтѐра и теми добрыми делами, которые</w:t>
      </w:r>
      <w:r w:rsidRPr="001A456E">
        <w:rPr>
          <w:rFonts w:ascii="Times New Roman" w:hAnsi="Times New Roman"/>
          <w:spacing w:val="1"/>
          <w:sz w:val="28"/>
          <w:szCs w:val="28"/>
        </w:rPr>
        <w:t xml:space="preserve"> </w:t>
      </w:r>
      <w:r w:rsidRPr="001A456E">
        <w:rPr>
          <w:rFonts w:ascii="Times New Roman" w:hAnsi="Times New Roman"/>
          <w:sz w:val="28"/>
          <w:szCs w:val="28"/>
        </w:rPr>
        <w:t>волонтѐры совершают со смыслами деятельности волонтѐра (безвозмездность и дело для</w:t>
      </w:r>
      <w:r w:rsidRPr="001A456E">
        <w:rPr>
          <w:rFonts w:ascii="Times New Roman" w:hAnsi="Times New Roman"/>
          <w:spacing w:val="1"/>
          <w:sz w:val="28"/>
          <w:szCs w:val="28"/>
        </w:rPr>
        <w:t xml:space="preserve"> </w:t>
      </w:r>
      <w:r w:rsidRPr="001A456E">
        <w:rPr>
          <w:rFonts w:ascii="Times New Roman" w:hAnsi="Times New Roman"/>
          <w:sz w:val="28"/>
          <w:szCs w:val="28"/>
        </w:rPr>
        <w:t>других</w:t>
      </w:r>
      <w:r w:rsidRPr="001A456E">
        <w:rPr>
          <w:rFonts w:ascii="Times New Roman" w:hAnsi="Times New Roman"/>
          <w:spacing w:val="1"/>
          <w:sz w:val="28"/>
          <w:szCs w:val="28"/>
        </w:rPr>
        <w:t xml:space="preserve"> </w:t>
      </w:r>
      <w:r w:rsidRPr="001A456E">
        <w:rPr>
          <w:rFonts w:ascii="Times New Roman" w:hAnsi="Times New Roman"/>
          <w:sz w:val="28"/>
          <w:szCs w:val="28"/>
        </w:rPr>
        <w:t>–</w:t>
      </w:r>
      <w:r w:rsidRPr="001A456E">
        <w:rPr>
          <w:rFonts w:ascii="Times New Roman" w:hAnsi="Times New Roman"/>
          <w:spacing w:val="1"/>
          <w:sz w:val="28"/>
          <w:szCs w:val="28"/>
        </w:rPr>
        <w:t xml:space="preserve"> </w:t>
      </w:r>
      <w:r w:rsidRPr="001A456E">
        <w:rPr>
          <w:rFonts w:ascii="Times New Roman" w:hAnsi="Times New Roman"/>
          <w:sz w:val="28"/>
          <w:szCs w:val="28"/>
        </w:rPr>
        <w:t>помощь,</w:t>
      </w:r>
      <w:r w:rsidRPr="001A456E">
        <w:rPr>
          <w:rFonts w:ascii="Times New Roman" w:hAnsi="Times New Roman"/>
          <w:spacing w:val="1"/>
          <w:sz w:val="28"/>
          <w:szCs w:val="28"/>
        </w:rPr>
        <w:t xml:space="preserve"> </w:t>
      </w:r>
      <w:r w:rsidRPr="001A456E">
        <w:rPr>
          <w:rFonts w:ascii="Times New Roman" w:hAnsi="Times New Roman"/>
          <w:sz w:val="28"/>
          <w:szCs w:val="28"/>
        </w:rPr>
        <w:t>забота);</w:t>
      </w:r>
      <w:r w:rsidRPr="001A456E">
        <w:rPr>
          <w:rFonts w:ascii="Times New Roman" w:hAnsi="Times New Roman"/>
          <w:spacing w:val="1"/>
          <w:sz w:val="28"/>
          <w:szCs w:val="28"/>
        </w:rPr>
        <w:t xml:space="preserve"> </w:t>
      </w:r>
      <w:r w:rsidRPr="001A456E">
        <w:rPr>
          <w:rFonts w:ascii="Times New Roman" w:hAnsi="Times New Roman"/>
          <w:sz w:val="28"/>
          <w:szCs w:val="28"/>
        </w:rPr>
        <w:t>знания</w:t>
      </w:r>
      <w:r w:rsidRPr="001A456E">
        <w:rPr>
          <w:rFonts w:ascii="Times New Roman" w:hAnsi="Times New Roman"/>
          <w:spacing w:val="1"/>
          <w:sz w:val="28"/>
          <w:szCs w:val="28"/>
        </w:rPr>
        <w:t xml:space="preserve"> </w:t>
      </w:r>
      <w:r w:rsidRPr="001A456E">
        <w:rPr>
          <w:rFonts w:ascii="Times New Roman" w:hAnsi="Times New Roman"/>
          <w:sz w:val="28"/>
          <w:szCs w:val="28"/>
        </w:rPr>
        <w:t>о</w:t>
      </w:r>
      <w:r w:rsidRPr="001A456E">
        <w:rPr>
          <w:rFonts w:ascii="Times New Roman" w:hAnsi="Times New Roman"/>
          <w:spacing w:val="1"/>
          <w:sz w:val="28"/>
          <w:szCs w:val="28"/>
        </w:rPr>
        <w:t xml:space="preserve"> </w:t>
      </w:r>
      <w:r w:rsidRPr="001A456E">
        <w:rPr>
          <w:rFonts w:ascii="Times New Roman" w:hAnsi="Times New Roman"/>
          <w:sz w:val="28"/>
          <w:szCs w:val="28"/>
        </w:rPr>
        <w:t>положительном</w:t>
      </w:r>
      <w:r w:rsidRPr="001A456E">
        <w:rPr>
          <w:rFonts w:ascii="Times New Roman" w:hAnsi="Times New Roman"/>
          <w:spacing w:val="1"/>
          <w:sz w:val="28"/>
          <w:szCs w:val="28"/>
        </w:rPr>
        <w:t xml:space="preserve"> </w:t>
      </w:r>
      <w:r w:rsidRPr="001A456E">
        <w:rPr>
          <w:rFonts w:ascii="Times New Roman" w:hAnsi="Times New Roman"/>
          <w:sz w:val="28"/>
          <w:szCs w:val="28"/>
        </w:rPr>
        <w:t>влиянии</w:t>
      </w:r>
      <w:r w:rsidRPr="001A456E">
        <w:rPr>
          <w:rFonts w:ascii="Times New Roman" w:hAnsi="Times New Roman"/>
          <w:spacing w:val="1"/>
          <w:sz w:val="28"/>
          <w:szCs w:val="28"/>
        </w:rPr>
        <w:t xml:space="preserve"> </w:t>
      </w:r>
      <w:r w:rsidRPr="001A456E">
        <w:rPr>
          <w:rFonts w:ascii="Times New Roman" w:hAnsi="Times New Roman"/>
          <w:sz w:val="28"/>
          <w:szCs w:val="28"/>
        </w:rPr>
        <w:t>зарядки</w:t>
      </w:r>
      <w:r w:rsidRPr="001A456E">
        <w:rPr>
          <w:rFonts w:ascii="Times New Roman" w:hAnsi="Times New Roman"/>
          <w:spacing w:val="1"/>
          <w:sz w:val="28"/>
          <w:szCs w:val="28"/>
        </w:rPr>
        <w:t xml:space="preserve"> </w:t>
      </w:r>
      <w:r w:rsidRPr="001A456E">
        <w:rPr>
          <w:rFonts w:ascii="Times New Roman" w:hAnsi="Times New Roman"/>
          <w:sz w:val="28"/>
          <w:szCs w:val="28"/>
        </w:rPr>
        <w:t>на</w:t>
      </w:r>
      <w:r w:rsidRPr="001A456E">
        <w:rPr>
          <w:rFonts w:ascii="Times New Roman" w:hAnsi="Times New Roman"/>
          <w:spacing w:val="1"/>
          <w:sz w:val="28"/>
          <w:szCs w:val="28"/>
        </w:rPr>
        <w:t xml:space="preserve"> </w:t>
      </w:r>
      <w:r w:rsidRPr="001A456E">
        <w:rPr>
          <w:rFonts w:ascii="Times New Roman" w:hAnsi="Times New Roman"/>
          <w:sz w:val="28"/>
          <w:szCs w:val="28"/>
        </w:rPr>
        <w:t>укрепление</w:t>
      </w:r>
      <w:r w:rsidRPr="001A456E">
        <w:rPr>
          <w:rFonts w:ascii="Times New Roman" w:hAnsi="Times New Roman"/>
          <w:spacing w:val="1"/>
          <w:sz w:val="28"/>
          <w:szCs w:val="28"/>
        </w:rPr>
        <w:t xml:space="preserve"> </w:t>
      </w:r>
      <w:r w:rsidRPr="001A456E">
        <w:rPr>
          <w:rFonts w:ascii="Times New Roman" w:hAnsi="Times New Roman"/>
          <w:sz w:val="28"/>
          <w:szCs w:val="28"/>
        </w:rPr>
        <w:t>здоровья; умение систематизировать основные составляющие здорового образа жизни;</w:t>
      </w:r>
      <w:r w:rsidRPr="001A456E">
        <w:rPr>
          <w:rFonts w:ascii="Times New Roman" w:hAnsi="Times New Roman"/>
          <w:spacing w:val="1"/>
          <w:sz w:val="28"/>
          <w:szCs w:val="28"/>
        </w:rPr>
        <w:t xml:space="preserve"> </w:t>
      </w:r>
      <w:r w:rsidRPr="001A456E">
        <w:rPr>
          <w:rFonts w:ascii="Times New Roman" w:hAnsi="Times New Roman"/>
          <w:sz w:val="28"/>
          <w:szCs w:val="28"/>
        </w:rPr>
        <w:t>усвоение сведений о понятиях экология и эколог; понимание необходимости соблюдения</w:t>
      </w:r>
      <w:r w:rsidRPr="001A456E">
        <w:rPr>
          <w:rFonts w:ascii="Times New Roman" w:hAnsi="Times New Roman"/>
          <w:spacing w:val="1"/>
          <w:sz w:val="28"/>
          <w:szCs w:val="28"/>
        </w:rPr>
        <w:t xml:space="preserve"> </w:t>
      </w:r>
      <w:r w:rsidRPr="001A456E">
        <w:rPr>
          <w:rFonts w:ascii="Times New Roman" w:hAnsi="Times New Roman"/>
          <w:sz w:val="28"/>
          <w:szCs w:val="28"/>
        </w:rPr>
        <w:t>правил</w:t>
      </w:r>
      <w:r w:rsidRPr="001A456E">
        <w:rPr>
          <w:rFonts w:ascii="Times New Roman" w:hAnsi="Times New Roman"/>
          <w:spacing w:val="17"/>
          <w:sz w:val="28"/>
          <w:szCs w:val="28"/>
        </w:rPr>
        <w:t xml:space="preserve"> </w:t>
      </w:r>
      <w:r w:rsidRPr="001A456E">
        <w:rPr>
          <w:rFonts w:ascii="Times New Roman" w:hAnsi="Times New Roman"/>
          <w:sz w:val="28"/>
          <w:szCs w:val="28"/>
        </w:rPr>
        <w:t>экологического</w:t>
      </w:r>
      <w:r w:rsidRPr="001A456E">
        <w:rPr>
          <w:rFonts w:ascii="Times New Roman" w:hAnsi="Times New Roman"/>
          <w:spacing w:val="17"/>
          <w:sz w:val="28"/>
          <w:szCs w:val="28"/>
        </w:rPr>
        <w:t xml:space="preserve"> </w:t>
      </w:r>
      <w:r w:rsidRPr="001A456E">
        <w:rPr>
          <w:rFonts w:ascii="Times New Roman" w:hAnsi="Times New Roman"/>
          <w:sz w:val="28"/>
          <w:szCs w:val="28"/>
        </w:rPr>
        <w:t>поведения</w:t>
      </w:r>
      <w:r w:rsidRPr="001A456E">
        <w:rPr>
          <w:rFonts w:ascii="Times New Roman" w:hAnsi="Times New Roman"/>
          <w:spacing w:val="19"/>
          <w:sz w:val="28"/>
          <w:szCs w:val="28"/>
        </w:rPr>
        <w:t xml:space="preserve"> </w:t>
      </w:r>
      <w:r w:rsidRPr="001A456E">
        <w:rPr>
          <w:rFonts w:ascii="Times New Roman" w:hAnsi="Times New Roman"/>
          <w:sz w:val="28"/>
          <w:szCs w:val="28"/>
        </w:rPr>
        <w:t>на</w:t>
      </w:r>
      <w:r w:rsidRPr="001A456E">
        <w:rPr>
          <w:rFonts w:ascii="Times New Roman" w:hAnsi="Times New Roman"/>
          <w:spacing w:val="14"/>
          <w:sz w:val="28"/>
          <w:szCs w:val="28"/>
        </w:rPr>
        <w:t xml:space="preserve"> </w:t>
      </w:r>
      <w:r w:rsidRPr="001A456E">
        <w:rPr>
          <w:rFonts w:ascii="Times New Roman" w:hAnsi="Times New Roman"/>
          <w:sz w:val="28"/>
          <w:szCs w:val="28"/>
        </w:rPr>
        <w:t>природе;</w:t>
      </w:r>
      <w:r w:rsidRPr="001A456E">
        <w:rPr>
          <w:rFonts w:ascii="Times New Roman" w:hAnsi="Times New Roman"/>
          <w:spacing w:val="18"/>
          <w:sz w:val="28"/>
          <w:szCs w:val="28"/>
        </w:rPr>
        <w:t xml:space="preserve"> </w:t>
      </w:r>
      <w:r w:rsidRPr="001A456E">
        <w:rPr>
          <w:rFonts w:ascii="Times New Roman" w:hAnsi="Times New Roman"/>
          <w:sz w:val="28"/>
          <w:szCs w:val="28"/>
        </w:rPr>
        <w:t>знакомство</w:t>
      </w:r>
      <w:r w:rsidRPr="001A456E">
        <w:rPr>
          <w:rFonts w:ascii="Times New Roman" w:hAnsi="Times New Roman"/>
          <w:spacing w:val="17"/>
          <w:sz w:val="28"/>
          <w:szCs w:val="28"/>
        </w:rPr>
        <w:t xml:space="preserve"> </w:t>
      </w:r>
      <w:r w:rsidRPr="001A456E">
        <w:rPr>
          <w:rFonts w:ascii="Times New Roman" w:hAnsi="Times New Roman"/>
          <w:sz w:val="28"/>
          <w:szCs w:val="28"/>
        </w:rPr>
        <w:t>с</w:t>
      </w:r>
      <w:r w:rsidRPr="001A456E">
        <w:rPr>
          <w:rFonts w:ascii="Times New Roman" w:hAnsi="Times New Roman"/>
          <w:spacing w:val="18"/>
          <w:sz w:val="28"/>
          <w:szCs w:val="28"/>
        </w:rPr>
        <w:t xml:space="preserve"> </w:t>
      </w:r>
      <w:r w:rsidRPr="001A456E">
        <w:rPr>
          <w:rFonts w:ascii="Times New Roman" w:hAnsi="Times New Roman"/>
          <w:sz w:val="28"/>
          <w:szCs w:val="28"/>
        </w:rPr>
        <w:t>понятиями</w:t>
      </w:r>
      <w:r w:rsidRPr="001A456E">
        <w:rPr>
          <w:rFonts w:ascii="Times New Roman" w:hAnsi="Times New Roman"/>
          <w:spacing w:val="17"/>
          <w:sz w:val="28"/>
          <w:szCs w:val="28"/>
        </w:rPr>
        <w:t xml:space="preserve"> </w:t>
      </w:r>
      <w:r w:rsidRPr="001A456E">
        <w:rPr>
          <w:rFonts w:ascii="Times New Roman" w:hAnsi="Times New Roman"/>
          <w:sz w:val="28"/>
          <w:szCs w:val="28"/>
        </w:rPr>
        <w:t>“хранитель”, «хранитель исторической памяти», умение проявлять уважение к семейным ценностям и</w:t>
      </w:r>
      <w:r w:rsidRPr="001A456E">
        <w:rPr>
          <w:rFonts w:ascii="Times New Roman" w:hAnsi="Times New Roman"/>
          <w:spacing w:val="1"/>
          <w:sz w:val="28"/>
          <w:szCs w:val="28"/>
        </w:rPr>
        <w:t xml:space="preserve"> </w:t>
      </w:r>
      <w:r w:rsidRPr="001A456E">
        <w:rPr>
          <w:rFonts w:ascii="Times New Roman" w:hAnsi="Times New Roman"/>
          <w:sz w:val="28"/>
          <w:szCs w:val="28"/>
        </w:rPr>
        <w:t>традициям;</w:t>
      </w:r>
      <w:r w:rsidRPr="001A456E">
        <w:rPr>
          <w:rFonts w:ascii="Times New Roman" w:hAnsi="Times New Roman"/>
          <w:spacing w:val="1"/>
          <w:sz w:val="28"/>
          <w:szCs w:val="28"/>
        </w:rPr>
        <w:t xml:space="preserve"> </w:t>
      </w:r>
      <w:r w:rsidRPr="001A456E">
        <w:rPr>
          <w:rFonts w:ascii="Times New Roman" w:hAnsi="Times New Roman"/>
          <w:sz w:val="28"/>
          <w:szCs w:val="28"/>
        </w:rPr>
        <w:t>понимание</w:t>
      </w:r>
      <w:r w:rsidRPr="001A456E">
        <w:rPr>
          <w:rFonts w:ascii="Times New Roman" w:hAnsi="Times New Roman"/>
          <w:spacing w:val="1"/>
          <w:sz w:val="28"/>
          <w:szCs w:val="28"/>
        </w:rPr>
        <w:t xml:space="preserve"> </w:t>
      </w:r>
      <w:r w:rsidRPr="001A456E">
        <w:rPr>
          <w:rFonts w:ascii="Times New Roman" w:hAnsi="Times New Roman"/>
          <w:sz w:val="28"/>
          <w:szCs w:val="28"/>
        </w:rPr>
        <w:t>особой</w:t>
      </w:r>
      <w:r w:rsidRPr="001A456E">
        <w:rPr>
          <w:rFonts w:ascii="Times New Roman" w:hAnsi="Times New Roman"/>
          <w:spacing w:val="1"/>
          <w:sz w:val="28"/>
          <w:szCs w:val="28"/>
        </w:rPr>
        <w:t xml:space="preserve"> </w:t>
      </w:r>
      <w:r w:rsidRPr="001A456E">
        <w:rPr>
          <w:rFonts w:ascii="Times New Roman" w:hAnsi="Times New Roman"/>
          <w:sz w:val="28"/>
          <w:szCs w:val="28"/>
        </w:rPr>
        <w:t>роли</w:t>
      </w:r>
      <w:r w:rsidRPr="001A456E">
        <w:rPr>
          <w:rFonts w:ascii="Times New Roman" w:hAnsi="Times New Roman"/>
          <w:spacing w:val="1"/>
          <w:sz w:val="28"/>
          <w:szCs w:val="28"/>
        </w:rPr>
        <w:t xml:space="preserve"> </w:t>
      </w:r>
      <w:r w:rsidRPr="001A456E">
        <w:rPr>
          <w:rFonts w:ascii="Times New Roman" w:hAnsi="Times New Roman"/>
          <w:sz w:val="28"/>
          <w:szCs w:val="28"/>
        </w:rPr>
        <w:t>в</w:t>
      </w:r>
      <w:r w:rsidRPr="001A456E">
        <w:rPr>
          <w:rFonts w:ascii="Times New Roman" w:hAnsi="Times New Roman"/>
          <w:spacing w:val="1"/>
          <w:sz w:val="28"/>
          <w:szCs w:val="28"/>
        </w:rPr>
        <w:t xml:space="preserve"> </w:t>
      </w:r>
      <w:r w:rsidRPr="001A456E">
        <w:rPr>
          <w:rFonts w:ascii="Times New Roman" w:hAnsi="Times New Roman"/>
          <w:sz w:val="28"/>
          <w:szCs w:val="28"/>
        </w:rPr>
        <w:t>истории</w:t>
      </w:r>
      <w:r w:rsidRPr="001A456E">
        <w:rPr>
          <w:rFonts w:ascii="Times New Roman" w:hAnsi="Times New Roman"/>
          <w:spacing w:val="1"/>
          <w:sz w:val="28"/>
          <w:szCs w:val="28"/>
        </w:rPr>
        <w:t xml:space="preserve"> </w:t>
      </w:r>
      <w:r w:rsidRPr="001A456E">
        <w:rPr>
          <w:rFonts w:ascii="Times New Roman" w:hAnsi="Times New Roman"/>
          <w:sz w:val="28"/>
          <w:szCs w:val="28"/>
        </w:rPr>
        <w:t>России</w:t>
      </w:r>
      <w:r w:rsidRPr="001A456E">
        <w:rPr>
          <w:rFonts w:ascii="Times New Roman" w:hAnsi="Times New Roman"/>
          <w:spacing w:val="1"/>
          <w:sz w:val="28"/>
          <w:szCs w:val="28"/>
        </w:rPr>
        <w:t xml:space="preserve"> </w:t>
      </w:r>
      <w:r w:rsidRPr="001A456E">
        <w:rPr>
          <w:rFonts w:ascii="Times New Roman" w:hAnsi="Times New Roman"/>
          <w:sz w:val="28"/>
          <w:szCs w:val="28"/>
        </w:rPr>
        <w:t>и</w:t>
      </w:r>
      <w:r w:rsidRPr="001A456E">
        <w:rPr>
          <w:rFonts w:ascii="Times New Roman" w:hAnsi="Times New Roman"/>
          <w:spacing w:val="1"/>
          <w:sz w:val="28"/>
          <w:szCs w:val="28"/>
        </w:rPr>
        <w:t xml:space="preserve"> </w:t>
      </w:r>
      <w:r w:rsidRPr="001A456E">
        <w:rPr>
          <w:rFonts w:ascii="Times New Roman" w:hAnsi="Times New Roman"/>
          <w:sz w:val="28"/>
          <w:szCs w:val="28"/>
        </w:rPr>
        <w:t>мировой</w:t>
      </w:r>
      <w:r w:rsidRPr="001A456E">
        <w:rPr>
          <w:rFonts w:ascii="Times New Roman" w:hAnsi="Times New Roman"/>
          <w:spacing w:val="1"/>
          <w:sz w:val="28"/>
          <w:szCs w:val="28"/>
        </w:rPr>
        <w:t xml:space="preserve"> </w:t>
      </w:r>
      <w:r w:rsidRPr="001A456E">
        <w:rPr>
          <w:rFonts w:ascii="Times New Roman" w:hAnsi="Times New Roman"/>
          <w:sz w:val="28"/>
          <w:szCs w:val="28"/>
        </w:rPr>
        <w:t>истории,</w:t>
      </w:r>
      <w:r w:rsidRPr="001A456E">
        <w:rPr>
          <w:rFonts w:ascii="Times New Roman" w:hAnsi="Times New Roman"/>
          <w:spacing w:val="1"/>
          <w:sz w:val="28"/>
          <w:szCs w:val="28"/>
        </w:rPr>
        <w:t xml:space="preserve"> </w:t>
      </w:r>
      <w:r w:rsidRPr="001A456E">
        <w:rPr>
          <w:rFonts w:ascii="Times New Roman" w:hAnsi="Times New Roman"/>
          <w:sz w:val="28"/>
          <w:szCs w:val="28"/>
        </w:rPr>
        <w:t>чувства</w:t>
      </w:r>
      <w:r w:rsidRPr="001A456E">
        <w:rPr>
          <w:rFonts w:ascii="Times New Roman" w:hAnsi="Times New Roman"/>
          <w:spacing w:val="1"/>
          <w:sz w:val="28"/>
          <w:szCs w:val="28"/>
        </w:rPr>
        <w:t xml:space="preserve"> </w:t>
      </w:r>
      <w:r w:rsidRPr="001A456E">
        <w:rPr>
          <w:rFonts w:ascii="Times New Roman" w:hAnsi="Times New Roman"/>
          <w:sz w:val="28"/>
          <w:szCs w:val="28"/>
        </w:rPr>
        <w:t>гордости</w:t>
      </w:r>
      <w:r w:rsidRPr="001A456E">
        <w:rPr>
          <w:rFonts w:ascii="Times New Roman" w:hAnsi="Times New Roman"/>
          <w:spacing w:val="-2"/>
          <w:sz w:val="28"/>
          <w:szCs w:val="28"/>
        </w:rPr>
        <w:t xml:space="preserve"> </w:t>
      </w:r>
      <w:r w:rsidRPr="001A456E">
        <w:rPr>
          <w:rFonts w:ascii="Times New Roman" w:hAnsi="Times New Roman"/>
          <w:sz w:val="28"/>
          <w:szCs w:val="28"/>
        </w:rPr>
        <w:t>за</w:t>
      </w:r>
      <w:r w:rsidRPr="001A456E">
        <w:rPr>
          <w:rFonts w:ascii="Times New Roman" w:hAnsi="Times New Roman"/>
          <w:spacing w:val="1"/>
          <w:sz w:val="28"/>
          <w:szCs w:val="28"/>
        </w:rPr>
        <w:t xml:space="preserve"> </w:t>
      </w:r>
      <w:r w:rsidRPr="001A456E">
        <w:rPr>
          <w:rFonts w:ascii="Times New Roman" w:hAnsi="Times New Roman"/>
          <w:sz w:val="28"/>
          <w:szCs w:val="28"/>
        </w:rPr>
        <w:t>достижения</w:t>
      </w:r>
      <w:r w:rsidRPr="001A456E">
        <w:rPr>
          <w:rFonts w:ascii="Times New Roman" w:hAnsi="Times New Roman"/>
          <w:spacing w:val="1"/>
          <w:sz w:val="28"/>
          <w:szCs w:val="28"/>
        </w:rPr>
        <w:t xml:space="preserve"> </w:t>
      </w:r>
      <w:r w:rsidRPr="001A456E">
        <w:rPr>
          <w:rFonts w:ascii="Times New Roman" w:hAnsi="Times New Roman"/>
          <w:sz w:val="28"/>
          <w:szCs w:val="28"/>
        </w:rPr>
        <w:t>малой</w:t>
      </w:r>
      <w:r w:rsidRPr="001A456E">
        <w:rPr>
          <w:rFonts w:ascii="Times New Roman" w:hAnsi="Times New Roman"/>
          <w:spacing w:val="-1"/>
          <w:sz w:val="28"/>
          <w:szCs w:val="28"/>
        </w:rPr>
        <w:t xml:space="preserve"> </w:t>
      </w:r>
      <w:r w:rsidRPr="001A456E">
        <w:rPr>
          <w:rFonts w:ascii="Times New Roman" w:hAnsi="Times New Roman"/>
          <w:sz w:val="28"/>
          <w:szCs w:val="28"/>
        </w:rPr>
        <w:t>Родины.</w:t>
      </w:r>
    </w:p>
    <w:p w:rsidR="006D01A1" w:rsidRPr="001A456E" w:rsidRDefault="006D01A1" w:rsidP="003772B6">
      <w:pPr>
        <w:pStyle w:val="aff"/>
        <w:ind w:right="130" w:firstLine="709"/>
        <w:jc w:val="both"/>
        <w:rPr>
          <w:rFonts w:ascii="Times New Roman" w:hAnsi="Times New Roman"/>
          <w:sz w:val="28"/>
          <w:szCs w:val="28"/>
        </w:rPr>
      </w:pPr>
    </w:p>
    <w:p w:rsidR="003772B6" w:rsidRPr="001A456E" w:rsidRDefault="003772B6" w:rsidP="003772B6">
      <w:pPr>
        <w:pStyle w:val="36"/>
        <w:keepNext/>
        <w:keepLines/>
        <w:spacing w:before="260" w:after="480" w:line="240" w:lineRule="auto"/>
        <w:ind w:firstLine="0"/>
        <w:jc w:val="center"/>
        <w:rPr>
          <w:rFonts w:ascii="Times New Roman" w:hAnsi="Times New Roman" w:cs="Times New Roman"/>
          <w:color w:val="auto"/>
          <w:sz w:val="28"/>
          <w:szCs w:val="28"/>
        </w:rPr>
      </w:pPr>
      <w:bookmarkStart w:id="14" w:name="bookmark10"/>
      <w:bookmarkStart w:id="15" w:name="bookmark11"/>
      <w:bookmarkStart w:id="16" w:name="bookmark12"/>
      <w:r w:rsidRPr="001A456E">
        <w:rPr>
          <w:rFonts w:ascii="Times New Roman" w:hAnsi="Times New Roman" w:cs="Times New Roman"/>
          <w:color w:val="auto"/>
          <w:sz w:val="28"/>
          <w:szCs w:val="28"/>
        </w:rPr>
        <w:t>Пояснительная записка</w:t>
      </w:r>
      <w:bookmarkEnd w:id="14"/>
      <w:bookmarkEnd w:id="15"/>
      <w:bookmarkEnd w:id="16"/>
      <w:r w:rsidRPr="001A456E">
        <w:rPr>
          <w:rFonts w:ascii="Times New Roman" w:hAnsi="Times New Roman" w:cs="Times New Roman"/>
          <w:color w:val="auto"/>
          <w:sz w:val="28"/>
          <w:szCs w:val="28"/>
        </w:rPr>
        <w:t xml:space="preserve"> «Край родной»</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Формирование социально активной личности, обеспечение ее общекультурного, личностного и интеллектуального развития является одной из актуальных задач системы общего образования. В связи с этим первостепенное значение в современных условиях приобретает социализация обучающихся. Одной из форм социализации является гражданское и патриотическое воспитание, выраженное на современном этапе в историческом просвещении, значимый элемент которого - историческое краеведение. С учетом современных задач изучение исторических, природных особенностей родного края обладает значительным воспитательным потенциалом, связанных с формированием личности гражданина и патриота России и содействует решению задач исторического просвещения на уровне начального общего образования. В этой связи необходима разработка и внедрение курсов внеурочной деятельности историко-просветительской направленности. Одним из них является курс внеурочной деятельности «Край родной» (далее - курс).</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Изучение особенностей родного края является важным фактором становления идентичности обучающихся, понимаемой как осознание ими принадлежности к родному краю и России, к предшествующим поколениям, что вместе с изучением учебных предметов «Окружающий мир» и «Литературное чтение» способствует формированию российской идентичности.</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При разработке данной программы использовались следующие нормативные документы:</w:t>
      </w:r>
    </w:p>
    <w:p w:rsidR="003772B6" w:rsidRPr="001A456E" w:rsidRDefault="003772B6" w:rsidP="00EF687D">
      <w:pPr>
        <w:pStyle w:val="1b"/>
        <w:numPr>
          <w:ilvl w:val="0"/>
          <w:numId w:val="53"/>
        </w:numPr>
        <w:tabs>
          <w:tab w:val="left" w:pos="1109"/>
        </w:tabs>
        <w:spacing w:line="240" w:lineRule="auto"/>
        <w:ind w:firstLine="720"/>
        <w:jc w:val="both"/>
        <w:rPr>
          <w:rFonts w:cs="Times New Roman"/>
          <w:color w:val="auto"/>
          <w:sz w:val="28"/>
          <w:szCs w:val="28"/>
        </w:rPr>
      </w:pPr>
      <w:bookmarkStart w:id="17" w:name="bookmark13"/>
      <w:bookmarkEnd w:id="17"/>
      <w:r w:rsidRPr="001A456E">
        <w:rPr>
          <w:rFonts w:cs="Times New Roman"/>
          <w:color w:val="auto"/>
          <w:sz w:val="28"/>
          <w:szCs w:val="28"/>
        </w:rPr>
        <w:t>Федеральный закон «Об образовании в Российской Федерации» от 29 декабря 2012 г. № 273-ФЗ.</w:t>
      </w:r>
    </w:p>
    <w:p w:rsidR="003772B6" w:rsidRPr="001A456E" w:rsidRDefault="003772B6" w:rsidP="00EF687D">
      <w:pPr>
        <w:pStyle w:val="1b"/>
        <w:numPr>
          <w:ilvl w:val="0"/>
          <w:numId w:val="53"/>
        </w:numPr>
        <w:tabs>
          <w:tab w:val="left" w:pos="1109"/>
        </w:tabs>
        <w:spacing w:after="240" w:line="240" w:lineRule="auto"/>
        <w:ind w:firstLine="720"/>
        <w:jc w:val="both"/>
        <w:rPr>
          <w:rFonts w:cs="Times New Roman"/>
          <w:color w:val="auto"/>
          <w:sz w:val="28"/>
          <w:szCs w:val="28"/>
        </w:rPr>
      </w:pPr>
      <w:bookmarkStart w:id="18" w:name="bookmark14"/>
      <w:bookmarkEnd w:id="18"/>
      <w:r w:rsidRPr="001A456E">
        <w:rPr>
          <w:rFonts w:cs="Times New Roman"/>
          <w:color w:val="auto"/>
          <w:sz w:val="28"/>
          <w:szCs w:val="28"/>
        </w:rPr>
        <w:t>Федеральный закон от 25 июня 2002 г. № 73-ФЗ «Об объектах культурного наследия (памятниках истории и культуры) народов Российской Федерации».</w:t>
      </w:r>
    </w:p>
    <w:p w:rsidR="003772B6" w:rsidRPr="001A456E" w:rsidRDefault="003772B6" w:rsidP="00EF687D">
      <w:pPr>
        <w:pStyle w:val="1b"/>
        <w:numPr>
          <w:ilvl w:val="0"/>
          <w:numId w:val="53"/>
        </w:numPr>
        <w:tabs>
          <w:tab w:val="left" w:pos="1028"/>
        </w:tabs>
        <w:spacing w:line="240" w:lineRule="auto"/>
        <w:ind w:firstLine="740"/>
        <w:jc w:val="both"/>
        <w:rPr>
          <w:rFonts w:cs="Times New Roman"/>
          <w:color w:val="auto"/>
          <w:sz w:val="28"/>
          <w:szCs w:val="28"/>
        </w:rPr>
      </w:pPr>
      <w:bookmarkStart w:id="19" w:name="bookmark15"/>
      <w:bookmarkEnd w:id="19"/>
      <w:r w:rsidRPr="001A456E">
        <w:rPr>
          <w:rFonts w:cs="Times New Roman"/>
          <w:color w:val="auto"/>
          <w:sz w:val="28"/>
          <w:szCs w:val="28"/>
        </w:rPr>
        <w:t>Указ Президента Российской Федерации от 9 ноября 2022 г. № 809 «Об утверждении Основ государственной политики по сохранению и укреп</w:t>
      </w:r>
      <w:r w:rsidRPr="001A456E">
        <w:rPr>
          <w:rFonts w:cs="Times New Roman"/>
          <w:color w:val="auto"/>
          <w:sz w:val="28"/>
          <w:szCs w:val="28"/>
        </w:rPr>
        <w:lastRenderedPageBreak/>
        <w:t>лению традиционных российских духовно-нравственных ценностей».</w:t>
      </w:r>
    </w:p>
    <w:p w:rsidR="003772B6" w:rsidRPr="001A456E" w:rsidRDefault="003772B6" w:rsidP="00EF687D">
      <w:pPr>
        <w:pStyle w:val="1b"/>
        <w:numPr>
          <w:ilvl w:val="0"/>
          <w:numId w:val="53"/>
        </w:numPr>
        <w:tabs>
          <w:tab w:val="left" w:pos="1028"/>
        </w:tabs>
        <w:spacing w:line="240" w:lineRule="auto"/>
        <w:ind w:firstLine="740"/>
        <w:jc w:val="both"/>
        <w:rPr>
          <w:rFonts w:cs="Times New Roman"/>
          <w:color w:val="auto"/>
          <w:sz w:val="28"/>
          <w:szCs w:val="28"/>
        </w:rPr>
      </w:pPr>
      <w:bookmarkStart w:id="20" w:name="bookmark16"/>
      <w:bookmarkEnd w:id="20"/>
      <w:r w:rsidRPr="001A456E">
        <w:rPr>
          <w:rFonts w:cs="Times New Roman"/>
          <w:color w:val="auto"/>
          <w:sz w:val="28"/>
          <w:szCs w:val="28"/>
        </w:rPr>
        <w:t>Указ Президента Российской Федерации от 8 мая 2024 г. № 314 «Об утверждении Основ государственной политики Российской Федерации в области исторического просвещения».</w:t>
      </w:r>
    </w:p>
    <w:p w:rsidR="003772B6" w:rsidRPr="001A456E" w:rsidRDefault="003772B6" w:rsidP="00EF687D">
      <w:pPr>
        <w:pStyle w:val="1b"/>
        <w:numPr>
          <w:ilvl w:val="0"/>
          <w:numId w:val="53"/>
        </w:numPr>
        <w:tabs>
          <w:tab w:val="left" w:pos="1033"/>
        </w:tabs>
        <w:spacing w:line="240" w:lineRule="auto"/>
        <w:ind w:firstLine="740"/>
        <w:jc w:val="both"/>
        <w:rPr>
          <w:rFonts w:cs="Times New Roman"/>
          <w:color w:val="auto"/>
          <w:sz w:val="28"/>
          <w:szCs w:val="28"/>
        </w:rPr>
      </w:pPr>
      <w:bookmarkStart w:id="21" w:name="bookmark17"/>
      <w:bookmarkEnd w:id="21"/>
      <w:r w:rsidRPr="001A456E">
        <w:rPr>
          <w:rFonts w:cs="Times New Roman"/>
          <w:color w:val="auto"/>
          <w:sz w:val="28"/>
          <w:szCs w:val="28"/>
        </w:rPr>
        <w:t>Указ Президента Российской Федерации от 11 июля 2025 г. № 474 «Об утверждении Основ государственной языковой политики Российской Федерации».</w:t>
      </w:r>
    </w:p>
    <w:p w:rsidR="003772B6" w:rsidRPr="001A456E" w:rsidRDefault="003772B6" w:rsidP="00EF687D">
      <w:pPr>
        <w:pStyle w:val="1b"/>
        <w:numPr>
          <w:ilvl w:val="0"/>
          <w:numId w:val="53"/>
        </w:numPr>
        <w:tabs>
          <w:tab w:val="left" w:pos="1033"/>
        </w:tabs>
        <w:spacing w:line="240" w:lineRule="auto"/>
        <w:ind w:firstLine="740"/>
        <w:jc w:val="both"/>
        <w:rPr>
          <w:rFonts w:cs="Times New Roman"/>
          <w:color w:val="auto"/>
          <w:sz w:val="28"/>
          <w:szCs w:val="28"/>
        </w:rPr>
      </w:pPr>
      <w:bookmarkStart w:id="22" w:name="bookmark18"/>
      <w:bookmarkEnd w:id="22"/>
      <w:r w:rsidRPr="001A456E">
        <w:rPr>
          <w:rFonts w:cs="Times New Roman"/>
          <w:color w:val="auto"/>
          <w:sz w:val="28"/>
          <w:szCs w:val="28"/>
        </w:rPr>
        <w:t>Приказ Министерства просвещения Российской Федерации от 31 мая 2021 г. № 286 «Об утверждении федерального государственного образовательного стандарта начального общего образования».</w:t>
      </w:r>
    </w:p>
    <w:p w:rsidR="003772B6" w:rsidRPr="001A456E" w:rsidRDefault="003772B6" w:rsidP="00EF687D">
      <w:pPr>
        <w:pStyle w:val="1b"/>
        <w:numPr>
          <w:ilvl w:val="0"/>
          <w:numId w:val="53"/>
        </w:numPr>
        <w:tabs>
          <w:tab w:val="left" w:pos="1033"/>
        </w:tabs>
        <w:spacing w:line="240" w:lineRule="auto"/>
        <w:ind w:firstLine="740"/>
        <w:jc w:val="both"/>
        <w:rPr>
          <w:rFonts w:cs="Times New Roman"/>
          <w:color w:val="auto"/>
          <w:sz w:val="28"/>
          <w:szCs w:val="28"/>
        </w:rPr>
      </w:pPr>
      <w:bookmarkStart w:id="23" w:name="bookmark19"/>
      <w:bookmarkEnd w:id="23"/>
      <w:r w:rsidRPr="001A456E">
        <w:rPr>
          <w:rFonts w:cs="Times New Roman"/>
          <w:color w:val="auto"/>
          <w:sz w:val="28"/>
          <w:szCs w:val="28"/>
        </w:rPr>
        <w:t>Приказ Министерства просвещения Российской Федерации от 18 мая 2023 г. № 372 «Об утверждении федеральной образовательной программы начального общего образования».</w:t>
      </w:r>
    </w:p>
    <w:p w:rsidR="003772B6" w:rsidRPr="001A456E" w:rsidRDefault="003772B6" w:rsidP="003772B6">
      <w:pPr>
        <w:pStyle w:val="1b"/>
        <w:spacing w:line="240" w:lineRule="auto"/>
        <w:ind w:firstLine="740"/>
        <w:jc w:val="both"/>
        <w:rPr>
          <w:rFonts w:cs="Times New Roman"/>
          <w:color w:val="auto"/>
          <w:sz w:val="28"/>
          <w:szCs w:val="28"/>
        </w:rPr>
      </w:pPr>
      <w:r w:rsidRPr="001A456E">
        <w:rPr>
          <w:rFonts w:cs="Times New Roman"/>
          <w:b/>
          <w:bCs/>
          <w:i/>
          <w:iCs/>
          <w:color w:val="auto"/>
          <w:sz w:val="28"/>
          <w:szCs w:val="28"/>
        </w:rPr>
        <w:t>Цель</w:t>
      </w:r>
      <w:r w:rsidRPr="001A456E">
        <w:rPr>
          <w:rFonts w:cs="Times New Roman"/>
          <w:color w:val="auto"/>
          <w:sz w:val="28"/>
          <w:szCs w:val="28"/>
        </w:rPr>
        <w:t xml:space="preserve"> курса внеурочной деятельности «Край родной»: формирование систематических знаний по истории, природным и культурным особенностям, социально-экономическому положению родного края (субъекта Российской Федерации) как неотъемлемой части истории Отечества, воспитание у младших школьников традиционных российских духовно-нравственных ценностей, уважения к истории, культуре, традициям родного края, формирование региональной и российской гражданской идентичности обучающихся на уровне начального общего образования.</w:t>
      </w:r>
    </w:p>
    <w:p w:rsidR="003772B6" w:rsidRPr="001A456E" w:rsidRDefault="003772B6" w:rsidP="003772B6">
      <w:pPr>
        <w:pStyle w:val="1b"/>
        <w:spacing w:line="240" w:lineRule="auto"/>
        <w:ind w:firstLine="740"/>
        <w:jc w:val="both"/>
        <w:rPr>
          <w:rFonts w:cs="Times New Roman"/>
          <w:color w:val="auto"/>
          <w:sz w:val="28"/>
          <w:szCs w:val="28"/>
        </w:rPr>
      </w:pPr>
      <w:r w:rsidRPr="001A456E">
        <w:rPr>
          <w:rFonts w:cs="Times New Roman"/>
          <w:color w:val="auto"/>
          <w:sz w:val="28"/>
          <w:szCs w:val="28"/>
        </w:rPr>
        <w:t>В рамках курса решаются следующие задачи:</w:t>
      </w:r>
    </w:p>
    <w:p w:rsidR="003772B6" w:rsidRPr="001A456E" w:rsidRDefault="003772B6" w:rsidP="00EF687D">
      <w:pPr>
        <w:pStyle w:val="1b"/>
        <w:numPr>
          <w:ilvl w:val="0"/>
          <w:numId w:val="54"/>
        </w:numPr>
        <w:tabs>
          <w:tab w:val="left" w:pos="1024"/>
        </w:tabs>
        <w:spacing w:line="240" w:lineRule="auto"/>
        <w:ind w:firstLine="740"/>
        <w:jc w:val="both"/>
        <w:rPr>
          <w:rFonts w:cs="Times New Roman"/>
          <w:color w:val="auto"/>
          <w:sz w:val="28"/>
          <w:szCs w:val="28"/>
        </w:rPr>
      </w:pPr>
      <w:bookmarkStart w:id="24" w:name="bookmark20"/>
      <w:bookmarkEnd w:id="24"/>
      <w:r w:rsidRPr="001A456E">
        <w:rPr>
          <w:rFonts w:cs="Times New Roman"/>
          <w:color w:val="auto"/>
          <w:sz w:val="28"/>
          <w:szCs w:val="28"/>
        </w:rPr>
        <w:t>познакомить обучающихся с особенностями развития родного края;</w:t>
      </w:r>
    </w:p>
    <w:p w:rsidR="003772B6" w:rsidRPr="001A456E" w:rsidRDefault="003772B6" w:rsidP="00EF687D">
      <w:pPr>
        <w:pStyle w:val="1b"/>
        <w:numPr>
          <w:ilvl w:val="0"/>
          <w:numId w:val="54"/>
        </w:numPr>
        <w:tabs>
          <w:tab w:val="left" w:pos="994"/>
        </w:tabs>
        <w:spacing w:line="240" w:lineRule="auto"/>
        <w:ind w:firstLine="740"/>
        <w:jc w:val="both"/>
        <w:rPr>
          <w:rFonts w:cs="Times New Roman"/>
          <w:color w:val="auto"/>
          <w:sz w:val="28"/>
          <w:szCs w:val="28"/>
        </w:rPr>
      </w:pPr>
      <w:bookmarkStart w:id="25" w:name="bookmark21"/>
      <w:bookmarkEnd w:id="25"/>
      <w:r w:rsidRPr="001A456E">
        <w:rPr>
          <w:rFonts w:cs="Times New Roman"/>
          <w:color w:val="auto"/>
          <w:sz w:val="28"/>
          <w:szCs w:val="28"/>
        </w:rPr>
        <w:t>способствовать развитию и воспитанию личности младших школьников, способных к осмыслению исторического опыта своей малой родины;</w:t>
      </w:r>
    </w:p>
    <w:p w:rsidR="003772B6" w:rsidRPr="001A456E" w:rsidRDefault="003772B6" w:rsidP="00EF687D">
      <w:pPr>
        <w:pStyle w:val="1b"/>
        <w:numPr>
          <w:ilvl w:val="0"/>
          <w:numId w:val="54"/>
        </w:numPr>
        <w:tabs>
          <w:tab w:val="left" w:pos="994"/>
        </w:tabs>
        <w:spacing w:line="240" w:lineRule="auto"/>
        <w:ind w:firstLine="740"/>
        <w:jc w:val="both"/>
        <w:rPr>
          <w:rFonts w:cs="Times New Roman"/>
          <w:color w:val="auto"/>
          <w:sz w:val="28"/>
          <w:szCs w:val="28"/>
        </w:rPr>
      </w:pPr>
      <w:bookmarkStart w:id="26" w:name="bookmark22"/>
      <w:bookmarkEnd w:id="26"/>
      <w:r w:rsidRPr="001A456E">
        <w:rPr>
          <w:rFonts w:cs="Times New Roman"/>
          <w:color w:val="auto"/>
          <w:sz w:val="28"/>
          <w:szCs w:val="28"/>
        </w:rPr>
        <w:t>содействовать формированию познавательного интереса младших школьников к истории и культуре родного края, материальным объектам, представляющим малую родину;</w:t>
      </w:r>
    </w:p>
    <w:p w:rsidR="003772B6" w:rsidRPr="001A456E" w:rsidRDefault="003772B6" w:rsidP="00EF687D">
      <w:pPr>
        <w:pStyle w:val="1b"/>
        <w:numPr>
          <w:ilvl w:val="0"/>
          <w:numId w:val="54"/>
        </w:numPr>
        <w:tabs>
          <w:tab w:val="left" w:pos="985"/>
        </w:tabs>
        <w:spacing w:line="240" w:lineRule="auto"/>
        <w:ind w:firstLine="720"/>
        <w:jc w:val="both"/>
        <w:rPr>
          <w:rFonts w:cs="Times New Roman"/>
          <w:color w:val="auto"/>
          <w:sz w:val="28"/>
          <w:szCs w:val="28"/>
        </w:rPr>
      </w:pPr>
      <w:bookmarkStart w:id="27" w:name="bookmark23"/>
      <w:bookmarkEnd w:id="27"/>
      <w:r w:rsidRPr="001A456E">
        <w:rPr>
          <w:rFonts w:cs="Times New Roman"/>
          <w:color w:val="auto"/>
          <w:sz w:val="28"/>
          <w:szCs w:val="28"/>
        </w:rPr>
        <w:t>формировать умения самостоятельно анализировать и оценивать различные события и явления, аргументировать свои суждения и обобщать свои выводы, опираясь на материалы, полученные в ходе изучения родного края;</w:t>
      </w:r>
    </w:p>
    <w:p w:rsidR="003772B6" w:rsidRPr="001A456E" w:rsidRDefault="003772B6" w:rsidP="00EF687D">
      <w:pPr>
        <w:pStyle w:val="1b"/>
        <w:numPr>
          <w:ilvl w:val="0"/>
          <w:numId w:val="54"/>
        </w:numPr>
        <w:tabs>
          <w:tab w:val="left" w:pos="985"/>
        </w:tabs>
        <w:spacing w:line="240" w:lineRule="auto"/>
        <w:ind w:firstLine="720"/>
        <w:jc w:val="both"/>
        <w:rPr>
          <w:rFonts w:cs="Times New Roman"/>
          <w:color w:val="auto"/>
          <w:sz w:val="28"/>
          <w:szCs w:val="28"/>
        </w:rPr>
      </w:pPr>
      <w:bookmarkStart w:id="28" w:name="bookmark24"/>
      <w:bookmarkEnd w:id="28"/>
      <w:r w:rsidRPr="001A456E">
        <w:rPr>
          <w:rFonts w:cs="Times New Roman"/>
          <w:color w:val="auto"/>
          <w:sz w:val="28"/>
          <w:szCs w:val="28"/>
        </w:rPr>
        <w:t>создавать условия для приобретения опыта проектно-исследовательской деятельности, активного участия в деятельности школьных музеев, в разнообразных историко-краеведческих проектах.</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Курс имеет историко-просветительский характер и ориентирован на сохранение исторической памяти, понимание общности исторических судеб различных народов и регионов России, формирование у обучающихся младшего школьного возраста личностной позиции по отношению к прошлому и настоящему своей страны.</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Программа курса внеурочной деятельности «Край родной» задает общие тематические блоки (разделы), которые реализуются с использованием фактического материала в каждом субъекте Российской Федерации. Программа каждого года обучения имеет свой ведущий раздел, на изучение которого отводится больше времени. Название блоков программы единое с 1 -</w:t>
      </w:r>
      <w:r w:rsidRPr="001A456E">
        <w:rPr>
          <w:rFonts w:cs="Times New Roman"/>
          <w:color w:val="auto"/>
          <w:sz w:val="28"/>
          <w:szCs w:val="28"/>
        </w:rPr>
        <w:lastRenderedPageBreak/>
        <w:t>го по 4-й класс, но в каждый из них вкладывается расширяющая/углубляющая информация по ранее изученным темам. Наряду с выделенными темами в программе присутствуют сквозные линии, которые делают содержание курса личностно значимым для обучающихся на уровне начального общего образования: семья, дом, профессия.</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Важным условием реализации курса является его практико</w:t>
      </w:r>
      <w:r w:rsidRPr="001A456E">
        <w:rPr>
          <w:rFonts w:cs="Times New Roman"/>
          <w:color w:val="auto"/>
          <w:sz w:val="28"/>
          <w:szCs w:val="28"/>
        </w:rPr>
        <w:softHyphen/>
        <w:t>ориентированная направленность, которая представлена наличием специального раздела «Творческая мастерская». В ее рамках обучающиеся создают своими руками уникальный продукт (поделки, объемные макеты и т. п. в различных прикладных техниках), который затем объединяют в коллективные тематические панорамы родного края.</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Для достижения результатов освоения курса «Край родной», обозначенных в программе, необходимы разработка или наличие цифрового обучающего контента, соответствующего возрастным особенностям обучающихся, для сопровождения изучения содержания и выполнения практических работ.</w:t>
      </w:r>
    </w:p>
    <w:p w:rsidR="003772B6" w:rsidRPr="001A456E" w:rsidRDefault="003772B6" w:rsidP="003772B6">
      <w:pPr>
        <w:pStyle w:val="1b"/>
        <w:spacing w:line="240" w:lineRule="auto"/>
        <w:ind w:firstLine="580"/>
        <w:jc w:val="both"/>
        <w:rPr>
          <w:rFonts w:cs="Times New Roman"/>
          <w:color w:val="auto"/>
          <w:sz w:val="28"/>
          <w:szCs w:val="28"/>
        </w:rPr>
      </w:pPr>
      <w:r w:rsidRPr="001A456E">
        <w:rPr>
          <w:rFonts w:cs="Times New Roman"/>
          <w:b/>
          <w:bCs/>
          <w:i/>
          <w:iCs/>
          <w:color w:val="auto"/>
          <w:sz w:val="28"/>
          <w:szCs w:val="28"/>
        </w:rPr>
        <w:t>Организация курса внеурочной деятельности «Край родной»</w:t>
      </w:r>
    </w:p>
    <w:p w:rsidR="003772B6" w:rsidRPr="001A456E" w:rsidRDefault="003772B6" w:rsidP="003772B6">
      <w:pPr>
        <w:pStyle w:val="1b"/>
        <w:spacing w:line="240" w:lineRule="auto"/>
        <w:ind w:firstLine="580"/>
        <w:jc w:val="both"/>
        <w:rPr>
          <w:rFonts w:cs="Times New Roman"/>
          <w:color w:val="auto"/>
          <w:sz w:val="28"/>
          <w:szCs w:val="28"/>
        </w:rPr>
      </w:pPr>
      <w:r w:rsidRPr="001A456E">
        <w:rPr>
          <w:rFonts w:cs="Times New Roman"/>
          <w:color w:val="auto"/>
          <w:sz w:val="28"/>
          <w:szCs w:val="28"/>
        </w:rPr>
        <w:t>Курс разработан для обучающихся с 1-го по 4-й класс. В 1-м классе на изучение программы курса выделяется 33 часа, а во 2-3 классе 17 часов, в   4-й классах - по 8,5 часа соответственно для каждого учебного года.</w:t>
      </w:r>
    </w:p>
    <w:p w:rsidR="003772B6" w:rsidRPr="001A456E" w:rsidRDefault="003772B6" w:rsidP="003772B6">
      <w:pPr>
        <w:pStyle w:val="1b"/>
        <w:spacing w:after="480" w:line="240" w:lineRule="auto"/>
        <w:ind w:firstLine="580"/>
        <w:jc w:val="both"/>
        <w:rPr>
          <w:rFonts w:cs="Times New Roman"/>
          <w:color w:val="auto"/>
          <w:sz w:val="28"/>
          <w:szCs w:val="28"/>
        </w:rPr>
      </w:pPr>
      <w:r w:rsidRPr="001A456E">
        <w:rPr>
          <w:rFonts w:cs="Times New Roman"/>
          <w:color w:val="auto"/>
          <w:sz w:val="28"/>
          <w:szCs w:val="28"/>
        </w:rPr>
        <w:t>Содержание программы «Край родной» раскрывает следующие направления изучения родного края: «Россия и родной край», «Природа родного края», «Традиции народов родного края», «Родной край в истории России», «Родной край сегодня» и является содержательным и методическим ориентиром для составления педагогами рабочих программ и их реализации во внеурочной деятельности. Предложенные в программе элементы содержания и алгоритм деятельности обучающихся могут быть конкретизированы (детализированы или обобщены) с учетом особенностей региона, класса, условий школьной информационно-образовательной среды и возможностей доступа к работе с краеведческими материалами. Учитель может вносить коррективы в содержание курса, тематическое планирование и изменять часы на изучение предложенных разделов с учетом объема исторических представлений, которые есть у детей, а также их интереса к истории России и родного края.</w:t>
      </w:r>
    </w:p>
    <w:p w:rsidR="003772B6" w:rsidRPr="001A456E" w:rsidRDefault="003772B6" w:rsidP="003772B6">
      <w:pPr>
        <w:pStyle w:val="36"/>
        <w:keepNext/>
        <w:keepLines/>
        <w:spacing w:line="240" w:lineRule="auto"/>
        <w:ind w:firstLine="0"/>
        <w:jc w:val="center"/>
        <w:rPr>
          <w:rFonts w:ascii="Times New Roman" w:hAnsi="Times New Roman" w:cs="Times New Roman"/>
          <w:color w:val="auto"/>
          <w:sz w:val="28"/>
          <w:szCs w:val="28"/>
        </w:rPr>
      </w:pPr>
      <w:bookmarkStart w:id="29" w:name="bookmark25"/>
      <w:bookmarkStart w:id="30" w:name="bookmark26"/>
      <w:bookmarkStart w:id="31" w:name="bookmark27"/>
      <w:r w:rsidRPr="001A456E">
        <w:rPr>
          <w:rFonts w:ascii="Times New Roman" w:hAnsi="Times New Roman" w:cs="Times New Roman"/>
          <w:color w:val="auto"/>
          <w:sz w:val="28"/>
          <w:szCs w:val="28"/>
        </w:rPr>
        <w:t>Формы проведения занятий</w:t>
      </w:r>
      <w:bookmarkEnd w:id="29"/>
      <w:bookmarkEnd w:id="30"/>
      <w:bookmarkEnd w:id="31"/>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Программа курса реализуется с использованием интерактивных форм обучения, отличающихся от традиционных уроков. Они направлены на повышение интереса у школьников, стимулирование их активности и самостоятельности, вовлечение в исследовательские и проектные задачи, а также сочетание индивидуальной и групповой работы.</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Успешность реализации курса внеурочной деятельности обеспечивается разнообразием организационных форм, таких как дидактические игры, пресс- конференции, тематические праздники, образовательные марафоны, фестивали, экскурсии, театрализованные постановки, встречи для детей и их семей.</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lastRenderedPageBreak/>
        <w:t>Особенностью данного курса является создание поделок в традиционных для изучаемого региона техниках, групповых и коллективных панорам. Творческие результаты могут быть представлены на региональных и всероссийских конкурсах.</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Такие подходы отвечают психологическим особенностям и интересам младших школьников, гибкая структура занятий способствует повышению познавательной мотивации как у учеников, так и у педагогов.</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Участие обучающихся во внеурочной деятельности по предлагаемому курсу способствует решению задач исторического просвещения, развитию способности к постановке и достижению познавательных целей. Все это в совокупности делает значительный вклад в нравственное и социальное становление личности.</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Основные формы проведения занятий (по всем тематическим разделам):</w:t>
      </w:r>
    </w:p>
    <w:p w:rsidR="003772B6" w:rsidRPr="001A456E" w:rsidRDefault="003772B6" w:rsidP="00EF687D">
      <w:pPr>
        <w:pStyle w:val="1b"/>
        <w:numPr>
          <w:ilvl w:val="0"/>
          <w:numId w:val="54"/>
        </w:numPr>
        <w:tabs>
          <w:tab w:val="left" w:pos="967"/>
        </w:tabs>
        <w:spacing w:line="240" w:lineRule="auto"/>
        <w:ind w:firstLine="720"/>
        <w:jc w:val="both"/>
        <w:rPr>
          <w:rFonts w:cs="Times New Roman"/>
          <w:color w:val="auto"/>
          <w:sz w:val="28"/>
          <w:szCs w:val="28"/>
        </w:rPr>
      </w:pPr>
      <w:bookmarkStart w:id="32" w:name="bookmark28"/>
      <w:bookmarkEnd w:id="32"/>
      <w:r w:rsidRPr="001A456E">
        <w:rPr>
          <w:rFonts w:cs="Times New Roman"/>
          <w:color w:val="auto"/>
          <w:sz w:val="28"/>
          <w:szCs w:val="28"/>
        </w:rPr>
        <w:t>беседа, дискуссия, в т.ч. групповые и коллективные;</w:t>
      </w:r>
    </w:p>
    <w:p w:rsidR="003772B6" w:rsidRPr="001A456E" w:rsidRDefault="003772B6" w:rsidP="00EF687D">
      <w:pPr>
        <w:pStyle w:val="1b"/>
        <w:numPr>
          <w:ilvl w:val="0"/>
          <w:numId w:val="54"/>
        </w:numPr>
        <w:tabs>
          <w:tab w:val="left" w:pos="957"/>
        </w:tabs>
        <w:spacing w:line="240" w:lineRule="auto"/>
        <w:ind w:firstLine="720"/>
        <w:jc w:val="both"/>
        <w:rPr>
          <w:rFonts w:cs="Times New Roman"/>
          <w:color w:val="auto"/>
          <w:sz w:val="28"/>
          <w:szCs w:val="28"/>
        </w:rPr>
      </w:pPr>
      <w:bookmarkStart w:id="33" w:name="bookmark29"/>
      <w:bookmarkEnd w:id="33"/>
      <w:r w:rsidRPr="001A456E">
        <w:rPr>
          <w:rFonts w:cs="Times New Roman"/>
          <w:color w:val="auto"/>
          <w:sz w:val="28"/>
          <w:szCs w:val="28"/>
        </w:rPr>
        <w:t>работа с наглядными пособиями, чтение текстов, обсуждение иллюстраций, ответы на вопросы, выполнение заданий, в т.ч. в рабочих тетрадях;</w:t>
      </w:r>
    </w:p>
    <w:p w:rsidR="003772B6" w:rsidRPr="001A456E" w:rsidRDefault="003772B6" w:rsidP="00EF687D">
      <w:pPr>
        <w:pStyle w:val="1b"/>
        <w:numPr>
          <w:ilvl w:val="0"/>
          <w:numId w:val="54"/>
        </w:numPr>
        <w:tabs>
          <w:tab w:val="left" w:pos="957"/>
        </w:tabs>
        <w:spacing w:line="240" w:lineRule="auto"/>
        <w:ind w:firstLine="720"/>
        <w:jc w:val="both"/>
        <w:rPr>
          <w:rFonts w:cs="Times New Roman"/>
          <w:color w:val="auto"/>
          <w:sz w:val="28"/>
          <w:szCs w:val="28"/>
        </w:rPr>
      </w:pPr>
      <w:bookmarkStart w:id="34" w:name="bookmark30"/>
      <w:bookmarkEnd w:id="34"/>
      <w:r w:rsidRPr="001A456E">
        <w:rPr>
          <w:rFonts w:cs="Times New Roman"/>
          <w:color w:val="auto"/>
          <w:sz w:val="28"/>
          <w:szCs w:val="28"/>
        </w:rPr>
        <w:t>игровая деятельность, групповые дидактические речевые и познавательные игры;</w:t>
      </w:r>
    </w:p>
    <w:p w:rsidR="003772B6" w:rsidRPr="001A456E" w:rsidRDefault="003772B6" w:rsidP="00EF687D">
      <w:pPr>
        <w:pStyle w:val="1b"/>
        <w:numPr>
          <w:ilvl w:val="0"/>
          <w:numId w:val="54"/>
        </w:numPr>
        <w:tabs>
          <w:tab w:val="left" w:pos="957"/>
        </w:tabs>
        <w:spacing w:line="240" w:lineRule="auto"/>
        <w:ind w:firstLine="720"/>
        <w:jc w:val="both"/>
        <w:rPr>
          <w:rFonts w:cs="Times New Roman"/>
          <w:color w:val="auto"/>
          <w:sz w:val="28"/>
          <w:szCs w:val="28"/>
        </w:rPr>
      </w:pPr>
      <w:bookmarkStart w:id="35" w:name="bookmark31"/>
      <w:bookmarkEnd w:id="35"/>
      <w:r w:rsidRPr="001A456E">
        <w:rPr>
          <w:rFonts w:cs="Times New Roman"/>
          <w:color w:val="auto"/>
          <w:sz w:val="28"/>
          <w:szCs w:val="28"/>
        </w:rPr>
        <w:t>проектная деятельность, создание поделок в различных техниках, групповых и коллективных панорам в различных техниках, в т.ч. с привлечением семьи;</w:t>
      </w:r>
    </w:p>
    <w:p w:rsidR="003772B6" w:rsidRPr="001A456E" w:rsidRDefault="003772B6" w:rsidP="00EF687D">
      <w:pPr>
        <w:pStyle w:val="1b"/>
        <w:numPr>
          <w:ilvl w:val="0"/>
          <w:numId w:val="54"/>
        </w:numPr>
        <w:tabs>
          <w:tab w:val="left" w:pos="967"/>
        </w:tabs>
        <w:spacing w:line="240" w:lineRule="auto"/>
        <w:ind w:firstLine="720"/>
        <w:jc w:val="both"/>
        <w:rPr>
          <w:rFonts w:cs="Times New Roman"/>
          <w:color w:val="auto"/>
          <w:sz w:val="28"/>
          <w:szCs w:val="28"/>
        </w:rPr>
      </w:pPr>
      <w:bookmarkStart w:id="36" w:name="bookmark32"/>
      <w:bookmarkEnd w:id="36"/>
      <w:r w:rsidRPr="001A456E">
        <w:rPr>
          <w:rFonts w:cs="Times New Roman"/>
          <w:color w:val="auto"/>
          <w:sz w:val="28"/>
          <w:szCs w:val="28"/>
        </w:rPr>
        <w:t>экскурсии, в том числе виртуальные;</w:t>
      </w:r>
    </w:p>
    <w:p w:rsidR="003772B6" w:rsidRPr="001A456E" w:rsidRDefault="003772B6" w:rsidP="00EF687D">
      <w:pPr>
        <w:pStyle w:val="1b"/>
        <w:numPr>
          <w:ilvl w:val="0"/>
          <w:numId w:val="54"/>
        </w:numPr>
        <w:tabs>
          <w:tab w:val="left" w:pos="962"/>
        </w:tabs>
        <w:spacing w:line="240" w:lineRule="auto"/>
        <w:ind w:firstLine="720"/>
        <w:jc w:val="both"/>
        <w:rPr>
          <w:rFonts w:cs="Times New Roman"/>
          <w:color w:val="auto"/>
          <w:sz w:val="28"/>
          <w:szCs w:val="28"/>
        </w:rPr>
      </w:pPr>
      <w:bookmarkStart w:id="37" w:name="bookmark33"/>
      <w:bookmarkEnd w:id="37"/>
      <w:r w:rsidRPr="001A456E">
        <w:rPr>
          <w:rFonts w:cs="Times New Roman"/>
          <w:color w:val="auto"/>
          <w:sz w:val="28"/>
          <w:szCs w:val="28"/>
        </w:rPr>
        <w:t>интерактивные занятия с использованием электронных форматов учебных пособий;</w:t>
      </w:r>
    </w:p>
    <w:p w:rsidR="003772B6" w:rsidRPr="001A456E" w:rsidRDefault="003772B6" w:rsidP="00EF687D">
      <w:pPr>
        <w:pStyle w:val="1b"/>
        <w:numPr>
          <w:ilvl w:val="0"/>
          <w:numId w:val="54"/>
        </w:numPr>
        <w:tabs>
          <w:tab w:val="left" w:pos="957"/>
        </w:tabs>
        <w:spacing w:line="240" w:lineRule="auto"/>
        <w:ind w:firstLine="720"/>
        <w:jc w:val="both"/>
        <w:rPr>
          <w:rFonts w:cs="Times New Roman"/>
          <w:color w:val="auto"/>
          <w:sz w:val="28"/>
          <w:szCs w:val="28"/>
        </w:rPr>
      </w:pPr>
      <w:bookmarkStart w:id="38" w:name="bookmark34"/>
      <w:bookmarkEnd w:id="38"/>
      <w:r w:rsidRPr="001A456E">
        <w:rPr>
          <w:rFonts w:cs="Times New Roman"/>
          <w:color w:val="auto"/>
          <w:sz w:val="28"/>
          <w:szCs w:val="28"/>
        </w:rPr>
        <w:t>участие в региональных и всероссийских конкурсах, в том числе групповое или коллективное;</w:t>
      </w:r>
    </w:p>
    <w:p w:rsidR="003772B6" w:rsidRPr="001A456E" w:rsidRDefault="003772B6" w:rsidP="00EF687D">
      <w:pPr>
        <w:pStyle w:val="1b"/>
        <w:numPr>
          <w:ilvl w:val="0"/>
          <w:numId w:val="54"/>
        </w:numPr>
        <w:tabs>
          <w:tab w:val="left" w:pos="967"/>
        </w:tabs>
        <w:spacing w:line="240" w:lineRule="auto"/>
        <w:ind w:firstLine="720"/>
        <w:jc w:val="both"/>
        <w:rPr>
          <w:rFonts w:cs="Times New Roman"/>
          <w:color w:val="auto"/>
          <w:sz w:val="28"/>
          <w:szCs w:val="28"/>
        </w:rPr>
      </w:pPr>
      <w:bookmarkStart w:id="39" w:name="bookmark35"/>
      <w:bookmarkEnd w:id="39"/>
      <w:r w:rsidRPr="001A456E">
        <w:rPr>
          <w:rFonts w:cs="Times New Roman"/>
          <w:color w:val="auto"/>
          <w:sz w:val="28"/>
          <w:szCs w:val="28"/>
        </w:rPr>
        <w:t>участие в региональных и общероссийских фестивалях.</w:t>
      </w:r>
    </w:p>
    <w:p w:rsidR="003772B6" w:rsidRPr="001A456E" w:rsidRDefault="003772B6" w:rsidP="003772B6">
      <w:pPr>
        <w:pStyle w:val="1b"/>
        <w:spacing w:after="160" w:line="240" w:lineRule="auto"/>
        <w:ind w:firstLine="0"/>
        <w:jc w:val="both"/>
        <w:rPr>
          <w:rFonts w:cs="Times New Roman"/>
          <w:color w:val="auto"/>
          <w:sz w:val="28"/>
          <w:szCs w:val="28"/>
        </w:rPr>
      </w:pPr>
      <w:r w:rsidRPr="001A456E">
        <w:rPr>
          <w:rFonts w:cs="Times New Roman"/>
          <w:b/>
          <w:bCs/>
          <w:color w:val="auto"/>
          <w:sz w:val="28"/>
          <w:szCs w:val="28"/>
        </w:rPr>
        <w:t>Содержание обучения</w:t>
      </w:r>
    </w:p>
    <w:p w:rsidR="003772B6" w:rsidRPr="001A456E" w:rsidRDefault="003772B6" w:rsidP="003772B6">
      <w:pPr>
        <w:pStyle w:val="1b"/>
        <w:spacing w:line="240" w:lineRule="auto"/>
        <w:ind w:firstLine="0"/>
        <w:rPr>
          <w:rFonts w:cs="Times New Roman"/>
          <w:color w:val="auto"/>
          <w:sz w:val="28"/>
          <w:szCs w:val="28"/>
        </w:rPr>
      </w:pPr>
      <w:bookmarkStart w:id="40" w:name="bookmark36"/>
      <w:bookmarkEnd w:id="40"/>
      <w:r w:rsidRPr="001A456E">
        <w:rPr>
          <w:rFonts w:cs="Times New Roman"/>
          <w:b/>
          <w:bCs/>
          <w:i/>
          <w:iCs/>
          <w:color w:val="auto"/>
          <w:sz w:val="28"/>
          <w:szCs w:val="28"/>
        </w:rPr>
        <w:t>1-й класс</w:t>
      </w:r>
    </w:p>
    <w:p w:rsidR="003772B6" w:rsidRPr="001A456E" w:rsidRDefault="003772B6" w:rsidP="003772B6">
      <w:pPr>
        <w:pStyle w:val="1b"/>
        <w:spacing w:line="240" w:lineRule="auto"/>
        <w:ind w:firstLine="720"/>
        <w:jc w:val="both"/>
        <w:rPr>
          <w:rFonts w:cs="Times New Roman"/>
          <w:b/>
          <w:bCs/>
          <w:i/>
          <w:iCs/>
          <w:color w:val="auto"/>
          <w:sz w:val="28"/>
          <w:szCs w:val="28"/>
        </w:rPr>
      </w:pPr>
      <w:r w:rsidRPr="001A456E">
        <w:rPr>
          <w:rFonts w:cs="Times New Roman"/>
          <w:b/>
          <w:bCs/>
          <w:i/>
          <w:iCs/>
          <w:color w:val="auto"/>
          <w:sz w:val="28"/>
          <w:szCs w:val="28"/>
        </w:rPr>
        <w:t xml:space="preserve">Раздел 1. Россия и родной край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Россия - наша Родина. Государственные символы России. Герб и флаг региона. Общие сведения о родном крае, его столица. Малые города родного края. Название своего населенного пункта (города, села), региона. Ценность и красота рукотворного мира. Моя семья.</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Раздел 2. Природа родного края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Природа родного края. Растительный мир. Растения ближайшего окружения (узнавание, называние, краткое описание). Мир животных. Разные группы животных (звери, насекомые, птицы, рыбы и др.) родного края (общее представление). Сезонные изменения в природе. Наблюдение за погодой своего края. Взаимосвязи между человеком и природой. Правила нравственного и безопасного поведения в природе.</w:t>
      </w:r>
    </w:p>
    <w:p w:rsidR="003772B6" w:rsidRPr="001A456E" w:rsidRDefault="003772B6" w:rsidP="003772B6">
      <w:pPr>
        <w:pStyle w:val="1b"/>
        <w:spacing w:line="240" w:lineRule="auto"/>
        <w:ind w:firstLine="720"/>
        <w:jc w:val="both"/>
        <w:rPr>
          <w:rFonts w:cs="Times New Roman"/>
          <w:b/>
          <w:bCs/>
          <w:i/>
          <w:iCs/>
          <w:color w:val="auto"/>
          <w:sz w:val="28"/>
          <w:szCs w:val="28"/>
        </w:rPr>
      </w:pPr>
      <w:r w:rsidRPr="001A456E">
        <w:rPr>
          <w:rFonts w:cs="Times New Roman"/>
          <w:b/>
          <w:bCs/>
          <w:i/>
          <w:iCs/>
          <w:color w:val="auto"/>
          <w:sz w:val="28"/>
          <w:szCs w:val="28"/>
        </w:rPr>
        <w:t xml:space="preserve">Раздел 3. Традиции народов родного края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Единство народов России. Народы края. Традиционные жилища и по</w:t>
      </w:r>
      <w:r w:rsidRPr="001A456E">
        <w:rPr>
          <w:rFonts w:cs="Times New Roman"/>
          <w:color w:val="auto"/>
          <w:sz w:val="28"/>
          <w:szCs w:val="28"/>
        </w:rPr>
        <w:lastRenderedPageBreak/>
        <w:t>стройки. Особенности быта. Промыслы и ремесла. Знакомство с малыми жанрами устного народного творчества народов края.</w:t>
      </w:r>
    </w:p>
    <w:p w:rsidR="003772B6" w:rsidRPr="001A456E" w:rsidRDefault="003772B6" w:rsidP="003772B6">
      <w:pPr>
        <w:pStyle w:val="1b"/>
        <w:spacing w:line="240" w:lineRule="auto"/>
        <w:ind w:firstLine="720"/>
        <w:jc w:val="both"/>
        <w:rPr>
          <w:rFonts w:cs="Times New Roman"/>
          <w:b/>
          <w:bCs/>
          <w:i/>
          <w:iCs/>
          <w:color w:val="auto"/>
          <w:sz w:val="28"/>
          <w:szCs w:val="28"/>
        </w:rPr>
      </w:pPr>
      <w:r w:rsidRPr="001A456E">
        <w:rPr>
          <w:rFonts w:cs="Times New Roman"/>
          <w:b/>
          <w:bCs/>
          <w:i/>
          <w:iCs/>
          <w:color w:val="auto"/>
          <w:sz w:val="28"/>
          <w:szCs w:val="28"/>
        </w:rPr>
        <w:t xml:space="preserve">Раздел 4. Родной край в истории России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Культурное наследие родного края - музеи и памятники. Музей как «машина времени». Правила поведения в музее. О чем нам могут рассказать музейные экспонаты? По страницам истории родного края (представление наиболее важных событий в развитии родного края). Герои Великой Отечественной войны.</w:t>
      </w:r>
    </w:p>
    <w:p w:rsidR="003772B6" w:rsidRPr="001A456E" w:rsidRDefault="003772B6" w:rsidP="003772B6">
      <w:pPr>
        <w:pStyle w:val="1b"/>
        <w:spacing w:line="240" w:lineRule="auto"/>
        <w:ind w:firstLine="720"/>
        <w:jc w:val="both"/>
        <w:rPr>
          <w:rFonts w:cs="Times New Roman"/>
          <w:b/>
          <w:bCs/>
          <w:i/>
          <w:iCs/>
          <w:color w:val="auto"/>
          <w:sz w:val="28"/>
          <w:szCs w:val="28"/>
        </w:rPr>
      </w:pPr>
      <w:r w:rsidRPr="001A456E">
        <w:rPr>
          <w:rFonts w:cs="Times New Roman"/>
          <w:b/>
          <w:bCs/>
          <w:i/>
          <w:iCs/>
          <w:color w:val="auto"/>
          <w:sz w:val="28"/>
          <w:szCs w:val="28"/>
        </w:rPr>
        <w:t xml:space="preserve">Раздел 5. Родной край сегодня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Наш регион сегодня. Транспорт. Достижения региона в промышленности и/или сельском хозяйстве. Основные профессии различных отраслей хозяйств. Отдых и досуг современных жителей. Моя семья. Профессии членов моей семьи, семейный отдых и досуг.</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Творческая мастерская </w:t>
      </w:r>
    </w:p>
    <w:p w:rsidR="003772B6" w:rsidRPr="001A456E" w:rsidRDefault="003772B6" w:rsidP="003772B6">
      <w:pPr>
        <w:pStyle w:val="1b"/>
        <w:spacing w:after="300" w:line="240" w:lineRule="auto"/>
        <w:ind w:firstLine="720"/>
        <w:jc w:val="both"/>
        <w:rPr>
          <w:rFonts w:cs="Times New Roman"/>
          <w:color w:val="auto"/>
          <w:sz w:val="28"/>
          <w:szCs w:val="28"/>
        </w:rPr>
      </w:pPr>
      <w:r w:rsidRPr="001A456E">
        <w:rPr>
          <w:rFonts w:cs="Times New Roman"/>
          <w:color w:val="auto"/>
          <w:sz w:val="28"/>
          <w:szCs w:val="28"/>
        </w:rPr>
        <w:t>Свойства различных материалов (бумага, картон и т. д.) для изготовления различных поделок. Работа по предложенным технологическим картам. Выполнение в совместной деятельности историко-культурных проектов- панорам по изученным темам.</w:t>
      </w:r>
    </w:p>
    <w:p w:rsidR="003772B6" w:rsidRPr="001A456E" w:rsidRDefault="003772B6" w:rsidP="003772B6">
      <w:pPr>
        <w:pStyle w:val="1b"/>
        <w:spacing w:line="240" w:lineRule="auto"/>
        <w:ind w:firstLine="0"/>
        <w:rPr>
          <w:rFonts w:cs="Times New Roman"/>
          <w:color w:val="auto"/>
          <w:sz w:val="28"/>
          <w:szCs w:val="28"/>
        </w:rPr>
      </w:pPr>
      <w:bookmarkStart w:id="41" w:name="bookmark37"/>
      <w:bookmarkEnd w:id="41"/>
      <w:r w:rsidRPr="001A456E">
        <w:rPr>
          <w:rFonts w:cs="Times New Roman"/>
          <w:b/>
          <w:bCs/>
          <w:i/>
          <w:iCs/>
          <w:color w:val="auto"/>
          <w:sz w:val="28"/>
          <w:szCs w:val="28"/>
        </w:rPr>
        <w:t>2-й класс</w:t>
      </w:r>
    </w:p>
    <w:p w:rsidR="003772B6" w:rsidRPr="001A456E" w:rsidRDefault="003772B6" w:rsidP="003772B6">
      <w:pPr>
        <w:pStyle w:val="1b"/>
        <w:spacing w:line="240" w:lineRule="auto"/>
        <w:ind w:firstLine="720"/>
        <w:jc w:val="both"/>
        <w:rPr>
          <w:rFonts w:cs="Times New Roman"/>
          <w:b/>
          <w:bCs/>
          <w:i/>
          <w:iCs/>
          <w:color w:val="auto"/>
          <w:sz w:val="28"/>
          <w:szCs w:val="28"/>
        </w:rPr>
      </w:pPr>
      <w:r w:rsidRPr="001A456E">
        <w:rPr>
          <w:rFonts w:cs="Times New Roman"/>
          <w:b/>
          <w:bCs/>
          <w:i/>
          <w:iCs/>
          <w:color w:val="auto"/>
          <w:sz w:val="28"/>
          <w:szCs w:val="28"/>
        </w:rPr>
        <w:t xml:space="preserve">Раздел 1. Россия и родной край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Наша Родина - Россия, Российская Федерация. Россия и ее столица на карте. Свой регион и его главный город на карте; символика районных центов/городов региона, их расположение на карте. Родной край, его достопримечательности.</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Раздел 2. Природа родного края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Природные достопримечательности родного края (заповедники, заказники, природные парки и др.). Многообразие растений и животных. Связи в природе. Красная книга России, ее значение, отдельные представители региональной флоры и фауны, занесенные в Красную книгу. Охрана природы. Правила нравственного поведения на природе.</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Водные объекты региона: реки, озера и т. д. (общее представление).</w:t>
      </w:r>
    </w:p>
    <w:p w:rsidR="003772B6" w:rsidRPr="001A456E" w:rsidRDefault="003772B6" w:rsidP="003772B6">
      <w:pPr>
        <w:pStyle w:val="1b"/>
        <w:spacing w:line="240" w:lineRule="auto"/>
        <w:ind w:firstLine="720"/>
        <w:jc w:val="both"/>
        <w:rPr>
          <w:rFonts w:cs="Times New Roman"/>
          <w:b/>
          <w:bCs/>
          <w:i/>
          <w:iCs/>
          <w:color w:val="auto"/>
          <w:sz w:val="28"/>
          <w:szCs w:val="28"/>
        </w:rPr>
      </w:pPr>
      <w:r w:rsidRPr="001A456E">
        <w:rPr>
          <w:rFonts w:cs="Times New Roman"/>
          <w:b/>
          <w:bCs/>
          <w:i/>
          <w:iCs/>
          <w:color w:val="auto"/>
          <w:sz w:val="28"/>
          <w:szCs w:val="28"/>
        </w:rPr>
        <w:t xml:space="preserve">Раздел 3. Традиции народов родного края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Россия - многонациональное государство. Коренные народы региона, их традиции и обычаи. Семья, семейный уклад: обязанности мужчин и женщин, воспитание детей. Семейные ценности и традиции.</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Родной язык коренных народов (общее представление). Фольклор народов региона (пословицы, поговорки, песни, сказки и легенды).</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Раздел 4. Родной край в истории России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Культурное наследие родного края. Какие бывают музеи? Коллекции и экспонаты краеведческих музеев как основа сохранения историко-культурного наследия региона. Древние находки на территории родного края. Значимые события истории родного края. Составление родословного древа семьи.</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lastRenderedPageBreak/>
        <w:t>Жизнь региона в годы Великой Отечественной войны. Наши знаменитые земляки.</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Раздел 5. Родной край сегодня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Транспортная система региона. Развитие промышленности и/или сельского хозяйства региона. Хозяйственные занятия, профессии жителей родного края. Значение труда в жизни человека и общества. Достижения и развитие спорта в регионе. Труд и спорт в жизни семьи.</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Творческая мастерская </w:t>
      </w:r>
    </w:p>
    <w:p w:rsidR="003772B6" w:rsidRPr="001A456E" w:rsidRDefault="003772B6" w:rsidP="003772B6">
      <w:pPr>
        <w:pStyle w:val="1b"/>
        <w:spacing w:after="360" w:line="240" w:lineRule="auto"/>
        <w:ind w:firstLine="720"/>
        <w:jc w:val="both"/>
        <w:rPr>
          <w:rFonts w:cs="Times New Roman"/>
          <w:color w:val="auto"/>
          <w:sz w:val="28"/>
          <w:szCs w:val="28"/>
        </w:rPr>
      </w:pPr>
      <w:r w:rsidRPr="001A456E">
        <w:rPr>
          <w:rFonts w:cs="Times New Roman"/>
          <w:color w:val="auto"/>
          <w:sz w:val="28"/>
          <w:szCs w:val="28"/>
        </w:rPr>
        <w:t>Сочетание и обработка различных материалов для создания поделок. Чтение технологических карт. Выполнение в совместной деятельности историко-культурных проектов-панорам по изученным темам.</w:t>
      </w:r>
    </w:p>
    <w:p w:rsidR="003772B6" w:rsidRPr="001A456E" w:rsidRDefault="003772B6" w:rsidP="003772B6">
      <w:pPr>
        <w:pStyle w:val="1b"/>
        <w:spacing w:line="240" w:lineRule="auto"/>
        <w:ind w:firstLine="0"/>
        <w:rPr>
          <w:rFonts w:cs="Times New Roman"/>
          <w:color w:val="auto"/>
          <w:sz w:val="28"/>
          <w:szCs w:val="28"/>
        </w:rPr>
      </w:pPr>
      <w:bookmarkStart w:id="42" w:name="bookmark38"/>
      <w:bookmarkEnd w:id="42"/>
      <w:r w:rsidRPr="001A456E">
        <w:rPr>
          <w:rFonts w:cs="Times New Roman"/>
          <w:b/>
          <w:bCs/>
          <w:i/>
          <w:iCs/>
          <w:color w:val="auto"/>
          <w:sz w:val="28"/>
          <w:szCs w:val="28"/>
        </w:rPr>
        <w:t>3-й класс</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Раздел 1. Россия и родной край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Общество как совокупность людей, которые объединены общей культурой и связаны друг с другом совместной деятельностью во имя общей цели. Общественно-политическое устройство Российской Федерации. Политико</w:t>
      </w:r>
      <w:r w:rsidRPr="001A456E">
        <w:rPr>
          <w:rFonts w:cs="Times New Roman"/>
          <w:color w:val="auto"/>
          <w:sz w:val="28"/>
          <w:szCs w:val="28"/>
        </w:rPr>
        <w:softHyphen/>
        <w:t>административная карта Российской Федерации. Место края в составе Российской Федерации. Города и районы края на карте, история символики гербов. Памятники-символы родного края.</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Раздел 2. Природа родного края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Природа родного края. Разнообразие растений. Растения родного края, названия и краткая характеристика на основе наблюдений. Роль растений в природе и жизни людей, бережное отношение человека к растениям. Охрана растений.</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Грибы: строение шляпочных грибов. Грибы съедобные и несъедобные.</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Разнообразие животных. Животные родного края, их названия, краткая характеристика на основе наблюдений. Роль животных в природе и жизни людей, бережное отношение человека к животным. Охрана животных.</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Природные сообщества родного края (2-3 примера на основе наблюдений).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Полезные ископаемые родного края (2-3 примера), их значение в хозяйстве человека, бережное отношение людей к полезным ископаемым Почва, ее состав, значение для живой природы и хозяйственной жизни человека.</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Вода. Состояния воды, ее распространение в природе родного края, значение для живых организмов и хозяйственной жизни региона. Охрана воды.</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Раздел 3. Традиции народов родного края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 xml:space="preserve">Россия - многонациональное государство. День народного единства. Семейные ценности народов родного края. Семья - коллектив близких, родных людей, уважение к семейным ценностям. Традиционные блюда народов родного края. Трудолюбие как общественно значимая ценность в культуре </w:t>
      </w:r>
      <w:r w:rsidRPr="001A456E">
        <w:rPr>
          <w:rFonts w:cs="Times New Roman"/>
          <w:color w:val="auto"/>
          <w:sz w:val="28"/>
          <w:szCs w:val="28"/>
        </w:rPr>
        <w:lastRenderedPageBreak/>
        <w:t>коренных народов. Родной язык коренных народов: общее представление, знакомство с отдельными словами. Фольклор народов региона и произведения художественной литературы народов края.</w:t>
      </w:r>
    </w:p>
    <w:p w:rsidR="003772B6" w:rsidRPr="001A456E" w:rsidRDefault="003772B6" w:rsidP="003772B6">
      <w:pPr>
        <w:pStyle w:val="1b"/>
        <w:spacing w:line="240" w:lineRule="auto"/>
        <w:ind w:firstLine="720"/>
        <w:jc w:val="both"/>
        <w:rPr>
          <w:rFonts w:cs="Times New Roman"/>
          <w:b/>
          <w:bCs/>
          <w:i/>
          <w:iCs/>
          <w:color w:val="auto"/>
          <w:sz w:val="28"/>
          <w:szCs w:val="28"/>
        </w:rPr>
      </w:pPr>
      <w:r w:rsidRPr="001A456E">
        <w:rPr>
          <w:rFonts w:cs="Times New Roman"/>
          <w:b/>
          <w:bCs/>
          <w:i/>
          <w:iCs/>
          <w:color w:val="auto"/>
          <w:sz w:val="28"/>
          <w:szCs w:val="28"/>
        </w:rPr>
        <w:t xml:space="preserve">Раздел 4. Родной край в истории России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Прошлое нашего края. Век, столетие, историческое время. Наш край в разные исторические периоды. Характеристика отдельных событий, связанных с историей родного края. История семьи.</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Наши знаменитые земляки. Трудовые и военные подвиги наших земляков.</w:t>
      </w:r>
    </w:p>
    <w:p w:rsidR="003772B6" w:rsidRPr="001A456E" w:rsidRDefault="003772B6" w:rsidP="003772B6">
      <w:pPr>
        <w:pStyle w:val="1b"/>
        <w:spacing w:line="240" w:lineRule="auto"/>
        <w:ind w:firstLine="720"/>
        <w:jc w:val="both"/>
        <w:rPr>
          <w:rFonts w:cs="Times New Roman"/>
          <w:b/>
          <w:bCs/>
          <w:i/>
          <w:iCs/>
          <w:color w:val="auto"/>
          <w:sz w:val="28"/>
          <w:szCs w:val="28"/>
        </w:rPr>
      </w:pPr>
      <w:r w:rsidRPr="001A456E">
        <w:rPr>
          <w:rFonts w:cs="Times New Roman"/>
          <w:b/>
          <w:bCs/>
          <w:i/>
          <w:iCs/>
          <w:color w:val="auto"/>
          <w:sz w:val="28"/>
          <w:szCs w:val="28"/>
        </w:rPr>
        <w:t xml:space="preserve">Раздел 5. Родной край сегодня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Настоящее и будущее нашего края. Экономика региона как основа благоустройства и развития родного края. Семейный бюджет, доходы и расходы семьи. Современные технологии в развитии промышленности и/или сельского хозяйства. Инфраструктура городов и населенных пунктов родного края.</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Творческая мастерская </w:t>
      </w:r>
    </w:p>
    <w:p w:rsidR="003772B6" w:rsidRPr="001A456E" w:rsidRDefault="003772B6" w:rsidP="003772B6">
      <w:pPr>
        <w:pStyle w:val="1b"/>
        <w:spacing w:after="300" w:line="240" w:lineRule="auto"/>
        <w:ind w:firstLine="720"/>
        <w:jc w:val="both"/>
        <w:rPr>
          <w:rFonts w:cs="Times New Roman"/>
          <w:color w:val="auto"/>
          <w:sz w:val="28"/>
          <w:szCs w:val="28"/>
        </w:rPr>
      </w:pPr>
      <w:r w:rsidRPr="001A456E">
        <w:rPr>
          <w:rFonts w:cs="Times New Roman"/>
          <w:color w:val="auto"/>
          <w:sz w:val="28"/>
          <w:szCs w:val="28"/>
        </w:rPr>
        <w:t>Подбор и обработка различных материалов для создания поделок. Разработка (по образцу) пошаговых инструктивных карт по изготовлению индивидуальных поделок. Выполнение в совместной деятельности историко - культурных проектов-панорам по изученным темам.</w:t>
      </w:r>
    </w:p>
    <w:p w:rsidR="003772B6" w:rsidRPr="001A456E" w:rsidRDefault="003772B6" w:rsidP="003772B6">
      <w:pPr>
        <w:pStyle w:val="1b"/>
        <w:spacing w:line="240" w:lineRule="auto"/>
        <w:ind w:firstLine="0"/>
        <w:rPr>
          <w:rFonts w:cs="Times New Roman"/>
          <w:color w:val="auto"/>
          <w:sz w:val="28"/>
          <w:szCs w:val="28"/>
        </w:rPr>
      </w:pPr>
      <w:bookmarkStart w:id="43" w:name="bookmark39"/>
      <w:bookmarkEnd w:id="43"/>
      <w:r w:rsidRPr="001A456E">
        <w:rPr>
          <w:rFonts w:cs="Times New Roman"/>
          <w:b/>
          <w:bCs/>
          <w:i/>
          <w:iCs/>
          <w:color w:val="auto"/>
          <w:sz w:val="28"/>
          <w:szCs w:val="28"/>
        </w:rPr>
        <w:t>4-й класс</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Раздел 1. Россия и родной край </w:t>
      </w:r>
    </w:p>
    <w:p w:rsidR="003772B6" w:rsidRPr="001A456E" w:rsidRDefault="003772B6" w:rsidP="003772B6">
      <w:pPr>
        <w:pStyle w:val="1b"/>
        <w:tabs>
          <w:tab w:val="left" w:pos="1546"/>
          <w:tab w:val="left" w:pos="2731"/>
          <w:tab w:val="left" w:pos="4680"/>
          <w:tab w:val="left" w:pos="8208"/>
        </w:tabs>
        <w:spacing w:line="240" w:lineRule="auto"/>
        <w:ind w:firstLine="720"/>
        <w:jc w:val="both"/>
        <w:rPr>
          <w:rFonts w:cs="Times New Roman"/>
          <w:color w:val="auto"/>
          <w:sz w:val="28"/>
          <w:szCs w:val="28"/>
        </w:rPr>
      </w:pPr>
      <w:r w:rsidRPr="001A456E">
        <w:rPr>
          <w:rFonts w:cs="Times New Roman"/>
          <w:color w:val="auto"/>
          <w:sz w:val="28"/>
          <w:szCs w:val="28"/>
        </w:rPr>
        <w:t>Конституция - Основной закон Российской Федерации. Права и обязанности гражданина Российской Федерации. Общая характеристика родного края,важнейшие</w:t>
      </w:r>
      <w:r w:rsidRPr="001A456E">
        <w:rPr>
          <w:rFonts w:cs="Times New Roman"/>
          <w:color w:val="auto"/>
          <w:sz w:val="28"/>
          <w:szCs w:val="28"/>
        </w:rPr>
        <w:tab/>
        <w:t>достопримечательности,</w:t>
      </w:r>
      <w:r w:rsidRPr="001A456E">
        <w:rPr>
          <w:rFonts w:cs="Times New Roman"/>
          <w:color w:val="auto"/>
          <w:sz w:val="28"/>
          <w:szCs w:val="28"/>
        </w:rPr>
        <w:tab/>
        <w:t>знаменитые соотечественники.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rsidR="003772B6" w:rsidRPr="001A456E" w:rsidRDefault="003772B6" w:rsidP="003772B6">
      <w:pPr>
        <w:pStyle w:val="1b"/>
        <w:spacing w:line="240" w:lineRule="auto"/>
        <w:ind w:firstLine="720"/>
        <w:jc w:val="both"/>
        <w:rPr>
          <w:rFonts w:cs="Times New Roman"/>
          <w:b/>
          <w:bCs/>
          <w:i/>
          <w:iCs/>
          <w:color w:val="auto"/>
          <w:sz w:val="28"/>
          <w:szCs w:val="28"/>
        </w:rPr>
      </w:pPr>
      <w:r w:rsidRPr="001A456E">
        <w:rPr>
          <w:rFonts w:cs="Times New Roman"/>
          <w:b/>
          <w:bCs/>
          <w:i/>
          <w:iCs/>
          <w:color w:val="auto"/>
          <w:sz w:val="28"/>
          <w:szCs w:val="28"/>
        </w:rPr>
        <w:t xml:space="preserve">Раздел 2. Природа родного края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Родной край на физической карте. Особенности поверхности родного края: равнины, горы, холмы, овраги (общее представление, условное обозначение равнин и гор на карте).</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Водоемы, их разнообразие (океан, море, озеро, пруд, болото). Водоемы и реки родного края (названия, краткая характеристика на основе наблюдений). Использование водоемов человеком.</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Природные зоны родного края: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Раздел 3. Традиции народов родного края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lastRenderedPageBreak/>
        <w:t>Особенности жизни и верований народов родного края. Традиционные занятия народов края. Декоративно-прикладное искусство — значимая часть национальной художественной культуры. Родной язык коренных народов: этикетные слова (приветствие, знакомство) и др. Жизнь и быт коренных народов в легендах и сказаниях. Произведения художественной литературы народов края. Ценности семейных отношений в произведениях устного народного творчества и художественной литературе.</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i/>
          <w:iCs/>
          <w:color w:val="auto"/>
          <w:sz w:val="28"/>
          <w:szCs w:val="28"/>
        </w:rPr>
        <w:t xml:space="preserve">Раздел 4. Родной край в истории России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Роль родного края в истории России. История Отечества «Лента времени» и историческая карта. Главный город родного края: история и характеристика отдельных исторических событий, связанных с ним.</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Исторические факты, личности, события края в разные периоды развития Российского государства. Выдающиеся люди разных эпох как носители базовых национальных ценностей. Важность сохранения памяти об истории своей семьи. Способы передачи информации о связи поколений и родственных отношениях: семейные архивы, фотоальбомы.</w:t>
      </w:r>
    </w:p>
    <w:p w:rsidR="003772B6" w:rsidRPr="001A456E" w:rsidRDefault="003772B6" w:rsidP="003772B6">
      <w:pPr>
        <w:pStyle w:val="1b"/>
        <w:spacing w:line="240" w:lineRule="auto"/>
        <w:ind w:firstLine="720"/>
        <w:jc w:val="both"/>
        <w:rPr>
          <w:rFonts w:cs="Times New Roman"/>
          <w:b/>
          <w:bCs/>
          <w:i/>
          <w:iCs/>
          <w:color w:val="auto"/>
          <w:sz w:val="28"/>
          <w:szCs w:val="28"/>
        </w:rPr>
      </w:pPr>
      <w:r w:rsidRPr="001A456E">
        <w:rPr>
          <w:rFonts w:cs="Times New Roman"/>
          <w:b/>
          <w:bCs/>
          <w:i/>
          <w:iCs/>
          <w:color w:val="auto"/>
          <w:sz w:val="28"/>
          <w:szCs w:val="28"/>
        </w:rPr>
        <w:t xml:space="preserve">Раздел 5. Родной край сегодня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Особенности современного развития края: образование, спорт, культура. Экономика региона, особенности промышленности и/или сельского хозяйства, транспорт и его значение в развитии края. Экология, некоторые доступные для понимания экологические проблемы взаимодействия человека и природы.</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Праздники и памятные даты своего региона. Праздники и совместный досуг как укрепление семейных отношений, взаимопомощь и взаимоподдержка как ценности семейного общения.</w:t>
      </w:r>
    </w:p>
    <w:p w:rsidR="003772B6" w:rsidRPr="001A456E" w:rsidRDefault="003772B6" w:rsidP="003772B6">
      <w:pPr>
        <w:pStyle w:val="1b"/>
        <w:spacing w:line="240" w:lineRule="auto"/>
        <w:ind w:firstLine="720"/>
        <w:jc w:val="both"/>
        <w:rPr>
          <w:rFonts w:cs="Times New Roman"/>
          <w:b/>
          <w:bCs/>
          <w:i/>
          <w:iCs/>
          <w:color w:val="auto"/>
          <w:sz w:val="28"/>
          <w:szCs w:val="28"/>
        </w:rPr>
      </w:pPr>
      <w:r w:rsidRPr="001A456E">
        <w:rPr>
          <w:rFonts w:cs="Times New Roman"/>
          <w:b/>
          <w:bCs/>
          <w:i/>
          <w:iCs/>
          <w:color w:val="auto"/>
          <w:sz w:val="28"/>
          <w:szCs w:val="28"/>
        </w:rPr>
        <w:t xml:space="preserve">Творческая мастерская </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Подбор и обработка различных материалов для создания поделок. Разработка пошаговых инструктивных карт по изготовлению индивидуальных поделок. Проектирование оригинального макета, реконструирующего историческое событие или природный объект родного края.</w:t>
      </w:r>
    </w:p>
    <w:p w:rsidR="003772B6" w:rsidRPr="001A456E" w:rsidRDefault="003772B6" w:rsidP="003772B6">
      <w:pPr>
        <w:pStyle w:val="36"/>
        <w:keepNext/>
        <w:keepLines/>
        <w:spacing w:after="480" w:line="240" w:lineRule="auto"/>
        <w:jc w:val="both"/>
        <w:rPr>
          <w:rFonts w:ascii="Times New Roman" w:hAnsi="Times New Roman" w:cs="Times New Roman"/>
          <w:color w:val="auto"/>
          <w:sz w:val="28"/>
          <w:szCs w:val="28"/>
        </w:rPr>
      </w:pPr>
      <w:bookmarkStart w:id="44" w:name="bookmark40"/>
      <w:bookmarkStart w:id="45" w:name="bookmark41"/>
      <w:bookmarkStart w:id="46" w:name="bookmark42"/>
      <w:r w:rsidRPr="001A456E">
        <w:rPr>
          <w:rFonts w:ascii="Times New Roman" w:hAnsi="Times New Roman" w:cs="Times New Roman"/>
          <w:color w:val="auto"/>
          <w:sz w:val="28"/>
          <w:szCs w:val="28"/>
        </w:rPr>
        <w:t>ПЛАНИРУЕМЫЕ РЕЗУЛЬТАТЫ ОСВОЕНИЯ КУРСА</w:t>
      </w:r>
      <w:bookmarkEnd w:id="44"/>
      <w:bookmarkEnd w:id="45"/>
      <w:bookmarkEnd w:id="46"/>
    </w:p>
    <w:p w:rsidR="003772B6" w:rsidRPr="001A456E" w:rsidRDefault="003772B6" w:rsidP="003772B6">
      <w:pPr>
        <w:pStyle w:val="36"/>
        <w:keepNext/>
        <w:keepLines/>
        <w:spacing w:after="480" w:line="240" w:lineRule="auto"/>
        <w:jc w:val="both"/>
        <w:rPr>
          <w:rFonts w:ascii="Times New Roman" w:hAnsi="Times New Roman" w:cs="Times New Roman"/>
          <w:b w:val="0"/>
          <w:color w:val="auto"/>
          <w:sz w:val="28"/>
          <w:szCs w:val="28"/>
        </w:rPr>
      </w:pPr>
      <w:r w:rsidRPr="001A456E">
        <w:rPr>
          <w:rFonts w:ascii="Times New Roman" w:hAnsi="Times New Roman" w:cs="Times New Roman"/>
          <w:b w:val="0"/>
          <w:color w:val="auto"/>
          <w:sz w:val="28"/>
          <w:szCs w:val="28"/>
        </w:rPr>
        <w:t>При определении планируемых результатов изучения курса внеурочной деятельности учитывается следующее:</w:t>
      </w:r>
    </w:p>
    <w:p w:rsidR="003772B6" w:rsidRPr="001A456E" w:rsidRDefault="003772B6" w:rsidP="00EF687D">
      <w:pPr>
        <w:pStyle w:val="1b"/>
        <w:numPr>
          <w:ilvl w:val="0"/>
          <w:numId w:val="55"/>
        </w:numPr>
        <w:tabs>
          <w:tab w:val="left" w:pos="1416"/>
        </w:tabs>
        <w:spacing w:line="240" w:lineRule="auto"/>
        <w:ind w:firstLine="720"/>
        <w:jc w:val="both"/>
        <w:rPr>
          <w:rFonts w:cs="Times New Roman"/>
          <w:color w:val="auto"/>
          <w:sz w:val="28"/>
          <w:szCs w:val="28"/>
        </w:rPr>
      </w:pPr>
      <w:bookmarkStart w:id="47" w:name="bookmark43"/>
      <w:bookmarkEnd w:id="47"/>
      <w:r w:rsidRPr="001A456E">
        <w:rPr>
          <w:rFonts w:cs="Times New Roman"/>
          <w:color w:val="auto"/>
          <w:sz w:val="28"/>
          <w:szCs w:val="28"/>
        </w:rPr>
        <w:t>Требования федеральной образовательной программы начального общего образования и федеральных рабочих программ по учебным предметам «Русский язык», «Литературное чтение» и «Окружающий мир» по двум позициям: личностные результаты и метапредметные результаты обучения.</w:t>
      </w:r>
    </w:p>
    <w:p w:rsidR="003772B6" w:rsidRPr="001A456E" w:rsidRDefault="003772B6" w:rsidP="00EF687D">
      <w:pPr>
        <w:pStyle w:val="1b"/>
        <w:numPr>
          <w:ilvl w:val="0"/>
          <w:numId w:val="55"/>
        </w:numPr>
        <w:tabs>
          <w:tab w:val="left" w:pos="1416"/>
        </w:tabs>
        <w:spacing w:line="240" w:lineRule="auto"/>
        <w:ind w:firstLine="720"/>
        <w:jc w:val="both"/>
        <w:rPr>
          <w:rFonts w:cs="Times New Roman"/>
          <w:color w:val="auto"/>
          <w:sz w:val="28"/>
          <w:szCs w:val="28"/>
        </w:rPr>
      </w:pPr>
      <w:bookmarkStart w:id="48" w:name="bookmark44"/>
      <w:bookmarkEnd w:id="48"/>
      <w:r w:rsidRPr="001A456E">
        <w:rPr>
          <w:rFonts w:cs="Times New Roman"/>
          <w:color w:val="auto"/>
          <w:sz w:val="28"/>
          <w:szCs w:val="28"/>
        </w:rPr>
        <w:t>Статус занятий, которые входят во внеурочную деятельность младших школьников. Курсы внеурочной деятельности любого содержания не заменяют учебных предметов, входящих в учебный план начальной школы. Они берут на себя не решение собственно предметных задач, а выполня</w:t>
      </w:r>
      <w:r w:rsidRPr="001A456E">
        <w:rPr>
          <w:rFonts w:cs="Times New Roman"/>
          <w:color w:val="auto"/>
          <w:sz w:val="28"/>
          <w:szCs w:val="28"/>
        </w:rPr>
        <w:lastRenderedPageBreak/>
        <w:t>ют поддержку изучения учебных предметов в достижении прежде всего личностных результатов.</w:t>
      </w:r>
    </w:p>
    <w:p w:rsidR="003772B6" w:rsidRPr="001A456E" w:rsidRDefault="003772B6" w:rsidP="00EF687D">
      <w:pPr>
        <w:pStyle w:val="1b"/>
        <w:numPr>
          <w:ilvl w:val="0"/>
          <w:numId w:val="55"/>
        </w:numPr>
        <w:tabs>
          <w:tab w:val="left" w:pos="1416"/>
        </w:tabs>
        <w:spacing w:line="240" w:lineRule="auto"/>
        <w:ind w:firstLine="720"/>
        <w:jc w:val="both"/>
        <w:rPr>
          <w:rFonts w:cs="Times New Roman"/>
          <w:color w:val="auto"/>
          <w:sz w:val="28"/>
          <w:szCs w:val="28"/>
        </w:rPr>
      </w:pPr>
      <w:bookmarkStart w:id="49" w:name="bookmark45"/>
      <w:bookmarkEnd w:id="49"/>
      <w:r w:rsidRPr="001A456E">
        <w:rPr>
          <w:rFonts w:cs="Times New Roman"/>
          <w:color w:val="auto"/>
          <w:sz w:val="28"/>
          <w:szCs w:val="28"/>
        </w:rPr>
        <w:t>При планировании содержания курса внеурочной деятельности в каждом классе учитывается объем времени, отводимого на его изучение.</w:t>
      </w:r>
    </w:p>
    <w:p w:rsidR="003772B6" w:rsidRPr="001A456E" w:rsidRDefault="003772B6" w:rsidP="003772B6">
      <w:pPr>
        <w:pStyle w:val="36"/>
        <w:keepNext/>
        <w:keepLines/>
        <w:spacing w:line="240" w:lineRule="auto"/>
        <w:jc w:val="both"/>
        <w:rPr>
          <w:rFonts w:ascii="Times New Roman" w:hAnsi="Times New Roman" w:cs="Times New Roman"/>
          <w:color w:val="auto"/>
          <w:sz w:val="28"/>
          <w:szCs w:val="28"/>
        </w:rPr>
      </w:pPr>
      <w:bookmarkStart w:id="50" w:name="bookmark46"/>
      <w:bookmarkStart w:id="51" w:name="bookmark47"/>
      <w:bookmarkStart w:id="52" w:name="bookmark48"/>
      <w:r w:rsidRPr="001A456E">
        <w:rPr>
          <w:rFonts w:ascii="Times New Roman" w:hAnsi="Times New Roman" w:cs="Times New Roman"/>
          <w:color w:val="auto"/>
          <w:sz w:val="28"/>
          <w:szCs w:val="28"/>
        </w:rPr>
        <w:t>ЛИЧНОСТНЫЕ РЕЗУЛЬТАТЫ</w:t>
      </w:r>
      <w:bookmarkEnd w:id="50"/>
      <w:bookmarkEnd w:id="51"/>
      <w:bookmarkEnd w:id="52"/>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Личностные результаты освоения программы начального общего образования достигаются в единстве учебной и воспитательной деятельности, ее организации в соответствии с традиционными российскими духовно</w:t>
      </w:r>
      <w:r w:rsidRPr="001A456E">
        <w:rPr>
          <w:rFonts w:cs="Times New Roman"/>
          <w:color w:val="auto"/>
          <w:sz w:val="28"/>
          <w:szCs w:val="28"/>
        </w:rPr>
        <w:softHyphen/>
        <w:t>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младшего школьника.</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color w:val="auto"/>
          <w:sz w:val="28"/>
          <w:szCs w:val="28"/>
        </w:rPr>
        <w:t>Гражданско-патриотического воспитания:</w:t>
      </w:r>
    </w:p>
    <w:p w:rsidR="003772B6" w:rsidRPr="001A456E" w:rsidRDefault="003772B6" w:rsidP="00EF687D">
      <w:pPr>
        <w:pStyle w:val="1b"/>
        <w:numPr>
          <w:ilvl w:val="0"/>
          <w:numId w:val="54"/>
        </w:numPr>
        <w:tabs>
          <w:tab w:val="left" w:pos="1012"/>
        </w:tabs>
        <w:spacing w:line="240" w:lineRule="auto"/>
        <w:ind w:firstLine="720"/>
        <w:jc w:val="both"/>
        <w:rPr>
          <w:rFonts w:cs="Times New Roman"/>
          <w:color w:val="auto"/>
          <w:sz w:val="28"/>
          <w:szCs w:val="28"/>
        </w:rPr>
      </w:pPr>
      <w:bookmarkStart w:id="53" w:name="bookmark49"/>
      <w:bookmarkEnd w:id="53"/>
      <w:r w:rsidRPr="001A456E">
        <w:rPr>
          <w:rFonts w:cs="Times New Roman"/>
          <w:color w:val="auto"/>
          <w:sz w:val="28"/>
          <w:szCs w:val="28"/>
        </w:rPr>
        <w:t>становление ценностного отношения к своей родине - России;</w:t>
      </w:r>
    </w:p>
    <w:p w:rsidR="003772B6" w:rsidRPr="001A456E" w:rsidRDefault="003772B6" w:rsidP="00EF687D">
      <w:pPr>
        <w:pStyle w:val="1b"/>
        <w:numPr>
          <w:ilvl w:val="0"/>
          <w:numId w:val="54"/>
        </w:numPr>
        <w:tabs>
          <w:tab w:val="left" w:pos="993"/>
        </w:tabs>
        <w:spacing w:line="240" w:lineRule="auto"/>
        <w:ind w:firstLine="720"/>
        <w:jc w:val="both"/>
        <w:rPr>
          <w:rFonts w:cs="Times New Roman"/>
          <w:color w:val="auto"/>
          <w:sz w:val="28"/>
          <w:szCs w:val="28"/>
        </w:rPr>
      </w:pPr>
      <w:bookmarkStart w:id="54" w:name="bookmark50"/>
      <w:bookmarkEnd w:id="54"/>
      <w:r w:rsidRPr="001A456E">
        <w:rPr>
          <w:rFonts w:cs="Times New Roman"/>
          <w:color w:val="auto"/>
          <w:sz w:val="28"/>
          <w:szCs w:val="28"/>
        </w:rPr>
        <w:t>осознание своей этнокультурной и российской гражданской идентичности;</w:t>
      </w:r>
    </w:p>
    <w:p w:rsidR="003772B6" w:rsidRPr="001A456E" w:rsidRDefault="003772B6" w:rsidP="00EF687D">
      <w:pPr>
        <w:pStyle w:val="1b"/>
        <w:numPr>
          <w:ilvl w:val="0"/>
          <w:numId w:val="54"/>
        </w:numPr>
        <w:tabs>
          <w:tab w:val="left" w:pos="993"/>
        </w:tabs>
        <w:spacing w:line="240" w:lineRule="auto"/>
        <w:ind w:firstLine="720"/>
        <w:jc w:val="both"/>
        <w:rPr>
          <w:rFonts w:cs="Times New Roman"/>
          <w:color w:val="auto"/>
          <w:sz w:val="28"/>
          <w:szCs w:val="28"/>
        </w:rPr>
      </w:pPr>
      <w:bookmarkStart w:id="55" w:name="bookmark51"/>
      <w:bookmarkEnd w:id="55"/>
      <w:r w:rsidRPr="001A456E">
        <w:rPr>
          <w:rFonts w:cs="Times New Roman"/>
          <w:color w:val="auto"/>
          <w:sz w:val="28"/>
          <w:szCs w:val="28"/>
        </w:rPr>
        <w:t>сопричастность к прошлому, настоящему и будущему своей страны и родного края;</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56" w:name="bookmark52"/>
      <w:bookmarkEnd w:id="56"/>
      <w:r w:rsidRPr="001A456E">
        <w:rPr>
          <w:rFonts w:cs="Times New Roman"/>
          <w:color w:val="auto"/>
          <w:sz w:val="28"/>
          <w:szCs w:val="28"/>
        </w:rPr>
        <w:t>уважение к своему и другим народам;</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57" w:name="bookmark53"/>
      <w:bookmarkEnd w:id="57"/>
      <w:r w:rsidRPr="001A456E">
        <w:rPr>
          <w:rFonts w:cs="Times New Roman"/>
          <w:color w:val="auto"/>
          <w:sz w:val="28"/>
          <w:szCs w:val="28"/>
        </w:rPr>
        <w:t>первоначальные представления о человеке как члене общества, о правах ответственности, уважении и достоинстве человека, о нравственно-этических нормах поведения и правилах межличностных отношений.</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color w:val="auto"/>
          <w:sz w:val="28"/>
          <w:szCs w:val="28"/>
        </w:rPr>
        <w:t>Духовно-нравственного воспитания:</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58" w:name="bookmark54"/>
      <w:bookmarkEnd w:id="58"/>
      <w:r w:rsidRPr="001A456E">
        <w:rPr>
          <w:rFonts w:cs="Times New Roman"/>
          <w:color w:val="auto"/>
          <w:sz w:val="28"/>
          <w:szCs w:val="28"/>
        </w:rPr>
        <w:t>признание индивидуальности каждого человека;</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59" w:name="bookmark55"/>
      <w:bookmarkEnd w:id="59"/>
      <w:r w:rsidRPr="001A456E">
        <w:rPr>
          <w:rFonts w:cs="Times New Roman"/>
          <w:color w:val="auto"/>
          <w:sz w:val="28"/>
          <w:szCs w:val="28"/>
        </w:rPr>
        <w:t>проявление сопереживания, уважения и доброжелательности;</w:t>
      </w:r>
    </w:p>
    <w:p w:rsidR="003772B6" w:rsidRPr="001A456E" w:rsidRDefault="003772B6" w:rsidP="00EF687D">
      <w:pPr>
        <w:pStyle w:val="1b"/>
        <w:numPr>
          <w:ilvl w:val="0"/>
          <w:numId w:val="54"/>
        </w:numPr>
        <w:tabs>
          <w:tab w:val="left" w:pos="1035"/>
        </w:tabs>
        <w:spacing w:line="240" w:lineRule="auto"/>
        <w:ind w:firstLine="720"/>
        <w:jc w:val="both"/>
        <w:rPr>
          <w:rFonts w:cs="Times New Roman"/>
          <w:color w:val="auto"/>
          <w:sz w:val="28"/>
          <w:szCs w:val="28"/>
        </w:rPr>
      </w:pPr>
      <w:bookmarkStart w:id="60" w:name="bookmark56"/>
      <w:bookmarkEnd w:id="60"/>
      <w:r w:rsidRPr="001A456E">
        <w:rPr>
          <w:rFonts w:cs="Times New Roman"/>
          <w:color w:val="auto"/>
          <w:sz w:val="28"/>
          <w:szCs w:val="28"/>
        </w:rPr>
        <w:t>неприятие любых форм поведения, направленных на причинение физического и морального вреда другим людям.</w:t>
      </w:r>
    </w:p>
    <w:p w:rsidR="003772B6" w:rsidRPr="001A456E" w:rsidRDefault="003772B6" w:rsidP="003772B6">
      <w:pPr>
        <w:pStyle w:val="36"/>
        <w:keepNext/>
        <w:keepLines/>
        <w:spacing w:line="240" w:lineRule="auto"/>
        <w:jc w:val="both"/>
        <w:rPr>
          <w:rFonts w:ascii="Times New Roman" w:hAnsi="Times New Roman" w:cs="Times New Roman"/>
          <w:color w:val="auto"/>
          <w:sz w:val="28"/>
          <w:szCs w:val="28"/>
        </w:rPr>
      </w:pPr>
      <w:bookmarkStart w:id="61" w:name="bookmark57"/>
      <w:bookmarkStart w:id="62" w:name="bookmark58"/>
      <w:bookmarkStart w:id="63" w:name="bookmark59"/>
      <w:r w:rsidRPr="001A456E">
        <w:rPr>
          <w:rFonts w:ascii="Times New Roman" w:hAnsi="Times New Roman" w:cs="Times New Roman"/>
          <w:color w:val="auto"/>
          <w:sz w:val="28"/>
          <w:szCs w:val="28"/>
        </w:rPr>
        <w:t>Эстетического воспитания:</w:t>
      </w:r>
      <w:bookmarkEnd w:id="61"/>
      <w:bookmarkEnd w:id="62"/>
      <w:bookmarkEnd w:id="63"/>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64" w:name="bookmark60"/>
      <w:bookmarkEnd w:id="64"/>
      <w:r w:rsidRPr="001A456E">
        <w:rPr>
          <w:rFonts w:cs="Times New Roman"/>
          <w:color w:val="auto"/>
          <w:sz w:val="28"/>
          <w:szCs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65" w:name="bookmark61"/>
      <w:bookmarkEnd w:id="65"/>
      <w:r w:rsidRPr="001A456E">
        <w:rPr>
          <w:rFonts w:cs="Times New Roman"/>
          <w:color w:val="auto"/>
          <w:sz w:val="28"/>
          <w:szCs w:val="28"/>
        </w:rPr>
        <w:t>стремление к самовыражению в разных видах художественной деятельности.</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color w:val="auto"/>
          <w:sz w:val="28"/>
          <w:szCs w:val="28"/>
        </w:rPr>
        <w:t>Физического воспитания, формирования культуры здоровья и эмоционального благополучия</w:t>
      </w:r>
      <w:r w:rsidRPr="001A456E">
        <w:rPr>
          <w:rFonts w:cs="Times New Roman"/>
          <w:color w:val="auto"/>
          <w:sz w:val="28"/>
          <w:szCs w:val="28"/>
        </w:rPr>
        <w:t>:</w:t>
      </w:r>
    </w:p>
    <w:p w:rsidR="003772B6" w:rsidRPr="001A456E" w:rsidRDefault="003772B6" w:rsidP="00EF687D">
      <w:pPr>
        <w:pStyle w:val="1b"/>
        <w:numPr>
          <w:ilvl w:val="0"/>
          <w:numId w:val="54"/>
        </w:numPr>
        <w:tabs>
          <w:tab w:val="left" w:pos="1040"/>
        </w:tabs>
        <w:spacing w:line="240" w:lineRule="auto"/>
        <w:ind w:firstLine="720"/>
        <w:jc w:val="both"/>
        <w:rPr>
          <w:rFonts w:cs="Times New Roman"/>
          <w:color w:val="auto"/>
          <w:sz w:val="28"/>
          <w:szCs w:val="28"/>
        </w:rPr>
      </w:pPr>
      <w:bookmarkStart w:id="66" w:name="bookmark62"/>
      <w:bookmarkEnd w:id="66"/>
      <w:r w:rsidRPr="001A456E">
        <w:rPr>
          <w:rFonts w:cs="Times New Roman"/>
          <w:color w:val="auto"/>
          <w:sz w:val="28"/>
          <w:szCs w:val="28"/>
        </w:rPr>
        <w:t>соблюдение правил здорового и безопасного (для себя и других людей) образа жизни в окружающей среде (в том числе информационной);</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67" w:name="bookmark63"/>
      <w:bookmarkEnd w:id="67"/>
      <w:r w:rsidRPr="001A456E">
        <w:rPr>
          <w:rFonts w:cs="Times New Roman"/>
          <w:color w:val="auto"/>
          <w:sz w:val="28"/>
          <w:szCs w:val="28"/>
        </w:rPr>
        <w:t>бережное отношение к физическому и психическому здоровью.</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color w:val="auto"/>
          <w:sz w:val="28"/>
          <w:szCs w:val="28"/>
        </w:rPr>
        <w:t>Трудового воспитания</w:t>
      </w:r>
      <w:r w:rsidRPr="001A456E">
        <w:rPr>
          <w:rFonts w:cs="Times New Roman"/>
          <w:color w:val="auto"/>
          <w:sz w:val="28"/>
          <w:szCs w:val="28"/>
        </w:rPr>
        <w:t>:</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68" w:name="bookmark64"/>
      <w:bookmarkEnd w:id="68"/>
      <w:r w:rsidRPr="001A456E">
        <w:rPr>
          <w:rFonts w:cs="Times New Roman"/>
          <w:color w:val="auto"/>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3772B6" w:rsidRPr="001A456E" w:rsidRDefault="003772B6" w:rsidP="003772B6">
      <w:pPr>
        <w:pStyle w:val="36"/>
        <w:keepNext/>
        <w:keepLines/>
        <w:spacing w:line="240" w:lineRule="auto"/>
        <w:jc w:val="both"/>
        <w:rPr>
          <w:rFonts w:ascii="Times New Roman" w:hAnsi="Times New Roman" w:cs="Times New Roman"/>
          <w:color w:val="auto"/>
          <w:sz w:val="28"/>
          <w:szCs w:val="28"/>
        </w:rPr>
      </w:pPr>
      <w:bookmarkStart w:id="69" w:name="bookmark65"/>
      <w:bookmarkStart w:id="70" w:name="bookmark66"/>
      <w:bookmarkStart w:id="71" w:name="bookmark67"/>
      <w:r w:rsidRPr="001A456E">
        <w:rPr>
          <w:rFonts w:ascii="Times New Roman" w:hAnsi="Times New Roman" w:cs="Times New Roman"/>
          <w:color w:val="auto"/>
          <w:sz w:val="28"/>
          <w:szCs w:val="28"/>
        </w:rPr>
        <w:lastRenderedPageBreak/>
        <w:t>Экологического воспитания</w:t>
      </w:r>
      <w:r w:rsidRPr="001A456E">
        <w:rPr>
          <w:rFonts w:ascii="Times New Roman" w:hAnsi="Times New Roman" w:cs="Times New Roman"/>
          <w:b w:val="0"/>
          <w:bCs w:val="0"/>
          <w:color w:val="auto"/>
          <w:sz w:val="28"/>
          <w:szCs w:val="28"/>
        </w:rPr>
        <w:t>:</w:t>
      </w:r>
      <w:bookmarkEnd w:id="69"/>
      <w:bookmarkEnd w:id="70"/>
      <w:bookmarkEnd w:id="71"/>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72" w:name="bookmark68"/>
      <w:bookmarkEnd w:id="72"/>
      <w:r w:rsidRPr="001A456E">
        <w:rPr>
          <w:rFonts w:cs="Times New Roman"/>
          <w:color w:val="auto"/>
          <w:sz w:val="28"/>
          <w:szCs w:val="28"/>
        </w:rPr>
        <w:t>бережное отношение к природе;</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73" w:name="bookmark69"/>
      <w:bookmarkEnd w:id="73"/>
      <w:r w:rsidRPr="001A456E">
        <w:rPr>
          <w:rFonts w:cs="Times New Roman"/>
          <w:color w:val="auto"/>
          <w:sz w:val="28"/>
          <w:szCs w:val="28"/>
        </w:rPr>
        <w:t>неприятие действий, приносящих ей вред.</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color w:val="auto"/>
          <w:sz w:val="28"/>
          <w:szCs w:val="28"/>
        </w:rPr>
        <w:t>Ценности научного познания</w:t>
      </w:r>
      <w:r w:rsidRPr="001A456E">
        <w:rPr>
          <w:rFonts w:cs="Times New Roman"/>
          <w:color w:val="auto"/>
          <w:sz w:val="28"/>
          <w:szCs w:val="28"/>
        </w:rPr>
        <w:t>:</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74" w:name="bookmark70"/>
      <w:bookmarkEnd w:id="74"/>
      <w:r w:rsidRPr="001A456E">
        <w:rPr>
          <w:rFonts w:cs="Times New Roman"/>
          <w:color w:val="auto"/>
          <w:sz w:val="28"/>
          <w:szCs w:val="28"/>
        </w:rPr>
        <w:t>первоначальные представления о научной картине мира;</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r w:rsidRPr="001A456E">
        <w:rPr>
          <w:rFonts w:cs="Times New Roman"/>
          <w:color w:val="auto"/>
          <w:sz w:val="28"/>
          <w:szCs w:val="28"/>
        </w:rPr>
        <w:t>познавательные интересы, активность, инициативность,</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r w:rsidRPr="001A456E">
        <w:rPr>
          <w:rFonts w:cs="Times New Roman"/>
          <w:color w:val="auto"/>
          <w:sz w:val="28"/>
          <w:szCs w:val="28"/>
        </w:rPr>
        <w:br w:type="page"/>
      </w:r>
      <w:r w:rsidRPr="001A456E">
        <w:rPr>
          <w:rFonts w:cs="Times New Roman"/>
          <w:noProof/>
          <w:color w:val="auto"/>
          <w:lang w:eastAsia="ru-RU"/>
        </w:rPr>
        <w:lastRenderedPageBreak/>
        <mc:AlternateContent>
          <mc:Choice Requires="wps">
            <w:drawing>
              <wp:anchor distT="3175" distB="15240" distL="0" distR="0" simplePos="0" relativeHeight="251656192" behindDoc="0" locked="0" layoutInCell="1" allowOverlap="1" wp14:anchorId="102537EC" wp14:editId="7EDF1233">
                <wp:simplePos x="0" y="0"/>
                <wp:positionH relativeFrom="page">
                  <wp:posOffset>1329055</wp:posOffset>
                </wp:positionH>
                <wp:positionV relativeFrom="paragraph">
                  <wp:posOffset>3175</wp:posOffset>
                </wp:positionV>
                <wp:extent cx="1374775" cy="216535"/>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1374775" cy="216535"/>
                        </a:xfrm>
                        <a:prstGeom prst="rect">
                          <a:avLst/>
                        </a:prstGeom>
                        <a:noFill/>
                      </wps:spPr>
                      <wps:txbx>
                        <w:txbxContent>
                          <w:p w:rsidR="003772B6" w:rsidRDefault="003772B6" w:rsidP="003772B6">
                            <w:pPr>
                              <w:pStyle w:val="1b"/>
                              <w:spacing w:line="240" w:lineRule="auto"/>
                              <w:ind w:firstLine="0"/>
                            </w:pPr>
                            <w:r>
                              <w:rPr>
                                <w:color w:val="000000"/>
                              </w:rPr>
                              <w:t xml:space="preserve">- </w:t>
                            </w:r>
                          </w:p>
                        </w:txbxContent>
                      </wps:txbx>
                      <wps:bodyPr wrap="none" lIns="0" tIns="0" rIns="0" bIns="0"/>
                    </wps:wsp>
                  </a:graphicData>
                </a:graphic>
              </wp:anchor>
            </w:drawing>
          </mc:Choice>
          <mc:Fallback>
            <w:pict>
              <v:shapetype w14:anchorId="102537EC" id="_x0000_t202" coordsize="21600,21600" o:spt="202" path="m,l,21600r21600,l21600,xe">
                <v:stroke joinstyle="miter"/>
                <v:path gradientshapeok="t" o:connecttype="rect"/>
              </v:shapetype>
              <v:shape id="Shape 5" o:spid="_x0000_s1026" type="#_x0000_t202" style="position:absolute;left:0;text-align:left;margin-left:104.65pt;margin-top:.25pt;width:108.25pt;height:17.05pt;z-index:251656192;visibility:visible;mso-wrap-style:none;mso-wrap-distance-left:0;mso-wrap-distance-top:.25pt;mso-wrap-distance-right:0;mso-wrap-distance-bottom:1.2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" filled="f" stroked="f">
                <v:textbox inset="0,0,0,0">
                  <w:txbxContent>
                    <w:p w:rsidR="003772B6" w:rsidRDefault="003772B6" w:rsidP="003772B6">
                      <w:pPr>
                        <w:pStyle w:val="1b"/>
                        <w:spacing w:line="240" w:lineRule="auto"/>
                        <w:ind w:firstLine="0"/>
                      </w:pPr>
                      <w:r>
                        <w:rPr>
                          <w:color w:val="000000"/>
                        </w:rPr>
                        <w:t xml:space="preserve">- </w:t>
                      </w:r>
                    </w:p>
                  </w:txbxContent>
                </v:textbox>
                <w10:wrap type="topAndBottom" anchorx="page"/>
              </v:shape>
            </w:pict>
          </mc:Fallback>
        </mc:AlternateContent>
      </w:r>
      <w:r w:rsidRPr="001A456E">
        <w:rPr>
          <w:rFonts w:cs="Times New Roman"/>
          <w:noProof/>
          <w:color w:val="auto"/>
          <w:lang w:eastAsia="ru-RU"/>
        </w:rPr>
        <mc:AlternateContent>
          <mc:Choice Requires="wps">
            <w:drawing>
              <wp:anchor distT="0" distB="12700" distL="0" distR="0" simplePos="0" relativeHeight="251658240" behindDoc="0" locked="0" layoutInCell="1" allowOverlap="1" wp14:anchorId="4ECA3AF1" wp14:editId="3F4418AD">
                <wp:simplePos x="0" y="0"/>
                <wp:positionH relativeFrom="page">
                  <wp:posOffset>3142615</wp:posOffset>
                </wp:positionH>
                <wp:positionV relativeFrom="paragraph">
                  <wp:posOffset>0</wp:posOffset>
                </wp:positionV>
                <wp:extent cx="786130" cy="222250"/>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786130" cy="222250"/>
                        </a:xfrm>
                        <a:prstGeom prst="rect">
                          <a:avLst/>
                        </a:prstGeom>
                        <a:noFill/>
                      </wps:spPr>
                      <wps:txbx>
                        <w:txbxContent>
                          <w:p w:rsidR="003772B6" w:rsidRDefault="003772B6" w:rsidP="003772B6">
                            <w:pPr>
                              <w:pStyle w:val="1b"/>
                              <w:spacing w:line="240" w:lineRule="auto"/>
                              <w:ind w:firstLine="0"/>
                              <w:jc w:val="center"/>
                            </w:pPr>
                          </w:p>
                        </w:txbxContent>
                      </wps:txbx>
                      <wps:bodyPr wrap="none" lIns="0" tIns="0" rIns="0" bIns="0"/>
                    </wps:wsp>
                  </a:graphicData>
                </a:graphic>
              </wp:anchor>
            </w:drawing>
          </mc:Choice>
          <mc:Fallback>
            <w:pict>
              <v:shape w14:anchorId="4ECA3AF1" id="Shape 7" o:spid="_x0000_s1027" type="#_x0000_t202" style="position:absolute;left:0;text-align:left;margin-left:247.45pt;margin-top:0;width:61.9pt;height:17.5pt;z-index:251658240;visibility:visible;mso-wrap-style:none;mso-wrap-distance-left:0;mso-wrap-distance-top:0;mso-wrap-distance-right:0;mso-wrap-distance-bottom: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" filled="f" stroked="f">
                <v:textbox inset="0,0,0,0">
                  <w:txbxContent>
                    <w:p w:rsidR="003772B6" w:rsidRDefault="003772B6" w:rsidP="003772B6">
                      <w:pPr>
                        <w:pStyle w:val="1b"/>
                        <w:spacing w:line="240" w:lineRule="auto"/>
                        <w:ind w:firstLine="0"/>
                        <w:jc w:val="center"/>
                      </w:pPr>
                    </w:p>
                  </w:txbxContent>
                </v:textbox>
                <w10:wrap type="topAndBottom" anchorx="page"/>
              </v:shape>
            </w:pict>
          </mc:Fallback>
        </mc:AlternateContent>
      </w:r>
      <w:r w:rsidRPr="001A456E">
        <w:rPr>
          <w:rFonts w:cs="Times New Roman"/>
          <w:color w:val="auto"/>
          <w:sz w:val="28"/>
          <w:szCs w:val="28"/>
        </w:rPr>
        <w:t>любознательность и самостоятельность в познании.</w:t>
      </w:r>
    </w:p>
    <w:p w:rsidR="003772B6" w:rsidRPr="001A456E" w:rsidRDefault="003772B6" w:rsidP="003772B6">
      <w:pPr>
        <w:pStyle w:val="36"/>
        <w:keepNext/>
        <w:keepLines/>
        <w:spacing w:line="240" w:lineRule="auto"/>
        <w:jc w:val="both"/>
        <w:rPr>
          <w:rFonts w:ascii="Times New Roman" w:hAnsi="Times New Roman" w:cs="Times New Roman"/>
          <w:color w:val="auto"/>
          <w:sz w:val="28"/>
          <w:szCs w:val="28"/>
        </w:rPr>
      </w:pPr>
      <w:bookmarkStart w:id="75" w:name="bookmark71"/>
      <w:bookmarkStart w:id="76" w:name="bookmark72"/>
      <w:bookmarkStart w:id="77" w:name="bookmark73"/>
      <w:r w:rsidRPr="001A456E">
        <w:rPr>
          <w:rFonts w:ascii="Times New Roman" w:hAnsi="Times New Roman" w:cs="Times New Roman"/>
          <w:color w:val="auto"/>
          <w:sz w:val="28"/>
          <w:szCs w:val="28"/>
        </w:rPr>
        <w:t>МЕТАПРЕДМЕТНЫЕ РЕЗУЛЬТАТЫ</w:t>
      </w:r>
      <w:bookmarkEnd w:id="75"/>
      <w:bookmarkEnd w:id="76"/>
      <w:bookmarkEnd w:id="77"/>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Овладение универсальными учебными познавательными действиями:</w:t>
      </w:r>
    </w:p>
    <w:p w:rsidR="003772B6" w:rsidRPr="001A456E" w:rsidRDefault="003772B6" w:rsidP="00EF687D">
      <w:pPr>
        <w:pStyle w:val="36"/>
        <w:keepNext/>
        <w:keepLines/>
        <w:numPr>
          <w:ilvl w:val="0"/>
          <w:numId w:val="56"/>
        </w:numPr>
        <w:tabs>
          <w:tab w:val="left" w:pos="1426"/>
        </w:tabs>
        <w:spacing w:after="0" w:line="240" w:lineRule="auto"/>
        <w:ind w:firstLine="720"/>
        <w:jc w:val="both"/>
        <w:rPr>
          <w:rFonts w:ascii="Times New Roman" w:hAnsi="Times New Roman" w:cs="Times New Roman"/>
          <w:color w:val="auto"/>
          <w:sz w:val="28"/>
          <w:szCs w:val="28"/>
        </w:rPr>
      </w:pPr>
      <w:bookmarkStart w:id="78" w:name="bookmark76"/>
      <w:bookmarkStart w:id="79" w:name="bookmark74"/>
      <w:bookmarkStart w:id="80" w:name="bookmark75"/>
      <w:bookmarkStart w:id="81" w:name="bookmark77"/>
      <w:bookmarkEnd w:id="78"/>
      <w:r w:rsidRPr="001A456E">
        <w:rPr>
          <w:rFonts w:ascii="Times New Roman" w:hAnsi="Times New Roman" w:cs="Times New Roman"/>
          <w:color w:val="auto"/>
          <w:sz w:val="28"/>
          <w:szCs w:val="28"/>
        </w:rPr>
        <w:t>базовые логические действия:</w:t>
      </w:r>
      <w:bookmarkEnd w:id="79"/>
      <w:bookmarkEnd w:id="80"/>
      <w:bookmarkEnd w:id="81"/>
    </w:p>
    <w:p w:rsidR="003772B6" w:rsidRPr="001A456E" w:rsidRDefault="003772B6" w:rsidP="00EF687D">
      <w:pPr>
        <w:pStyle w:val="1b"/>
        <w:numPr>
          <w:ilvl w:val="0"/>
          <w:numId w:val="54"/>
        </w:numPr>
        <w:tabs>
          <w:tab w:val="left" w:pos="1050"/>
        </w:tabs>
        <w:spacing w:line="240" w:lineRule="auto"/>
        <w:ind w:firstLine="720"/>
        <w:jc w:val="both"/>
        <w:rPr>
          <w:rFonts w:cs="Times New Roman"/>
          <w:color w:val="auto"/>
          <w:sz w:val="28"/>
          <w:szCs w:val="28"/>
        </w:rPr>
      </w:pPr>
      <w:bookmarkStart w:id="82" w:name="bookmark78"/>
      <w:bookmarkEnd w:id="82"/>
      <w:r w:rsidRPr="001A456E">
        <w:rPr>
          <w:rFonts w:cs="Times New Roman"/>
          <w:color w:val="auto"/>
          <w:sz w:val="28"/>
          <w:szCs w:val="28"/>
        </w:rPr>
        <w:t>сравнивать объекты, устанавливать основания для сравнения, устанавливать аналогии; объединять части объекта (объекты) по определенному признаку на примерах, изученных в курсе внеурочной деятельности;</w:t>
      </w:r>
    </w:p>
    <w:p w:rsidR="003772B6" w:rsidRPr="001A456E" w:rsidRDefault="003772B6" w:rsidP="00EF687D">
      <w:pPr>
        <w:pStyle w:val="1b"/>
        <w:numPr>
          <w:ilvl w:val="0"/>
          <w:numId w:val="54"/>
        </w:numPr>
        <w:tabs>
          <w:tab w:val="left" w:pos="1064"/>
          <w:tab w:val="left" w:pos="2861"/>
          <w:tab w:val="left" w:pos="5194"/>
          <w:tab w:val="left" w:pos="6739"/>
          <w:tab w:val="left" w:pos="7738"/>
        </w:tabs>
        <w:spacing w:line="240" w:lineRule="auto"/>
        <w:ind w:firstLine="720"/>
        <w:jc w:val="both"/>
        <w:rPr>
          <w:rFonts w:cs="Times New Roman"/>
          <w:color w:val="auto"/>
          <w:sz w:val="28"/>
          <w:szCs w:val="28"/>
        </w:rPr>
      </w:pPr>
      <w:r w:rsidRPr="001A456E">
        <w:rPr>
          <w:rFonts w:cs="Times New Roman"/>
          <w:color w:val="auto"/>
          <w:sz w:val="28"/>
          <w:szCs w:val="28"/>
        </w:rPr>
        <w:t>определять</w:t>
      </w:r>
      <w:r w:rsidRPr="001A456E">
        <w:rPr>
          <w:rFonts w:cs="Times New Roman"/>
          <w:color w:val="auto"/>
          <w:sz w:val="28"/>
          <w:szCs w:val="28"/>
        </w:rPr>
        <w:tab/>
        <w:t>существенный</w:t>
      </w:r>
      <w:r w:rsidRPr="001A456E">
        <w:rPr>
          <w:rFonts w:cs="Times New Roman"/>
          <w:color w:val="auto"/>
          <w:sz w:val="28"/>
          <w:szCs w:val="28"/>
        </w:rPr>
        <w:tab/>
        <w:t>признак</w:t>
      </w:r>
      <w:r w:rsidRPr="001A456E">
        <w:rPr>
          <w:rFonts w:cs="Times New Roman"/>
          <w:color w:val="auto"/>
          <w:sz w:val="28"/>
          <w:szCs w:val="28"/>
        </w:rPr>
        <w:tab/>
        <w:t>для</w:t>
      </w:r>
      <w:r w:rsidRPr="001A456E">
        <w:rPr>
          <w:rFonts w:cs="Times New Roman"/>
          <w:color w:val="auto"/>
          <w:sz w:val="28"/>
          <w:szCs w:val="28"/>
        </w:rPr>
        <w:tab/>
        <w:t>классификации,</w:t>
      </w:r>
    </w:p>
    <w:p w:rsidR="003772B6" w:rsidRPr="001A456E" w:rsidRDefault="003772B6" w:rsidP="003772B6">
      <w:pPr>
        <w:pStyle w:val="1b"/>
        <w:spacing w:line="240" w:lineRule="auto"/>
        <w:ind w:firstLine="0"/>
        <w:jc w:val="both"/>
        <w:rPr>
          <w:rFonts w:cs="Times New Roman"/>
          <w:color w:val="auto"/>
          <w:sz w:val="28"/>
          <w:szCs w:val="28"/>
        </w:rPr>
      </w:pPr>
      <w:r w:rsidRPr="001A456E">
        <w:rPr>
          <w:rFonts w:cs="Times New Roman"/>
          <w:color w:val="auto"/>
          <w:sz w:val="28"/>
          <w:szCs w:val="28"/>
        </w:rPr>
        <w:t>классифицировать предложенные объекты по истории и природе родного края;</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r w:rsidRPr="001A456E">
        <w:rPr>
          <w:rFonts w:cs="Times New Roman"/>
          <w:color w:val="auto"/>
          <w:sz w:val="28"/>
          <w:szCs w:val="28"/>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3772B6" w:rsidRPr="001A456E" w:rsidRDefault="003772B6" w:rsidP="00EF687D">
      <w:pPr>
        <w:pStyle w:val="1b"/>
        <w:numPr>
          <w:ilvl w:val="0"/>
          <w:numId w:val="54"/>
        </w:numPr>
        <w:tabs>
          <w:tab w:val="left" w:pos="1040"/>
        </w:tabs>
        <w:spacing w:line="240" w:lineRule="auto"/>
        <w:ind w:firstLine="720"/>
        <w:jc w:val="both"/>
        <w:rPr>
          <w:rFonts w:cs="Times New Roman"/>
          <w:color w:val="auto"/>
          <w:sz w:val="28"/>
          <w:szCs w:val="28"/>
        </w:rPr>
      </w:pPr>
      <w:r w:rsidRPr="001A456E">
        <w:rPr>
          <w:rFonts w:cs="Times New Roman"/>
          <w:color w:val="auto"/>
          <w:sz w:val="28"/>
          <w:szCs w:val="28"/>
        </w:rPr>
        <w:t>выявлять недостаточность информации для решения учебной (практической) задачи на основе предложенного алгоритма;</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r w:rsidRPr="001A456E">
        <w:rPr>
          <w:rFonts w:cs="Times New Roman"/>
          <w:color w:val="auto"/>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rsidR="003772B6" w:rsidRPr="001A456E" w:rsidRDefault="003772B6" w:rsidP="00EF687D">
      <w:pPr>
        <w:pStyle w:val="36"/>
        <w:keepNext/>
        <w:keepLines/>
        <w:numPr>
          <w:ilvl w:val="0"/>
          <w:numId w:val="56"/>
        </w:numPr>
        <w:tabs>
          <w:tab w:val="left" w:pos="1426"/>
        </w:tabs>
        <w:spacing w:after="0" w:line="240" w:lineRule="auto"/>
        <w:ind w:firstLine="720"/>
        <w:jc w:val="both"/>
        <w:rPr>
          <w:rFonts w:ascii="Times New Roman" w:hAnsi="Times New Roman" w:cs="Times New Roman"/>
          <w:color w:val="auto"/>
          <w:sz w:val="28"/>
          <w:szCs w:val="28"/>
        </w:rPr>
      </w:pPr>
      <w:bookmarkStart w:id="83" w:name="bookmark85"/>
      <w:bookmarkStart w:id="84" w:name="bookmark86"/>
      <w:bookmarkEnd w:id="83"/>
      <w:r w:rsidRPr="001A456E">
        <w:rPr>
          <w:rFonts w:ascii="Times New Roman" w:hAnsi="Times New Roman" w:cs="Times New Roman"/>
          <w:color w:val="auto"/>
          <w:sz w:val="28"/>
          <w:szCs w:val="28"/>
        </w:rPr>
        <w:t>базовые исследовательские действия:</w:t>
      </w:r>
      <w:bookmarkEnd w:id="84"/>
    </w:p>
    <w:p w:rsidR="003772B6" w:rsidRPr="001A456E" w:rsidRDefault="003772B6" w:rsidP="00EF687D">
      <w:pPr>
        <w:pStyle w:val="1b"/>
        <w:numPr>
          <w:ilvl w:val="0"/>
          <w:numId w:val="54"/>
        </w:numPr>
        <w:tabs>
          <w:tab w:val="left" w:pos="1040"/>
        </w:tabs>
        <w:spacing w:line="240" w:lineRule="auto"/>
        <w:ind w:firstLine="720"/>
        <w:jc w:val="both"/>
        <w:rPr>
          <w:rFonts w:cs="Times New Roman"/>
          <w:color w:val="auto"/>
          <w:sz w:val="28"/>
          <w:szCs w:val="28"/>
        </w:rPr>
      </w:pPr>
      <w:bookmarkStart w:id="85" w:name="bookmark87"/>
      <w:bookmarkEnd w:id="85"/>
      <w:r w:rsidRPr="001A456E">
        <w:rPr>
          <w:rFonts w:cs="Times New Roman"/>
          <w:color w:val="auto"/>
          <w:sz w:val="28"/>
          <w:szCs w:val="28"/>
        </w:rPr>
        <w:t>определять разрыв между реальным и желательным состоянием объекта (ситуации) на основе предложенных педагогическим работником вопросов;</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86" w:name="bookmark88"/>
      <w:bookmarkEnd w:id="86"/>
      <w:r w:rsidRPr="001A456E">
        <w:rPr>
          <w:rFonts w:cs="Times New Roman"/>
          <w:color w:val="auto"/>
          <w:sz w:val="28"/>
          <w:szCs w:val="28"/>
        </w:rPr>
        <w:t>с помощью педагогического работника формулировать цель, планировать изменения объекта, ситуации;</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87" w:name="bookmark89"/>
      <w:bookmarkEnd w:id="87"/>
      <w:r w:rsidRPr="001A456E">
        <w:rPr>
          <w:rFonts w:cs="Times New Roman"/>
          <w:color w:val="auto"/>
          <w:sz w:val="28"/>
          <w:szCs w:val="28"/>
        </w:rPr>
        <w:t>сравнивать несколько вариантов решения задачи, выбирать наиболее подходящий (на основе предложенных критериев);</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88" w:name="bookmark90"/>
      <w:bookmarkEnd w:id="88"/>
      <w:r w:rsidRPr="001A456E">
        <w:rPr>
          <w:rFonts w:cs="Times New Roman"/>
          <w:color w:val="auto"/>
          <w:sz w:val="28"/>
          <w:szCs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74695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89" w:name="bookmark91"/>
      <w:bookmarkEnd w:id="89"/>
      <w:r w:rsidRPr="001A456E">
        <w:rPr>
          <w:rFonts w:cs="Times New Roman"/>
          <w:color w:val="auto"/>
          <w:sz w:val="28"/>
          <w:szCs w:val="28"/>
        </w:rPr>
        <w:t>формулировать выводы и подкреплять их доказательствами на основе результатов проведенного наблюдения (о</w:t>
      </w:r>
      <w:r w:rsidR="00746956" w:rsidRPr="001A456E">
        <w:rPr>
          <w:rFonts w:cs="Times New Roman"/>
          <w:color w:val="auto"/>
          <w:sz w:val="28"/>
          <w:szCs w:val="28"/>
        </w:rPr>
        <w:t xml:space="preserve">пыта, измерения, классификации, </w:t>
      </w:r>
      <w:r w:rsidRPr="001A456E">
        <w:rPr>
          <w:rFonts w:cs="Times New Roman"/>
          <w:color w:val="auto"/>
          <w:sz w:val="28"/>
          <w:szCs w:val="28"/>
        </w:rPr>
        <w:t>сравнения, исследования);</w:t>
      </w:r>
    </w:p>
    <w:p w:rsidR="003772B6" w:rsidRPr="001A456E" w:rsidRDefault="00746956" w:rsidP="00EF687D">
      <w:pPr>
        <w:pStyle w:val="1b"/>
        <w:numPr>
          <w:ilvl w:val="0"/>
          <w:numId w:val="54"/>
        </w:numPr>
        <w:tabs>
          <w:tab w:val="left" w:pos="1045"/>
        </w:tabs>
        <w:spacing w:line="240" w:lineRule="auto"/>
        <w:ind w:firstLine="720"/>
        <w:jc w:val="both"/>
        <w:rPr>
          <w:rFonts w:cs="Times New Roman"/>
          <w:color w:val="auto"/>
          <w:sz w:val="28"/>
          <w:szCs w:val="28"/>
        </w:rPr>
      </w:pPr>
      <w:r w:rsidRPr="001A456E">
        <w:rPr>
          <w:rFonts w:cs="Times New Roman"/>
          <w:color w:val="auto"/>
          <w:sz w:val="28"/>
          <w:szCs w:val="28"/>
        </w:rPr>
        <w:t>прогнозировать возможное развитие процессов, событий.</w:t>
      </w:r>
      <w:r w:rsidR="003772B6" w:rsidRPr="001A456E">
        <w:rPr>
          <w:rFonts w:cs="Times New Roman"/>
          <w:noProof/>
          <w:color w:val="auto"/>
          <w:lang w:eastAsia="ru-RU"/>
        </w:rPr>
        <mc:AlternateContent>
          <mc:Choice Requires="wps">
            <w:drawing>
              <wp:anchor distT="0" distB="12700" distL="0" distR="0" simplePos="0" relativeHeight="251660288" behindDoc="0" locked="0" layoutInCell="1" allowOverlap="1" wp14:anchorId="3273789E" wp14:editId="12E72216">
                <wp:simplePos x="0" y="0"/>
                <wp:positionH relativeFrom="page">
                  <wp:posOffset>1327150</wp:posOffset>
                </wp:positionH>
                <wp:positionV relativeFrom="paragraph">
                  <wp:posOffset>0</wp:posOffset>
                </wp:positionV>
                <wp:extent cx="1362710" cy="222250"/>
                <wp:effectExtent l="0" t="0" r="0" b="0"/>
                <wp:wrapTopAndBottom/>
                <wp:docPr id="13" name="Shape 13"/>
                <wp:cNvGraphicFramePr/>
                <a:graphic xmlns:a="http://schemas.openxmlformats.org/drawingml/2006/main">
                  <a:graphicData uri="http://schemas.microsoft.com/office/word/2010/wordprocessingShape">
                    <wps:wsp>
                      <wps:cNvSpPr txBox="1"/>
                      <wps:spPr>
                        <a:xfrm>
                          <a:off x="0" y="0"/>
                          <a:ext cx="1362710" cy="222250"/>
                        </a:xfrm>
                        <a:prstGeom prst="rect">
                          <a:avLst/>
                        </a:prstGeom>
                        <a:noFill/>
                      </wps:spPr>
                      <wps:txbx>
                        <w:txbxContent>
                          <w:p w:rsidR="003772B6" w:rsidRDefault="003772B6" w:rsidP="003772B6">
                            <w:pPr>
                              <w:pStyle w:val="1b"/>
                              <w:spacing w:line="240" w:lineRule="auto"/>
                              <w:ind w:firstLine="0"/>
                            </w:pPr>
                            <w:r>
                              <w:rPr>
                                <w:color w:val="000000"/>
                              </w:rPr>
                              <w:t xml:space="preserve">- </w:t>
                            </w:r>
                          </w:p>
                        </w:txbxContent>
                      </wps:txbx>
                      <wps:bodyPr wrap="none" lIns="0" tIns="0" rIns="0" bIns="0"/>
                    </wps:wsp>
                  </a:graphicData>
                </a:graphic>
              </wp:anchor>
            </w:drawing>
          </mc:Choice>
          <mc:Fallback>
            <w:pict>
              <v:shape w14:anchorId="3273789E" id="Shape 13" o:spid="_x0000_s1028" type="#_x0000_t202" style="position:absolute;left:0;text-align:left;margin-left:104.5pt;margin-top:0;width:107.3pt;height:17.5pt;z-index:251660288;visibility:visible;mso-wrap-style:none;mso-wrap-distance-left:0;mso-wrap-distance-top:0;mso-wrap-distance-right:0;mso-wrap-distance-bottom: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" filled="f" stroked="f">
                <v:textbox inset="0,0,0,0">
                  <w:txbxContent>
                    <w:p w:rsidR="003772B6" w:rsidRDefault="003772B6" w:rsidP="003772B6">
                      <w:pPr>
                        <w:pStyle w:val="1b"/>
                        <w:spacing w:line="240" w:lineRule="auto"/>
                        <w:ind w:firstLine="0"/>
                      </w:pPr>
                      <w:r>
                        <w:rPr>
                          <w:color w:val="000000"/>
                        </w:rPr>
                        <w:t xml:space="preserve">- </w:t>
                      </w:r>
                    </w:p>
                  </w:txbxContent>
                </v:textbox>
                <w10:wrap type="topAndBottom" anchorx="page"/>
              </v:shape>
            </w:pict>
          </mc:Fallback>
        </mc:AlternateContent>
      </w:r>
    </w:p>
    <w:p w:rsidR="003772B6" w:rsidRPr="001A456E" w:rsidRDefault="003772B6" w:rsidP="003772B6">
      <w:pPr>
        <w:pStyle w:val="1b"/>
        <w:spacing w:line="240" w:lineRule="auto"/>
        <w:ind w:firstLine="0"/>
        <w:jc w:val="both"/>
        <w:rPr>
          <w:rFonts w:cs="Times New Roman"/>
          <w:color w:val="auto"/>
          <w:sz w:val="28"/>
          <w:szCs w:val="28"/>
        </w:rPr>
      </w:pPr>
      <w:r w:rsidRPr="001A456E">
        <w:rPr>
          <w:rFonts w:cs="Times New Roman"/>
          <w:color w:val="auto"/>
          <w:sz w:val="28"/>
          <w:szCs w:val="28"/>
        </w:rPr>
        <w:t>и их последствия в аналогичных или сходных ситуациях;</w:t>
      </w:r>
    </w:p>
    <w:p w:rsidR="003772B6" w:rsidRPr="001A456E" w:rsidRDefault="003772B6" w:rsidP="00EF687D">
      <w:pPr>
        <w:pStyle w:val="36"/>
        <w:keepNext/>
        <w:keepLines/>
        <w:numPr>
          <w:ilvl w:val="0"/>
          <w:numId w:val="56"/>
        </w:numPr>
        <w:tabs>
          <w:tab w:val="left" w:pos="1423"/>
        </w:tabs>
        <w:spacing w:after="0" w:line="240" w:lineRule="auto"/>
        <w:ind w:firstLine="720"/>
        <w:jc w:val="both"/>
        <w:rPr>
          <w:rFonts w:ascii="Times New Roman" w:hAnsi="Times New Roman" w:cs="Times New Roman"/>
          <w:color w:val="auto"/>
          <w:sz w:val="28"/>
          <w:szCs w:val="28"/>
        </w:rPr>
      </w:pPr>
      <w:bookmarkStart w:id="90" w:name="bookmark94"/>
      <w:bookmarkStart w:id="91" w:name="bookmark92"/>
      <w:bookmarkStart w:id="92" w:name="bookmark93"/>
      <w:bookmarkStart w:id="93" w:name="bookmark95"/>
      <w:bookmarkEnd w:id="90"/>
      <w:r w:rsidRPr="001A456E">
        <w:rPr>
          <w:rFonts w:ascii="Times New Roman" w:hAnsi="Times New Roman" w:cs="Times New Roman"/>
          <w:color w:val="auto"/>
          <w:sz w:val="28"/>
          <w:szCs w:val="28"/>
        </w:rPr>
        <w:t>работа с информацией</w:t>
      </w:r>
      <w:r w:rsidRPr="001A456E">
        <w:rPr>
          <w:rFonts w:ascii="Times New Roman" w:hAnsi="Times New Roman" w:cs="Times New Roman"/>
          <w:b w:val="0"/>
          <w:bCs w:val="0"/>
          <w:color w:val="auto"/>
          <w:sz w:val="28"/>
          <w:szCs w:val="28"/>
        </w:rPr>
        <w:t>:</w:t>
      </w:r>
      <w:bookmarkEnd w:id="91"/>
      <w:bookmarkEnd w:id="92"/>
      <w:bookmarkEnd w:id="93"/>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94" w:name="bookmark96"/>
      <w:bookmarkEnd w:id="94"/>
      <w:r w:rsidRPr="001A456E">
        <w:rPr>
          <w:rFonts w:cs="Times New Roman"/>
          <w:color w:val="auto"/>
          <w:sz w:val="28"/>
          <w:szCs w:val="28"/>
        </w:rPr>
        <w:t>выбирать источники получения информации;</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95" w:name="bookmark97"/>
      <w:bookmarkEnd w:id="95"/>
      <w:r w:rsidRPr="001A456E">
        <w:rPr>
          <w:rFonts w:cs="Times New Roman"/>
          <w:color w:val="auto"/>
          <w:sz w:val="28"/>
          <w:szCs w:val="28"/>
        </w:rPr>
        <w:t>согласно заданному алгоритму находить в предложенном источнике информацию, представленную в явном виде;</w:t>
      </w:r>
    </w:p>
    <w:p w:rsidR="003772B6" w:rsidRPr="001A456E" w:rsidRDefault="003772B6" w:rsidP="00EF687D">
      <w:pPr>
        <w:pStyle w:val="1b"/>
        <w:numPr>
          <w:ilvl w:val="0"/>
          <w:numId w:val="54"/>
        </w:numPr>
        <w:tabs>
          <w:tab w:val="left" w:pos="1040"/>
        </w:tabs>
        <w:spacing w:line="240" w:lineRule="auto"/>
        <w:ind w:firstLine="720"/>
        <w:jc w:val="both"/>
        <w:rPr>
          <w:rFonts w:cs="Times New Roman"/>
          <w:color w:val="auto"/>
          <w:sz w:val="28"/>
          <w:szCs w:val="28"/>
        </w:rPr>
      </w:pPr>
      <w:bookmarkStart w:id="96" w:name="bookmark98"/>
      <w:bookmarkEnd w:id="96"/>
      <w:r w:rsidRPr="001A456E">
        <w:rPr>
          <w:rFonts w:cs="Times New Roman"/>
          <w:color w:val="auto"/>
          <w:sz w:val="28"/>
          <w:szCs w:val="28"/>
        </w:rPr>
        <w:t>распознавать достоверную и недостоверную информацию самостоятельно или на основании предложенного педагогическим работником спосо</w:t>
      </w:r>
      <w:r w:rsidRPr="001A456E">
        <w:rPr>
          <w:rFonts w:cs="Times New Roman"/>
          <w:color w:val="auto"/>
          <w:sz w:val="28"/>
          <w:szCs w:val="28"/>
        </w:rPr>
        <w:lastRenderedPageBreak/>
        <w:t>ба ее проверки;</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97" w:name="bookmark99"/>
      <w:bookmarkEnd w:id="97"/>
      <w:r w:rsidRPr="001A456E">
        <w:rPr>
          <w:rFonts w:cs="Times New Roman"/>
          <w:color w:val="auto"/>
          <w:sz w:val="28"/>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98" w:name="bookmark100"/>
      <w:bookmarkEnd w:id="98"/>
      <w:r w:rsidRPr="001A456E">
        <w:rPr>
          <w:rFonts w:cs="Times New Roman"/>
          <w:color w:val="auto"/>
          <w:sz w:val="28"/>
          <w:szCs w:val="28"/>
        </w:rPr>
        <w:t>анализировать и создавать текстовую, видео-, графическую, звуковую, информацию в соответствии с учебной задачей;</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99" w:name="bookmark101"/>
      <w:bookmarkEnd w:id="99"/>
      <w:r w:rsidRPr="001A456E">
        <w:rPr>
          <w:rFonts w:cs="Times New Roman"/>
          <w:color w:val="auto"/>
          <w:sz w:val="28"/>
          <w:szCs w:val="28"/>
        </w:rPr>
        <w:t>самостоятельно создавать схемы, таблицы для представления информации.</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color w:val="auto"/>
          <w:sz w:val="28"/>
          <w:szCs w:val="28"/>
        </w:rPr>
        <w:t>Овладение универсальными учебными коммуникативными действиями:</w:t>
      </w:r>
    </w:p>
    <w:p w:rsidR="003772B6" w:rsidRPr="001A456E" w:rsidRDefault="003772B6" w:rsidP="00EF687D">
      <w:pPr>
        <w:pStyle w:val="1b"/>
        <w:numPr>
          <w:ilvl w:val="0"/>
          <w:numId w:val="57"/>
        </w:numPr>
        <w:tabs>
          <w:tab w:val="left" w:pos="1423"/>
        </w:tabs>
        <w:spacing w:line="240" w:lineRule="auto"/>
        <w:ind w:firstLine="720"/>
        <w:jc w:val="both"/>
        <w:rPr>
          <w:rFonts w:cs="Times New Roman"/>
          <w:color w:val="auto"/>
          <w:sz w:val="28"/>
          <w:szCs w:val="28"/>
        </w:rPr>
      </w:pPr>
      <w:bookmarkStart w:id="100" w:name="bookmark102"/>
      <w:bookmarkEnd w:id="100"/>
      <w:r w:rsidRPr="001A456E">
        <w:rPr>
          <w:rFonts w:cs="Times New Roman"/>
          <w:b/>
          <w:bCs/>
          <w:color w:val="auto"/>
          <w:sz w:val="28"/>
          <w:szCs w:val="28"/>
        </w:rPr>
        <w:t>общение</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101" w:name="bookmark103"/>
      <w:bookmarkEnd w:id="101"/>
      <w:r w:rsidRPr="001A456E">
        <w:rPr>
          <w:rFonts w:cs="Times New Roman"/>
          <w:color w:val="auto"/>
          <w:sz w:val="28"/>
          <w:szCs w:val="28"/>
        </w:rPr>
        <w:t>воспринимать и формулировать суждения, выражать эмоции в соответствии с целями и условиями общения в знакомой среде;</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102" w:name="bookmark104"/>
      <w:bookmarkEnd w:id="102"/>
      <w:r w:rsidRPr="001A456E">
        <w:rPr>
          <w:rFonts w:cs="Times New Roman"/>
          <w:color w:val="auto"/>
          <w:sz w:val="28"/>
          <w:szCs w:val="28"/>
        </w:rPr>
        <w:t>проявлять уважительное отношение к собеседнику, соблюдать правила ведения диалога и дискуссии;</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103" w:name="bookmark105"/>
      <w:bookmarkEnd w:id="103"/>
      <w:r w:rsidRPr="001A456E">
        <w:rPr>
          <w:rFonts w:cs="Times New Roman"/>
          <w:color w:val="auto"/>
          <w:sz w:val="28"/>
          <w:szCs w:val="28"/>
        </w:rPr>
        <w:t>признавать возможность существования разных точек зрения;</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104" w:name="bookmark106"/>
      <w:bookmarkEnd w:id="104"/>
      <w:r w:rsidRPr="001A456E">
        <w:rPr>
          <w:rFonts w:cs="Times New Roman"/>
          <w:color w:val="auto"/>
          <w:sz w:val="28"/>
          <w:szCs w:val="28"/>
        </w:rPr>
        <w:t>корректно и аргументированно высказывать свое мнение;</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105" w:name="bookmark107"/>
      <w:bookmarkEnd w:id="105"/>
      <w:r w:rsidRPr="001A456E">
        <w:rPr>
          <w:rFonts w:cs="Times New Roman"/>
          <w:color w:val="auto"/>
          <w:sz w:val="28"/>
          <w:szCs w:val="28"/>
        </w:rPr>
        <w:t>строить речевое высказывание в соответствии с поставленной задачей; создавать повествование, готовить небольшие публичные выступления, устные и письменные тексты (описание, рассуждение);</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106" w:name="bookmark108"/>
      <w:bookmarkEnd w:id="106"/>
      <w:r w:rsidRPr="001A456E">
        <w:rPr>
          <w:rFonts w:cs="Times New Roman"/>
          <w:color w:val="auto"/>
          <w:sz w:val="28"/>
          <w:szCs w:val="28"/>
        </w:rPr>
        <w:t>подбирать иллюстративный материал (рисунки, фото, плакаты) к тексту выступления;</w:t>
      </w:r>
    </w:p>
    <w:p w:rsidR="003772B6" w:rsidRPr="001A456E" w:rsidRDefault="003772B6" w:rsidP="00EF687D">
      <w:pPr>
        <w:pStyle w:val="36"/>
        <w:keepNext/>
        <w:keepLines/>
        <w:numPr>
          <w:ilvl w:val="0"/>
          <w:numId w:val="57"/>
        </w:numPr>
        <w:tabs>
          <w:tab w:val="left" w:pos="1423"/>
        </w:tabs>
        <w:spacing w:after="0" w:line="240" w:lineRule="auto"/>
        <w:ind w:firstLine="720"/>
        <w:jc w:val="both"/>
        <w:rPr>
          <w:rFonts w:ascii="Times New Roman" w:hAnsi="Times New Roman" w:cs="Times New Roman"/>
          <w:color w:val="auto"/>
          <w:sz w:val="28"/>
          <w:szCs w:val="28"/>
        </w:rPr>
      </w:pPr>
      <w:bookmarkStart w:id="107" w:name="bookmark111"/>
      <w:bookmarkStart w:id="108" w:name="bookmark109"/>
      <w:bookmarkStart w:id="109" w:name="bookmark110"/>
      <w:bookmarkStart w:id="110" w:name="bookmark112"/>
      <w:bookmarkEnd w:id="107"/>
      <w:r w:rsidRPr="001A456E">
        <w:rPr>
          <w:rFonts w:ascii="Times New Roman" w:hAnsi="Times New Roman" w:cs="Times New Roman"/>
          <w:color w:val="auto"/>
          <w:sz w:val="28"/>
          <w:szCs w:val="28"/>
        </w:rPr>
        <w:t>совместная деятельность:</w:t>
      </w:r>
      <w:bookmarkEnd w:id="108"/>
      <w:bookmarkEnd w:id="109"/>
      <w:bookmarkEnd w:id="110"/>
    </w:p>
    <w:p w:rsidR="003772B6" w:rsidRPr="001A456E" w:rsidRDefault="003772B6" w:rsidP="00EF687D">
      <w:pPr>
        <w:pStyle w:val="1b"/>
        <w:numPr>
          <w:ilvl w:val="0"/>
          <w:numId w:val="54"/>
        </w:numPr>
        <w:tabs>
          <w:tab w:val="left" w:pos="1050"/>
        </w:tabs>
        <w:spacing w:line="240" w:lineRule="auto"/>
        <w:ind w:firstLine="720"/>
        <w:jc w:val="both"/>
        <w:rPr>
          <w:rFonts w:cs="Times New Roman"/>
          <w:color w:val="auto"/>
          <w:sz w:val="28"/>
          <w:szCs w:val="28"/>
        </w:rPr>
      </w:pPr>
      <w:bookmarkStart w:id="111" w:name="bookmark113"/>
      <w:bookmarkEnd w:id="111"/>
      <w:r w:rsidRPr="001A456E">
        <w:rPr>
          <w:rFonts w:cs="Times New Roman"/>
          <w:color w:val="auto"/>
          <w:sz w:val="28"/>
          <w:szCs w:val="28"/>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112" w:name="bookmark114"/>
      <w:bookmarkEnd w:id="112"/>
      <w:r w:rsidRPr="001A456E">
        <w:rPr>
          <w:rFonts w:cs="Times New Roman"/>
          <w:color w:val="auto"/>
          <w:sz w:val="28"/>
          <w:szCs w:val="28"/>
        </w:rPr>
        <w:t>проявлять готовность руководить, выполнять поручения, подчиняться;</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113" w:name="bookmark115"/>
      <w:bookmarkEnd w:id="113"/>
      <w:r w:rsidRPr="001A456E">
        <w:rPr>
          <w:rFonts w:cs="Times New Roman"/>
          <w:color w:val="auto"/>
          <w:sz w:val="28"/>
          <w:szCs w:val="28"/>
        </w:rPr>
        <w:t>ответственно выполнять свою часть работы;</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114" w:name="bookmark116"/>
      <w:bookmarkEnd w:id="114"/>
      <w:r w:rsidRPr="001A456E">
        <w:rPr>
          <w:rFonts w:cs="Times New Roman"/>
          <w:color w:val="auto"/>
          <w:sz w:val="28"/>
          <w:szCs w:val="28"/>
        </w:rPr>
        <w:t>оценивать свой вклад в общий результат;</w:t>
      </w:r>
    </w:p>
    <w:p w:rsidR="003772B6" w:rsidRPr="001A456E" w:rsidRDefault="003772B6" w:rsidP="00EF687D">
      <w:pPr>
        <w:pStyle w:val="1b"/>
        <w:numPr>
          <w:ilvl w:val="0"/>
          <w:numId w:val="54"/>
        </w:numPr>
        <w:tabs>
          <w:tab w:val="left" w:pos="1040"/>
        </w:tabs>
        <w:spacing w:line="240" w:lineRule="auto"/>
        <w:ind w:firstLine="720"/>
        <w:jc w:val="both"/>
        <w:rPr>
          <w:rFonts w:cs="Times New Roman"/>
          <w:color w:val="auto"/>
          <w:sz w:val="28"/>
          <w:szCs w:val="28"/>
        </w:rPr>
      </w:pPr>
      <w:bookmarkStart w:id="115" w:name="bookmark117"/>
      <w:bookmarkEnd w:id="115"/>
      <w:r w:rsidRPr="001A456E">
        <w:rPr>
          <w:rFonts w:cs="Times New Roman"/>
          <w:color w:val="auto"/>
          <w:sz w:val="28"/>
          <w:szCs w:val="28"/>
        </w:rPr>
        <w:t>выполнять совместные проектные задания с опорой на предложенные образцы.</w:t>
      </w:r>
    </w:p>
    <w:p w:rsidR="003772B6" w:rsidRPr="001A456E" w:rsidRDefault="003772B6" w:rsidP="00EF687D">
      <w:pPr>
        <w:pStyle w:val="1b"/>
        <w:numPr>
          <w:ilvl w:val="0"/>
          <w:numId w:val="57"/>
        </w:numPr>
        <w:tabs>
          <w:tab w:val="left" w:pos="1423"/>
        </w:tabs>
        <w:spacing w:line="240" w:lineRule="auto"/>
        <w:ind w:firstLine="720"/>
        <w:jc w:val="both"/>
        <w:rPr>
          <w:rFonts w:cs="Times New Roman"/>
          <w:color w:val="auto"/>
          <w:sz w:val="28"/>
          <w:szCs w:val="28"/>
        </w:rPr>
      </w:pPr>
      <w:bookmarkStart w:id="116" w:name="bookmark118"/>
      <w:bookmarkEnd w:id="116"/>
      <w:r w:rsidRPr="001A456E">
        <w:rPr>
          <w:rFonts w:cs="Times New Roman"/>
          <w:b/>
          <w:bCs/>
          <w:color w:val="auto"/>
          <w:sz w:val="28"/>
          <w:szCs w:val="28"/>
        </w:rPr>
        <w:t>овладение универсальными учебными регулятивными действиями</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b/>
          <w:bCs/>
          <w:color w:val="auto"/>
          <w:sz w:val="28"/>
          <w:szCs w:val="28"/>
        </w:rPr>
        <w:t>самоорганизация:</w:t>
      </w:r>
    </w:p>
    <w:p w:rsidR="003772B6" w:rsidRPr="001A456E" w:rsidRDefault="003772B6" w:rsidP="00EF687D">
      <w:pPr>
        <w:pStyle w:val="1b"/>
        <w:numPr>
          <w:ilvl w:val="0"/>
          <w:numId w:val="54"/>
        </w:numPr>
        <w:tabs>
          <w:tab w:val="left" w:pos="1045"/>
        </w:tabs>
        <w:spacing w:line="240" w:lineRule="auto"/>
        <w:ind w:firstLine="720"/>
        <w:jc w:val="both"/>
        <w:rPr>
          <w:rFonts w:cs="Times New Roman"/>
          <w:color w:val="auto"/>
          <w:sz w:val="28"/>
          <w:szCs w:val="28"/>
        </w:rPr>
      </w:pPr>
      <w:bookmarkStart w:id="117" w:name="bookmark119"/>
      <w:bookmarkEnd w:id="117"/>
      <w:r w:rsidRPr="001A456E">
        <w:rPr>
          <w:rFonts w:cs="Times New Roman"/>
          <w:color w:val="auto"/>
          <w:sz w:val="28"/>
          <w:szCs w:val="28"/>
        </w:rPr>
        <w:t>планировать действия по решению учебной задачи для получения результата;</w:t>
      </w:r>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118" w:name="bookmark120"/>
      <w:bookmarkEnd w:id="118"/>
      <w:r w:rsidRPr="001A456E">
        <w:rPr>
          <w:rFonts w:cs="Times New Roman"/>
          <w:color w:val="auto"/>
          <w:sz w:val="28"/>
          <w:szCs w:val="28"/>
        </w:rPr>
        <w:t>выстраивать последовательность выбранных действий;</w:t>
      </w:r>
    </w:p>
    <w:p w:rsidR="003772B6" w:rsidRPr="001A456E" w:rsidRDefault="003772B6" w:rsidP="003772B6">
      <w:pPr>
        <w:pStyle w:val="36"/>
        <w:keepNext/>
        <w:keepLines/>
        <w:spacing w:line="240" w:lineRule="auto"/>
        <w:jc w:val="both"/>
        <w:rPr>
          <w:rFonts w:ascii="Times New Roman" w:hAnsi="Times New Roman" w:cs="Times New Roman"/>
          <w:color w:val="auto"/>
          <w:sz w:val="28"/>
          <w:szCs w:val="28"/>
        </w:rPr>
      </w:pPr>
      <w:bookmarkStart w:id="119" w:name="bookmark121"/>
      <w:bookmarkStart w:id="120" w:name="bookmark122"/>
      <w:bookmarkStart w:id="121" w:name="bookmark123"/>
      <w:r w:rsidRPr="001A456E">
        <w:rPr>
          <w:rFonts w:ascii="Times New Roman" w:hAnsi="Times New Roman" w:cs="Times New Roman"/>
          <w:color w:val="auto"/>
          <w:sz w:val="28"/>
          <w:szCs w:val="28"/>
        </w:rPr>
        <w:t>самоконтроль:</w:t>
      </w:r>
      <w:bookmarkEnd w:id="119"/>
      <w:bookmarkEnd w:id="120"/>
      <w:bookmarkEnd w:id="121"/>
    </w:p>
    <w:p w:rsidR="003772B6" w:rsidRPr="001A456E" w:rsidRDefault="003772B6" w:rsidP="00EF687D">
      <w:pPr>
        <w:pStyle w:val="1b"/>
        <w:numPr>
          <w:ilvl w:val="0"/>
          <w:numId w:val="54"/>
        </w:numPr>
        <w:tabs>
          <w:tab w:val="left" w:pos="1064"/>
        </w:tabs>
        <w:spacing w:line="240" w:lineRule="auto"/>
        <w:ind w:firstLine="720"/>
        <w:jc w:val="both"/>
        <w:rPr>
          <w:rFonts w:cs="Times New Roman"/>
          <w:color w:val="auto"/>
          <w:sz w:val="28"/>
          <w:szCs w:val="28"/>
        </w:rPr>
      </w:pPr>
      <w:bookmarkStart w:id="122" w:name="bookmark124"/>
      <w:bookmarkEnd w:id="122"/>
      <w:r w:rsidRPr="001A456E">
        <w:rPr>
          <w:rFonts w:cs="Times New Roman"/>
          <w:color w:val="auto"/>
          <w:sz w:val="28"/>
          <w:szCs w:val="28"/>
        </w:rPr>
        <w:t>устанавливать причины успеха/неудач учебной деятельности;</w:t>
      </w:r>
    </w:p>
    <w:p w:rsidR="003772B6" w:rsidRPr="001A456E" w:rsidRDefault="003772B6" w:rsidP="00EF687D">
      <w:pPr>
        <w:pStyle w:val="1b"/>
        <w:numPr>
          <w:ilvl w:val="0"/>
          <w:numId w:val="54"/>
        </w:numPr>
        <w:tabs>
          <w:tab w:val="left" w:pos="1064"/>
        </w:tabs>
        <w:spacing w:after="480" w:line="240" w:lineRule="auto"/>
        <w:ind w:firstLine="720"/>
        <w:jc w:val="both"/>
        <w:rPr>
          <w:rFonts w:cs="Times New Roman"/>
          <w:color w:val="auto"/>
          <w:sz w:val="28"/>
          <w:szCs w:val="28"/>
        </w:rPr>
      </w:pPr>
      <w:bookmarkStart w:id="123" w:name="bookmark125"/>
      <w:bookmarkEnd w:id="123"/>
      <w:r w:rsidRPr="001A456E">
        <w:rPr>
          <w:rFonts w:cs="Times New Roman"/>
          <w:color w:val="auto"/>
          <w:sz w:val="28"/>
          <w:szCs w:val="28"/>
        </w:rPr>
        <w:t>корректировать свои учебные действия для преодоления ошибок.</w:t>
      </w:r>
    </w:p>
    <w:p w:rsidR="003772B6" w:rsidRPr="001A456E" w:rsidRDefault="003772B6" w:rsidP="003772B6">
      <w:pPr>
        <w:pStyle w:val="36"/>
        <w:keepNext/>
        <w:keepLines/>
        <w:spacing w:line="240" w:lineRule="auto"/>
        <w:ind w:firstLine="0"/>
        <w:jc w:val="both"/>
        <w:rPr>
          <w:rFonts w:ascii="Times New Roman" w:hAnsi="Times New Roman" w:cs="Times New Roman"/>
          <w:color w:val="auto"/>
          <w:sz w:val="28"/>
          <w:szCs w:val="28"/>
        </w:rPr>
      </w:pPr>
      <w:bookmarkStart w:id="124" w:name="bookmark126"/>
      <w:bookmarkStart w:id="125" w:name="bookmark127"/>
      <w:bookmarkStart w:id="126" w:name="bookmark128"/>
      <w:r w:rsidRPr="001A456E">
        <w:rPr>
          <w:rFonts w:ascii="Times New Roman" w:hAnsi="Times New Roman" w:cs="Times New Roman"/>
          <w:color w:val="auto"/>
          <w:sz w:val="28"/>
          <w:szCs w:val="28"/>
        </w:rPr>
        <w:lastRenderedPageBreak/>
        <w:t>ПРЕДМЕТНЫЕ РЕЗУЛЬТАТЫ</w:t>
      </w:r>
      <w:bookmarkEnd w:id="124"/>
      <w:bookmarkEnd w:id="125"/>
      <w:bookmarkEnd w:id="126"/>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На конец 1-го класса обучающийся научится:</w:t>
      </w:r>
    </w:p>
    <w:p w:rsidR="003772B6" w:rsidRPr="001A456E" w:rsidRDefault="003772B6" w:rsidP="00EF687D">
      <w:pPr>
        <w:pStyle w:val="1b"/>
        <w:numPr>
          <w:ilvl w:val="0"/>
          <w:numId w:val="58"/>
        </w:numPr>
        <w:tabs>
          <w:tab w:val="left" w:pos="1423"/>
        </w:tabs>
        <w:spacing w:line="240" w:lineRule="auto"/>
        <w:ind w:firstLine="720"/>
        <w:jc w:val="both"/>
        <w:rPr>
          <w:rFonts w:cs="Times New Roman"/>
          <w:color w:val="auto"/>
          <w:sz w:val="28"/>
          <w:szCs w:val="28"/>
        </w:rPr>
      </w:pPr>
      <w:bookmarkStart w:id="127" w:name="bookmark129"/>
      <w:bookmarkEnd w:id="127"/>
      <w:r w:rsidRPr="001A456E">
        <w:rPr>
          <w:rFonts w:cs="Times New Roman"/>
          <w:color w:val="auto"/>
          <w:sz w:val="28"/>
          <w:szCs w:val="28"/>
        </w:rPr>
        <w:t>описывать символы родного края (герб и флаг), называть регион и его столицу, рассказывать о своем населенном пункте по предложенному плану;</w:t>
      </w:r>
    </w:p>
    <w:p w:rsidR="003772B6" w:rsidRPr="001A456E" w:rsidRDefault="003772B6" w:rsidP="00EF687D">
      <w:pPr>
        <w:pStyle w:val="1b"/>
        <w:numPr>
          <w:ilvl w:val="0"/>
          <w:numId w:val="58"/>
        </w:numPr>
        <w:tabs>
          <w:tab w:val="left" w:pos="1423"/>
        </w:tabs>
        <w:spacing w:line="240" w:lineRule="auto"/>
        <w:ind w:firstLine="720"/>
        <w:jc w:val="both"/>
        <w:rPr>
          <w:rFonts w:cs="Times New Roman"/>
          <w:color w:val="auto"/>
          <w:sz w:val="28"/>
          <w:szCs w:val="28"/>
        </w:rPr>
      </w:pPr>
      <w:bookmarkStart w:id="128" w:name="bookmark130"/>
      <w:bookmarkEnd w:id="128"/>
      <w:r w:rsidRPr="001A456E">
        <w:rPr>
          <w:rFonts w:cs="Times New Roman"/>
          <w:color w:val="auto"/>
          <w:sz w:val="28"/>
          <w:szCs w:val="28"/>
        </w:rPr>
        <w:t>приводить примеры культурных объектов родного края (музеи, театры, памятники и др.), называть профессии и основные отрасли народного хозяйства, развитые в регионе;</w:t>
      </w:r>
    </w:p>
    <w:p w:rsidR="003772B6" w:rsidRPr="001A456E" w:rsidRDefault="003772B6" w:rsidP="00EF687D">
      <w:pPr>
        <w:pStyle w:val="1b"/>
        <w:numPr>
          <w:ilvl w:val="0"/>
          <w:numId w:val="58"/>
        </w:numPr>
        <w:tabs>
          <w:tab w:val="left" w:pos="1414"/>
        </w:tabs>
        <w:spacing w:line="240" w:lineRule="auto"/>
        <w:ind w:firstLine="720"/>
        <w:jc w:val="both"/>
        <w:rPr>
          <w:rFonts w:cs="Times New Roman"/>
          <w:color w:val="auto"/>
          <w:sz w:val="28"/>
          <w:szCs w:val="28"/>
        </w:rPr>
      </w:pPr>
      <w:bookmarkStart w:id="129" w:name="bookmark131"/>
      <w:bookmarkEnd w:id="129"/>
      <w:r w:rsidRPr="001A456E">
        <w:rPr>
          <w:rFonts w:cs="Times New Roman"/>
          <w:color w:val="auto"/>
          <w:sz w:val="28"/>
          <w:szCs w:val="28"/>
        </w:rPr>
        <w:t>сравнивать происходящие в природе изменения, описывать наиболее распространенные в родном крае растения и животных, выделять их наиболее существенные признаки;</w:t>
      </w:r>
    </w:p>
    <w:p w:rsidR="003772B6" w:rsidRPr="001A456E" w:rsidRDefault="003772B6" w:rsidP="00EF687D">
      <w:pPr>
        <w:pStyle w:val="1b"/>
        <w:numPr>
          <w:ilvl w:val="0"/>
          <w:numId w:val="58"/>
        </w:numPr>
        <w:tabs>
          <w:tab w:val="left" w:pos="1414"/>
        </w:tabs>
        <w:spacing w:line="240" w:lineRule="auto"/>
        <w:ind w:firstLine="720"/>
        <w:jc w:val="both"/>
        <w:rPr>
          <w:rFonts w:cs="Times New Roman"/>
          <w:color w:val="auto"/>
          <w:sz w:val="28"/>
          <w:szCs w:val="28"/>
        </w:rPr>
      </w:pPr>
      <w:bookmarkStart w:id="130" w:name="bookmark132"/>
      <w:bookmarkEnd w:id="130"/>
      <w:r w:rsidRPr="001A456E">
        <w:rPr>
          <w:rFonts w:cs="Times New Roman"/>
          <w:color w:val="auto"/>
          <w:sz w:val="28"/>
          <w:szCs w:val="28"/>
        </w:rPr>
        <w:t>оценивать ситуации, раскрывающие положительное и негативное отношение к природе; правила поведения в быту, в общественных местах;</w:t>
      </w:r>
    </w:p>
    <w:p w:rsidR="003772B6" w:rsidRPr="001A456E" w:rsidRDefault="003772B6" w:rsidP="00EF687D">
      <w:pPr>
        <w:pStyle w:val="1b"/>
        <w:numPr>
          <w:ilvl w:val="0"/>
          <w:numId w:val="58"/>
        </w:numPr>
        <w:tabs>
          <w:tab w:val="left" w:pos="1414"/>
        </w:tabs>
        <w:spacing w:line="240" w:lineRule="auto"/>
        <w:ind w:firstLine="720"/>
        <w:jc w:val="both"/>
        <w:rPr>
          <w:rFonts w:cs="Times New Roman"/>
          <w:color w:val="auto"/>
          <w:sz w:val="28"/>
          <w:szCs w:val="28"/>
        </w:rPr>
      </w:pPr>
      <w:bookmarkStart w:id="131" w:name="bookmark133"/>
      <w:bookmarkEnd w:id="131"/>
      <w:r w:rsidRPr="001A456E">
        <w:rPr>
          <w:rFonts w:cs="Times New Roman"/>
          <w:color w:val="auto"/>
          <w:sz w:val="28"/>
          <w:szCs w:val="28"/>
        </w:rPr>
        <w:t>соотносить иллюстрацию явления (объекта, предмета) с его названием, с принадлежностью народу Российской Федерации, приводить примеры промыслов и ремесел народов родного края, осознавать зависимость жизни и быта народов родного края от изменений в живой природе и от состояний неживой природы;</w:t>
      </w:r>
    </w:p>
    <w:p w:rsidR="003772B6" w:rsidRPr="001A456E" w:rsidRDefault="003772B6" w:rsidP="00EF687D">
      <w:pPr>
        <w:pStyle w:val="1b"/>
        <w:numPr>
          <w:ilvl w:val="0"/>
          <w:numId w:val="58"/>
        </w:numPr>
        <w:tabs>
          <w:tab w:val="left" w:pos="1414"/>
        </w:tabs>
        <w:spacing w:line="240" w:lineRule="auto"/>
        <w:ind w:firstLine="720"/>
        <w:jc w:val="both"/>
        <w:rPr>
          <w:rFonts w:cs="Times New Roman"/>
          <w:color w:val="auto"/>
          <w:sz w:val="28"/>
          <w:szCs w:val="28"/>
        </w:rPr>
      </w:pPr>
      <w:bookmarkStart w:id="132" w:name="bookmark134"/>
      <w:bookmarkEnd w:id="132"/>
      <w:r w:rsidRPr="001A456E">
        <w:rPr>
          <w:rFonts w:cs="Times New Roman"/>
          <w:color w:val="auto"/>
          <w:sz w:val="28"/>
          <w:szCs w:val="28"/>
        </w:rPr>
        <w:t>осознавать важность исторических событий в развитии родного края в контексте истории Российской Федерации, называть героев Великой Отечественной войны.</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На конец 2-го класса обучающийся научится:</w:t>
      </w:r>
    </w:p>
    <w:p w:rsidR="003772B6" w:rsidRPr="001A456E" w:rsidRDefault="003772B6" w:rsidP="00EF687D">
      <w:pPr>
        <w:pStyle w:val="1b"/>
        <w:numPr>
          <w:ilvl w:val="0"/>
          <w:numId w:val="58"/>
        </w:numPr>
        <w:tabs>
          <w:tab w:val="left" w:pos="1414"/>
        </w:tabs>
        <w:spacing w:line="240" w:lineRule="auto"/>
        <w:ind w:firstLine="720"/>
        <w:jc w:val="both"/>
        <w:rPr>
          <w:rFonts w:cs="Times New Roman"/>
          <w:color w:val="auto"/>
          <w:sz w:val="28"/>
          <w:szCs w:val="28"/>
        </w:rPr>
      </w:pPr>
      <w:bookmarkStart w:id="133" w:name="bookmark135"/>
      <w:bookmarkEnd w:id="133"/>
      <w:r w:rsidRPr="001A456E">
        <w:rPr>
          <w:rFonts w:cs="Times New Roman"/>
          <w:color w:val="auto"/>
          <w:sz w:val="28"/>
          <w:szCs w:val="28"/>
        </w:rPr>
        <w:t>находить на карте Москву и столицу своего региона, описывать и сравнивать символы районных центров / городов родного края;</w:t>
      </w:r>
    </w:p>
    <w:p w:rsidR="003772B6" w:rsidRPr="001A456E" w:rsidRDefault="003772B6" w:rsidP="00EF687D">
      <w:pPr>
        <w:pStyle w:val="1b"/>
        <w:numPr>
          <w:ilvl w:val="0"/>
          <w:numId w:val="58"/>
        </w:numPr>
        <w:tabs>
          <w:tab w:val="left" w:pos="1414"/>
        </w:tabs>
        <w:spacing w:line="240" w:lineRule="auto"/>
        <w:ind w:firstLine="720"/>
        <w:jc w:val="both"/>
        <w:rPr>
          <w:rFonts w:cs="Times New Roman"/>
          <w:color w:val="auto"/>
          <w:sz w:val="28"/>
          <w:szCs w:val="28"/>
        </w:rPr>
      </w:pPr>
      <w:bookmarkStart w:id="134" w:name="bookmark136"/>
      <w:bookmarkEnd w:id="134"/>
      <w:r w:rsidRPr="001A456E">
        <w:rPr>
          <w:rFonts w:cs="Times New Roman"/>
          <w:color w:val="auto"/>
          <w:sz w:val="28"/>
          <w:szCs w:val="28"/>
        </w:rPr>
        <w:t>распознавать изученные объекты окружающего мира по их описанию, рисункам и фотографиям, описывать культурные объекты и достопримечательности родного края;</w:t>
      </w:r>
    </w:p>
    <w:p w:rsidR="003772B6" w:rsidRPr="001A456E" w:rsidRDefault="003772B6" w:rsidP="00EF687D">
      <w:pPr>
        <w:pStyle w:val="1b"/>
        <w:numPr>
          <w:ilvl w:val="0"/>
          <w:numId w:val="58"/>
        </w:numPr>
        <w:tabs>
          <w:tab w:val="left" w:pos="1414"/>
        </w:tabs>
        <w:spacing w:line="240" w:lineRule="auto"/>
        <w:ind w:firstLine="720"/>
        <w:jc w:val="both"/>
        <w:rPr>
          <w:rFonts w:cs="Times New Roman"/>
          <w:color w:val="auto"/>
          <w:sz w:val="28"/>
          <w:szCs w:val="28"/>
        </w:rPr>
      </w:pPr>
      <w:bookmarkStart w:id="135" w:name="bookmark137"/>
      <w:bookmarkEnd w:id="135"/>
      <w:r w:rsidRPr="001A456E">
        <w:rPr>
          <w:rFonts w:cs="Times New Roman"/>
          <w:color w:val="auto"/>
          <w:sz w:val="28"/>
          <w:szCs w:val="28"/>
        </w:rPr>
        <w:t>приводить примеры трудовой деятельности и профессий жителей родного края; знать основные направления народного хозяйства, развитые в регионе;</w:t>
      </w:r>
    </w:p>
    <w:p w:rsidR="003772B6" w:rsidRPr="001A456E" w:rsidRDefault="003772B6" w:rsidP="00EF687D">
      <w:pPr>
        <w:pStyle w:val="1b"/>
        <w:numPr>
          <w:ilvl w:val="0"/>
          <w:numId w:val="58"/>
        </w:numPr>
        <w:tabs>
          <w:tab w:val="left" w:pos="1414"/>
        </w:tabs>
        <w:spacing w:line="240" w:lineRule="auto"/>
        <w:ind w:firstLine="720"/>
        <w:jc w:val="both"/>
        <w:rPr>
          <w:rFonts w:cs="Times New Roman"/>
          <w:color w:val="auto"/>
          <w:sz w:val="28"/>
          <w:szCs w:val="28"/>
        </w:rPr>
      </w:pPr>
      <w:bookmarkStart w:id="136" w:name="bookmark138"/>
      <w:bookmarkEnd w:id="136"/>
      <w:r w:rsidRPr="001A456E">
        <w:rPr>
          <w:rFonts w:cs="Times New Roman"/>
          <w:color w:val="auto"/>
          <w:sz w:val="28"/>
          <w:szCs w:val="28"/>
        </w:rPr>
        <w:t>соблюдать правила безопасного поведения пассажира на транспорте;</w:t>
      </w:r>
    </w:p>
    <w:p w:rsidR="003772B6" w:rsidRPr="001A456E" w:rsidRDefault="003772B6" w:rsidP="00EF687D">
      <w:pPr>
        <w:pStyle w:val="1b"/>
        <w:numPr>
          <w:ilvl w:val="0"/>
          <w:numId w:val="58"/>
        </w:numPr>
        <w:tabs>
          <w:tab w:val="left" w:pos="1414"/>
        </w:tabs>
        <w:spacing w:line="240" w:lineRule="auto"/>
        <w:ind w:firstLine="720"/>
        <w:jc w:val="both"/>
        <w:rPr>
          <w:rFonts w:cs="Times New Roman"/>
          <w:color w:val="auto"/>
          <w:sz w:val="28"/>
          <w:szCs w:val="28"/>
        </w:rPr>
      </w:pPr>
      <w:bookmarkStart w:id="137" w:name="bookmark139"/>
      <w:bookmarkEnd w:id="137"/>
      <w:r w:rsidRPr="001A456E">
        <w:rPr>
          <w:rFonts w:cs="Times New Roman"/>
          <w:color w:val="auto"/>
          <w:sz w:val="28"/>
          <w:szCs w:val="28"/>
        </w:rPr>
        <w:t>группировать изученные объекты живой природы по предложенным признакам (лекарственные и ядовитые, дикорастущие и культурные и т. д.), приводить примеры растений и животных, занесенных в Красную книгу России (на примере своей местности);</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38" w:name="bookmark140"/>
      <w:bookmarkEnd w:id="138"/>
      <w:r w:rsidRPr="001A456E">
        <w:rPr>
          <w:rFonts w:cs="Times New Roman"/>
          <w:color w:val="auto"/>
          <w:sz w:val="28"/>
          <w:szCs w:val="28"/>
        </w:rPr>
        <w:t>оценивать ситуации, раскрывающие положительное и негативное отношение к природе; демонстрировать знание правил нравственного поведения на природе;</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39" w:name="bookmark141"/>
      <w:bookmarkEnd w:id="139"/>
      <w:r w:rsidRPr="001A456E">
        <w:rPr>
          <w:rFonts w:cs="Times New Roman"/>
          <w:color w:val="auto"/>
          <w:sz w:val="28"/>
          <w:szCs w:val="28"/>
        </w:rPr>
        <w:t>знать названия некоторых водных объектов региона;</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40" w:name="bookmark142"/>
      <w:bookmarkEnd w:id="140"/>
      <w:r w:rsidRPr="001A456E">
        <w:rPr>
          <w:rFonts w:cs="Times New Roman"/>
          <w:color w:val="auto"/>
          <w:sz w:val="28"/>
          <w:szCs w:val="28"/>
        </w:rPr>
        <w:t>приводить примеры изученных традиций, произведений фольклора, обычаев и праздников народов родного края;</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41" w:name="bookmark143"/>
      <w:bookmarkEnd w:id="141"/>
      <w:r w:rsidRPr="001A456E">
        <w:rPr>
          <w:rFonts w:cs="Times New Roman"/>
          <w:color w:val="auto"/>
          <w:sz w:val="28"/>
          <w:szCs w:val="28"/>
        </w:rPr>
        <w:t>оценивать жизненные ситуации с точки зрения правил поведения, культуры общения, проявления терпения и уважения к собеседнику;</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42" w:name="bookmark144"/>
      <w:bookmarkEnd w:id="142"/>
      <w:r w:rsidRPr="001A456E">
        <w:rPr>
          <w:rFonts w:cs="Times New Roman"/>
          <w:color w:val="auto"/>
          <w:sz w:val="28"/>
          <w:szCs w:val="28"/>
        </w:rPr>
        <w:lastRenderedPageBreak/>
        <w:t>описывать на основе предложенного плана или опорных слов изученные культурные объекты (достопримечательности родного края, музейные экспонаты);</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43" w:name="bookmark145"/>
      <w:bookmarkEnd w:id="143"/>
      <w:r w:rsidRPr="001A456E">
        <w:rPr>
          <w:rFonts w:cs="Times New Roman"/>
          <w:color w:val="auto"/>
          <w:sz w:val="28"/>
          <w:szCs w:val="28"/>
        </w:rPr>
        <w:t>различать прошлое, настоящее, будущее, соотносить пример (рисунок, предложенную ситуацию) со временем протекания;</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44" w:name="bookmark146"/>
      <w:bookmarkEnd w:id="144"/>
      <w:r w:rsidRPr="001A456E">
        <w:rPr>
          <w:rFonts w:cs="Times New Roman"/>
          <w:color w:val="auto"/>
          <w:sz w:val="28"/>
          <w:szCs w:val="28"/>
        </w:rPr>
        <w:t>приводить примеры важных событий прошлого и настоящего родного края; называть знаменитых людей родного края;</w:t>
      </w:r>
    </w:p>
    <w:p w:rsidR="003772B6" w:rsidRPr="001A456E" w:rsidRDefault="003772B6" w:rsidP="00EF687D">
      <w:pPr>
        <w:pStyle w:val="1b"/>
        <w:numPr>
          <w:ilvl w:val="0"/>
          <w:numId w:val="58"/>
        </w:numPr>
        <w:tabs>
          <w:tab w:val="left" w:pos="1412"/>
          <w:tab w:val="left" w:pos="2842"/>
          <w:tab w:val="left" w:pos="7862"/>
        </w:tabs>
        <w:spacing w:line="240" w:lineRule="auto"/>
        <w:ind w:firstLine="720"/>
        <w:jc w:val="both"/>
        <w:rPr>
          <w:rFonts w:cs="Times New Roman"/>
          <w:color w:val="auto"/>
          <w:sz w:val="28"/>
          <w:szCs w:val="28"/>
        </w:rPr>
      </w:pPr>
      <w:bookmarkStart w:id="145" w:name="bookmark147"/>
      <w:bookmarkEnd w:id="145"/>
      <w:r w:rsidRPr="001A456E">
        <w:rPr>
          <w:rFonts w:cs="Times New Roman"/>
          <w:color w:val="auto"/>
          <w:sz w:val="28"/>
          <w:szCs w:val="28"/>
        </w:rPr>
        <w:t>создавать</w:t>
      </w:r>
      <w:r w:rsidRPr="001A456E">
        <w:rPr>
          <w:rFonts w:cs="Times New Roman"/>
          <w:color w:val="auto"/>
          <w:sz w:val="28"/>
          <w:szCs w:val="28"/>
        </w:rPr>
        <w:tab/>
        <w:t>по заданному плану развернутые</w:t>
      </w:r>
      <w:r w:rsidRPr="001A456E">
        <w:rPr>
          <w:rFonts w:cs="Times New Roman"/>
          <w:color w:val="auto"/>
          <w:sz w:val="28"/>
          <w:szCs w:val="28"/>
        </w:rPr>
        <w:tab/>
        <w:t>высказывания</w:t>
      </w:r>
    </w:p>
    <w:p w:rsidR="003772B6" w:rsidRPr="001A456E" w:rsidRDefault="003772B6" w:rsidP="003772B6">
      <w:pPr>
        <w:pStyle w:val="1b"/>
        <w:spacing w:line="240" w:lineRule="auto"/>
        <w:ind w:firstLine="0"/>
        <w:jc w:val="both"/>
        <w:rPr>
          <w:rFonts w:cs="Times New Roman"/>
          <w:color w:val="auto"/>
          <w:sz w:val="28"/>
          <w:szCs w:val="28"/>
        </w:rPr>
      </w:pPr>
      <w:r w:rsidRPr="001A456E">
        <w:rPr>
          <w:rFonts w:cs="Times New Roman"/>
          <w:color w:val="auto"/>
          <w:sz w:val="28"/>
          <w:szCs w:val="28"/>
        </w:rPr>
        <w:t>о природных особенностях родного края, о развитии и достижениях региона.</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На конец 3-го класса обучающийся научится:</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46" w:name="bookmark148"/>
      <w:bookmarkEnd w:id="146"/>
      <w:r w:rsidRPr="001A456E">
        <w:rPr>
          <w:rFonts w:cs="Times New Roman"/>
          <w:color w:val="auto"/>
          <w:sz w:val="28"/>
          <w:szCs w:val="28"/>
        </w:rPr>
        <w:t>показывать на карте свой регион, знать историю символов своего населенного пункта; проявлять уважение к государственным символам России и своего региона;</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47" w:name="bookmark149"/>
      <w:bookmarkEnd w:id="147"/>
      <w:r w:rsidRPr="001A456E">
        <w:rPr>
          <w:rFonts w:cs="Times New Roman"/>
          <w:color w:val="auto"/>
          <w:sz w:val="28"/>
          <w:szCs w:val="28"/>
        </w:rPr>
        <w:t>читать несложные планы, соотносить условные обозначения с изображенными объектами;</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48" w:name="bookmark150"/>
      <w:bookmarkEnd w:id="148"/>
      <w:r w:rsidRPr="001A456E">
        <w:rPr>
          <w:rFonts w:cs="Times New Roman"/>
          <w:color w:val="auto"/>
          <w:sz w:val="28"/>
          <w:szCs w:val="28"/>
        </w:rPr>
        <w:t>приводить примеры памятников природы, культурных объектов и достопримечательностей родного края, составлять о них небольшие рассказы;</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49" w:name="bookmark151"/>
      <w:bookmarkEnd w:id="149"/>
      <w:r w:rsidRPr="001A456E">
        <w:rPr>
          <w:rFonts w:cs="Times New Roman"/>
          <w:color w:val="auto"/>
          <w:sz w:val="28"/>
          <w:szCs w:val="28"/>
        </w:rPr>
        <w:t>сравнивать по заданному количеству признаков объекты живой и неживой природы; группировать изученные объекты природы, проводить простейшую классификацию;</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50" w:name="bookmark152"/>
      <w:bookmarkEnd w:id="150"/>
      <w:r w:rsidRPr="001A456E">
        <w:rPr>
          <w:rFonts w:cs="Times New Roman"/>
          <w:color w:val="auto"/>
          <w:sz w:val="28"/>
          <w:szCs w:val="28"/>
        </w:rPr>
        <w:t>приводить примеры, кратко характеризовать представителей разных царств природы;</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51" w:name="bookmark153"/>
      <w:bookmarkEnd w:id="151"/>
      <w:r w:rsidRPr="001A456E">
        <w:rPr>
          <w:rFonts w:cs="Times New Roman"/>
          <w:color w:val="auto"/>
          <w:sz w:val="28"/>
          <w:szCs w:val="28"/>
        </w:rPr>
        <w:t>устанавливать зависимость между внешним видом, особенностями поведения и условиями жизни животного;</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52" w:name="bookmark154"/>
      <w:bookmarkEnd w:id="152"/>
      <w:r w:rsidRPr="001A456E">
        <w:rPr>
          <w:rFonts w:cs="Times New Roman"/>
          <w:color w:val="auto"/>
          <w:sz w:val="28"/>
          <w:szCs w:val="28"/>
        </w:rPr>
        <w:t>моделировать цепи питания в природном сообществе;</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53" w:name="bookmark155"/>
      <w:bookmarkEnd w:id="153"/>
      <w:r w:rsidRPr="001A456E">
        <w:rPr>
          <w:rFonts w:cs="Times New Roman"/>
          <w:color w:val="auto"/>
          <w:sz w:val="28"/>
          <w:szCs w:val="28"/>
        </w:rPr>
        <w:t>приводить примеры полезных ископаемых родного края, осознавать их ценность для развития промышленности региона;</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54" w:name="bookmark156"/>
      <w:bookmarkEnd w:id="154"/>
      <w:r w:rsidRPr="001A456E">
        <w:rPr>
          <w:rFonts w:cs="Times New Roman"/>
          <w:color w:val="auto"/>
          <w:sz w:val="28"/>
          <w:szCs w:val="28"/>
        </w:rPr>
        <w:t>осознавать значение водных ресурсов для жизни человека и развития региона;</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55" w:name="bookmark157"/>
      <w:bookmarkEnd w:id="155"/>
      <w:r w:rsidRPr="001A456E">
        <w:rPr>
          <w:rFonts w:cs="Times New Roman"/>
          <w:color w:val="auto"/>
          <w:sz w:val="28"/>
          <w:szCs w:val="28"/>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56" w:name="bookmark158"/>
      <w:bookmarkEnd w:id="156"/>
      <w:r w:rsidRPr="001A456E">
        <w:rPr>
          <w:rFonts w:cs="Times New Roman"/>
          <w:color w:val="auto"/>
          <w:sz w:val="28"/>
          <w:szCs w:val="28"/>
        </w:rPr>
        <w:t>знать и проявлять уважение к семейным традициям, традициям своего народа и других народов, приводить примеры праздников народов родного края;</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57" w:name="bookmark159"/>
      <w:bookmarkEnd w:id="157"/>
      <w:r w:rsidRPr="001A456E">
        <w:rPr>
          <w:rFonts w:cs="Times New Roman"/>
          <w:color w:val="auto"/>
          <w:sz w:val="28"/>
          <w:szCs w:val="28"/>
        </w:rPr>
        <w:t>различать понятия «век», «столетие», «историческое время»; соотносить историческое событие с датой (историческим периодом);</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58" w:name="bookmark160"/>
      <w:bookmarkEnd w:id="158"/>
      <w:r w:rsidRPr="001A456E">
        <w:rPr>
          <w:rFonts w:cs="Times New Roman"/>
          <w:color w:val="auto"/>
          <w:sz w:val="28"/>
          <w:szCs w:val="28"/>
        </w:rPr>
        <w:t>описывать (характеризовать) отдельные страницы истории родного края (в пределах изученного);</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59" w:name="bookmark161"/>
      <w:bookmarkEnd w:id="159"/>
      <w:r w:rsidRPr="001A456E">
        <w:rPr>
          <w:rFonts w:cs="Times New Roman"/>
          <w:color w:val="auto"/>
          <w:sz w:val="28"/>
          <w:szCs w:val="28"/>
        </w:rPr>
        <w:t>приводить примеры трудовых достижений и военных подвигов жителей региона;</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60" w:name="bookmark162"/>
      <w:bookmarkEnd w:id="160"/>
      <w:r w:rsidRPr="001A456E">
        <w:rPr>
          <w:rFonts w:cs="Times New Roman"/>
          <w:color w:val="auto"/>
          <w:sz w:val="28"/>
          <w:szCs w:val="28"/>
        </w:rPr>
        <w:t xml:space="preserve">ориентироваться в понятиях (экономика, бюджет, безопасность и </w:t>
      </w:r>
      <w:r w:rsidRPr="001A456E">
        <w:rPr>
          <w:rFonts w:cs="Times New Roman"/>
          <w:color w:val="auto"/>
          <w:sz w:val="28"/>
          <w:szCs w:val="28"/>
        </w:rPr>
        <w:lastRenderedPageBreak/>
        <w:t>др.), соотносить понятия и термины с их краткой характеристикой;</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61" w:name="bookmark163"/>
      <w:bookmarkEnd w:id="161"/>
      <w:r w:rsidRPr="001A456E">
        <w:rPr>
          <w:rFonts w:cs="Times New Roman"/>
          <w:color w:val="auto"/>
          <w:sz w:val="28"/>
          <w:szCs w:val="28"/>
        </w:rPr>
        <w:t>находить по предложению учителя информацию в разных источниках - текстах, таблицах, схемах, в том числе в информационно</w:t>
      </w:r>
      <w:r w:rsidRPr="001A456E">
        <w:rPr>
          <w:rFonts w:cs="Times New Roman"/>
          <w:color w:val="auto"/>
          <w:sz w:val="28"/>
          <w:szCs w:val="28"/>
        </w:rPr>
        <w:softHyphen/>
        <w:t>коммуникационной сети Интернет (в условиях контролируемого входа);</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62" w:name="bookmark164"/>
      <w:bookmarkEnd w:id="162"/>
      <w:r w:rsidRPr="001A456E">
        <w:rPr>
          <w:rFonts w:cs="Times New Roman"/>
          <w:color w:val="auto"/>
          <w:sz w:val="28"/>
          <w:szCs w:val="28"/>
        </w:rPr>
        <w:t>создавать по заданному плану собственные развернутые высказывания об особенностях родного края, сопровождая выступление иллюстрациями (презентацией).</w:t>
      </w:r>
    </w:p>
    <w:p w:rsidR="003772B6" w:rsidRPr="001A456E" w:rsidRDefault="003772B6" w:rsidP="003772B6">
      <w:pPr>
        <w:pStyle w:val="1b"/>
        <w:spacing w:line="240" w:lineRule="auto"/>
        <w:ind w:firstLine="720"/>
        <w:jc w:val="both"/>
        <w:rPr>
          <w:rFonts w:cs="Times New Roman"/>
          <w:color w:val="auto"/>
          <w:sz w:val="28"/>
          <w:szCs w:val="28"/>
        </w:rPr>
      </w:pPr>
      <w:r w:rsidRPr="001A456E">
        <w:rPr>
          <w:rFonts w:cs="Times New Roman"/>
          <w:color w:val="auto"/>
          <w:sz w:val="28"/>
          <w:szCs w:val="28"/>
        </w:rPr>
        <w:t>На конец 4-го класса обучающийся научится:</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63" w:name="bookmark165"/>
      <w:bookmarkEnd w:id="163"/>
      <w:r w:rsidRPr="001A456E">
        <w:rPr>
          <w:rFonts w:cs="Times New Roman"/>
          <w:color w:val="auto"/>
          <w:sz w:val="28"/>
          <w:szCs w:val="28"/>
        </w:rPr>
        <w:t>показывать на физической карте изученные крупные географические объекты родного края (горы, равнины, реки, озера и т. д.), читать несложные планы, соотносить условные обозначения с изображенными объектами;</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64" w:name="bookmark166"/>
      <w:bookmarkEnd w:id="164"/>
      <w:r w:rsidRPr="001A456E">
        <w:rPr>
          <w:rFonts w:cs="Times New Roman"/>
          <w:color w:val="auto"/>
          <w:sz w:val="28"/>
          <w:szCs w:val="28"/>
        </w:rPr>
        <w:t>знать основные права и обязанности гражданина Российской Федерации;</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65" w:name="bookmark167"/>
      <w:bookmarkEnd w:id="165"/>
      <w:r w:rsidRPr="001A456E">
        <w:rPr>
          <w:rFonts w:cs="Times New Roman"/>
          <w:color w:val="auto"/>
          <w:sz w:val="28"/>
          <w:szCs w:val="28"/>
        </w:rPr>
        <w:t>составлять небольшие тексты «Права и обязанности гражданина Российской Федерации»;</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66" w:name="bookmark168"/>
      <w:bookmarkEnd w:id="166"/>
      <w:r w:rsidRPr="001A456E">
        <w:rPr>
          <w:rFonts w:cs="Times New Roman"/>
          <w:color w:val="auto"/>
          <w:sz w:val="28"/>
          <w:szCs w:val="28"/>
        </w:rPr>
        <w:t>приводить примеры памятников природы, культурных объектов и достопримечательностей родного края, составлять о них небольшие рассказы;</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67" w:name="bookmark169"/>
      <w:bookmarkEnd w:id="167"/>
      <w:r w:rsidRPr="001A456E">
        <w:rPr>
          <w:rFonts w:cs="Times New Roman"/>
          <w:color w:val="auto"/>
          <w:sz w:val="28"/>
          <w:szCs w:val="28"/>
        </w:rPr>
        <w:t>распознавать изученные объекты и явления живой и неживой природы по их описанию, рисункам и фотографиям, различать их в окружающем мире;</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68" w:name="bookmark170"/>
      <w:bookmarkEnd w:id="168"/>
      <w:r w:rsidRPr="001A456E">
        <w:rPr>
          <w:rFonts w:cs="Times New Roman"/>
          <w:color w:val="auto"/>
          <w:sz w:val="28"/>
          <w:szCs w:val="28"/>
        </w:rPr>
        <w:t>группировать изученные объекты живой и неживой природы, самостоятельно выбирая признак для группировки; проводить простейшие классификации;</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69" w:name="bookmark171"/>
      <w:bookmarkEnd w:id="169"/>
      <w:r w:rsidRPr="001A456E">
        <w:rPr>
          <w:rFonts w:cs="Times New Roman"/>
          <w:color w:val="auto"/>
          <w:sz w:val="28"/>
          <w:szCs w:val="28"/>
        </w:rPr>
        <w:t>сравнивать объекты живой и неживой природы на основе их внешних признаков и известных характерных свойств;</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70" w:name="bookmark172"/>
      <w:bookmarkEnd w:id="170"/>
      <w:r w:rsidRPr="001A456E">
        <w:rPr>
          <w:rFonts w:cs="Times New Roman"/>
          <w:color w:val="auto"/>
          <w:sz w:val="28"/>
          <w:szCs w:val="28"/>
        </w:rPr>
        <w:t>моделировать схемы природных объектов родного края (строение почвы; движение реки, форму поверхности);</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71" w:name="bookmark173"/>
      <w:bookmarkEnd w:id="171"/>
      <w:r w:rsidRPr="001A456E">
        <w:rPr>
          <w:rFonts w:cs="Times New Roman"/>
          <w:color w:val="auto"/>
          <w:sz w:val="28"/>
          <w:szCs w:val="28"/>
        </w:rPr>
        <w:t>соотносить объекты природы с принадлежностью к определенной природной зоне родного края, классифицировать природные объекты по принадлежности к природной зоне;</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72" w:name="bookmark174"/>
      <w:bookmarkEnd w:id="172"/>
      <w:r w:rsidRPr="001A456E">
        <w:rPr>
          <w:rFonts w:cs="Times New Roman"/>
          <w:color w:val="auto"/>
          <w:sz w:val="28"/>
          <w:szCs w:val="28"/>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3772B6" w:rsidRPr="001A456E" w:rsidRDefault="003772B6" w:rsidP="00EF687D">
      <w:pPr>
        <w:pStyle w:val="1b"/>
        <w:numPr>
          <w:ilvl w:val="0"/>
          <w:numId w:val="58"/>
        </w:numPr>
        <w:tabs>
          <w:tab w:val="left" w:pos="1412"/>
        </w:tabs>
        <w:spacing w:line="240" w:lineRule="auto"/>
        <w:ind w:firstLine="720"/>
        <w:jc w:val="both"/>
        <w:rPr>
          <w:rFonts w:cs="Times New Roman"/>
          <w:color w:val="auto"/>
          <w:sz w:val="28"/>
          <w:szCs w:val="28"/>
        </w:rPr>
      </w:pPr>
      <w:bookmarkStart w:id="173" w:name="bookmark175"/>
      <w:bookmarkEnd w:id="173"/>
      <w:r w:rsidRPr="001A456E">
        <w:rPr>
          <w:rFonts w:cs="Times New Roman"/>
          <w:color w:val="auto"/>
          <w:sz w:val="28"/>
          <w:szCs w:val="28"/>
        </w:rPr>
        <w:t>показывать на исторической карте места изученных исторических событий;</w:t>
      </w:r>
    </w:p>
    <w:p w:rsidR="003772B6" w:rsidRPr="001A456E" w:rsidRDefault="003772B6" w:rsidP="00EF687D">
      <w:pPr>
        <w:pStyle w:val="1b"/>
        <w:numPr>
          <w:ilvl w:val="0"/>
          <w:numId w:val="58"/>
        </w:numPr>
        <w:tabs>
          <w:tab w:val="left" w:pos="1415"/>
        </w:tabs>
        <w:spacing w:line="240" w:lineRule="auto"/>
        <w:ind w:firstLine="720"/>
        <w:jc w:val="both"/>
        <w:rPr>
          <w:rFonts w:cs="Times New Roman"/>
          <w:color w:val="auto"/>
          <w:sz w:val="28"/>
          <w:szCs w:val="28"/>
        </w:rPr>
      </w:pPr>
      <w:bookmarkStart w:id="174" w:name="bookmark176"/>
      <w:bookmarkEnd w:id="174"/>
      <w:r w:rsidRPr="001A456E">
        <w:rPr>
          <w:rFonts w:cs="Times New Roman"/>
          <w:color w:val="auto"/>
          <w:sz w:val="28"/>
          <w:szCs w:val="28"/>
        </w:rPr>
        <w:t>находить место изученных событий на «ленте времени»;</w:t>
      </w:r>
    </w:p>
    <w:p w:rsidR="003772B6" w:rsidRPr="001A456E" w:rsidRDefault="003772B6" w:rsidP="00EF687D">
      <w:pPr>
        <w:pStyle w:val="1b"/>
        <w:numPr>
          <w:ilvl w:val="0"/>
          <w:numId w:val="58"/>
        </w:numPr>
        <w:tabs>
          <w:tab w:val="left" w:pos="1415"/>
        </w:tabs>
        <w:spacing w:line="240" w:lineRule="auto"/>
        <w:ind w:firstLine="720"/>
        <w:jc w:val="both"/>
        <w:rPr>
          <w:rFonts w:cs="Times New Roman"/>
          <w:color w:val="auto"/>
          <w:sz w:val="28"/>
          <w:szCs w:val="28"/>
        </w:rPr>
      </w:pPr>
      <w:bookmarkStart w:id="175" w:name="bookmark177"/>
      <w:bookmarkEnd w:id="175"/>
      <w:r w:rsidRPr="001A456E">
        <w:rPr>
          <w:rFonts w:cs="Times New Roman"/>
          <w:color w:val="auto"/>
          <w:sz w:val="28"/>
          <w:szCs w:val="28"/>
        </w:rPr>
        <w:t>соотносить изученные исторические события и исторических деятелей с веками и периодами истории России;</w:t>
      </w:r>
    </w:p>
    <w:p w:rsidR="003772B6" w:rsidRPr="001A456E" w:rsidRDefault="003772B6" w:rsidP="00EF687D">
      <w:pPr>
        <w:pStyle w:val="1b"/>
        <w:numPr>
          <w:ilvl w:val="0"/>
          <w:numId w:val="58"/>
        </w:numPr>
        <w:tabs>
          <w:tab w:val="left" w:pos="1415"/>
        </w:tabs>
        <w:spacing w:line="240" w:lineRule="auto"/>
        <w:ind w:firstLine="720"/>
        <w:jc w:val="both"/>
        <w:rPr>
          <w:rFonts w:cs="Times New Roman"/>
          <w:color w:val="auto"/>
          <w:sz w:val="28"/>
          <w:szCs w:val="28"/>
        </w:rPr>
      </w:pPr>
      <w:bookmarkStart w:id="176" w:name="bookmark178"/>
      <w:bookmarkEnd w:id="176"/>
      <w:r w:rsidRPr="001A456E">
        <w:rPr>
          <w:rFonts w:cs="Times New Roman"/>
          <w:color w:val="auto"/>
          <w:sz w:val="28"/>
          <w:szCs w:val="28"/>
        </w:rPr>
        <w:t>создавать небольшие тексты о знаменательных страницах истории нашей страны, о выдающихся жителях региона (в рамках изученного);</w:t>
      </w:r>
    </w:p>
    <w:p w:rsidR="003772B6" w:rsidRPr="001A456E" w:rsidRDefault="003772B6" w:rsidP="00EF687D">
      <w:pPr>
        <w:pStyle w:val="1b"/>
        <w:numPr>
          <w:ilvl w:val="0"/>
          <w:numId w:val="58"/>
        </w:numPr>
        <w:tabs>
          <w:tab w:val="left" w:pos="1415"/>
        </w:tabs>
        <w:spacing w:line="240" w:lineRule="auto"/>
        <w:ind w:firstLine="720"/>
        <w:jc w:val="both"/>
        <w:rPr>
          <w:rFonts w:cs="Times New Roman"/>
          <w:color w:val="auto"/>
          <w:sz w:val="28"/>
          <w:szCs w:val="28"/>
        </w:rPr>
      </w:pPr>
      <w:bookmarkStart w:id="177" w:name="bookmark179"/>
      <w:bookmarkEnd w:id="177"/>
      <w:r w:rsidRPr="001A456E">
        <w:rPr>
          <w:rFonts w:cs="Times New Roman"/>
          <w:color w:val="auto"/>
          <w:sz w:val="28"/>
          <w:szCs w:val="28"/>
        </w:rPr>
        <w:t>рассказывать о государственных праздниках России, наиболее важных событиях истории России, наиболее известных российских истори</w:t>
      </w:r>
      <w:r w:rsidRPr="001A456E">
        <w:rPr>
          <w:rFonts w:cs="Times New Roman"/>
          <w:color w:val="auto"/>
          <w:sz w:val="28"/>
          <w:szCs w:val="28"/>
        </w:rPr>
        <w:lastRenderedPageBreak/>
        <w:t>ческих деятелях разных периодов, достопримечательностях столицы России и родного края;</w:t>
      </w:r>
    </w:p>
    <w:p w:rsidR="003772B6" w:rsidRPr="001A456E" w:rsidRDefault="003772B6" w:rsidP="00EF687D">
      <w:pPr>
        <w:pStyle w:val="1b"/>
        <w:numPr>
          <w:ilvl w:val="0"/>
          <w:numId w:val="58"/>
        </w:numPr>
        <w:tabs>
          <w:tab w:val="left" w:pos="1415"/>
        </w:tabs>
        <w:spacing w:line="240" w:lineRule="auto"/>
        <w:ind w:firstLine="720"/>
        <w:jc w:val="both"/>
        <w:rPr>
          <w:rFonts w:cs="Times New Roman"/>
          <w:color w:val="auto"/>
          <w:sz w:val="28"/>
          <w:szCs w:val="28"/>
        </w:rPr>
      </w:pPr>
      <w:bookmarkStart w:id="178" w:name="bookmark180"/>
      <w:bookmarkEnd w:id="178"/>
      <w:r w:rsidRPr="001A456E">
        <w:rPr>
          <w:rFonts w:cs="Times New Roman"/>
          <w:color w:val="auto"/>
          <w:sz w:val="28"/>
          <w:szCs w:val="28"/>
        </w:rP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rsidR="003772B6" w:rsidRPr="001A456E" w:rsidRDefault="003772B6" w:rsidP="00EF687D">
      <w:pPr>
        <w:pStyle w:val="1b"/>
        <w:numPr>
          <w:ilvl w:val="0"/>
          <w:numId w:val="58"/>
        </w:numPr>
        <w:tabs>
          <w:tab w:val="left" w:pos="1415"/>
        </w:tabs>
        <w:spacing w:line="240" w:lineRule="auto"/>
        <w:ind w:firstLine="720"/>
        <w:jc w:val="both"/>
        <w:rPr>
          <w:rFonts w:cs="Times New Roman"/>
          <w:color w:val="auto"/>
          <w:sz w:val="28"/>
          <w:szCs w:val="28"/>
        </w:rPr>
      </w:pPr>
      <w:bookmarkStart w:id="179" w:name="bookmark181"/>
      <w:bookmarkEnd w:id="179"/>
      <w:r w:rsidRPr="001A456E">
        <w:rPr>
          <w:rFonts w:cs="Times New Roman"/>
          <w:color w:val="auto"/>
          <w:sz w:val="28"/>
          <w:szCs w:val="28"/>
        </w:rPr>
        <w:t>ориентироваться в изученных понятиях, соотносить понятия и термины с их краткой характеристикой;</w:t>
      </w:r>
    </w:p>
    <w:p w:rsidR="003772B6" w:rsidRPr="001A456E" w:rsidRDefault="003772B6" w:rsidP="00EF687D">
      <w:pPr>
        <w:pStyle w:val="1b"/>
        <w:numPr>
          <w:ilvl w:val="0"/>
          <w:numId w:val="58"/>
        </w:numPr>
        <w:tabs>
          <w:tab w:val="left" w:pos="1415"/>
        </w:tabs>
        <w:spacing w:line="240" w:lineRule="auto"/>
        <w:ind w:firstLine="720"/>
        <w:jc w:val="both"/>
        <w:rPr>
          <w:rFonts w:cs="Times New Roman"/>
          <w:color w:val="auto"/>
          <w:sz w:val="28"/>
          <w:szCs w:val="28"/>
        </w:rPr>
      </w:pPr>
      <w:bookmarkStart w:id="180" w:name="bookmark182"/>
      <w:bookmarkEnd w:id="180"/>
      <w:r w:rsidRPr="001A456E">
        <w:rPr>
          <w:rFonts w:cs="Times New Roman"/>
          <w:color w:val="auto"/>
          <w:sz w:val="28"/>
          <w:szCs w:val="28"/>
        </w:rPr>
        <w:t>использовать для уточнения и расширения своих знаний об окружающем мире словари, справочники, энциклопедии, в том числе и информационно-коммуникационную сеть Интернет (в условиях контролируемого входа);</w:t>
      </w:r>
    </w:p>
    <w:p w:rsidR="003772B6" w:rsidRPr="001A456E" w:rsidRDefault="003772B6" w:rsidP="00EF687D">
      <w:pPr>
        <w:pStyle w:val="1b"/>
        <w:numPr>
          <w:ilvl w:val="0"/>
          <w:numId w:val="58"/>
        </w:numPr>
        <w:tabs>
          <w:tab w:val="left" w:pos="1415"/>
        </w:tabs>
        <w:spacing w:line="240" w:lineRule="auto"/>
        <w:ind w:firstLine="720"/>
        <w:jc w:val="both"/>
        <w:rPr>
          <w:rFonts w:cs="Times New Roman"/>
          <w:color w:val="auto"/>
          <w:sz w:val="28"/>
          <w:szCs w:val="28"/>
        </w:rPr>
      </w:pPr>
      <w:bookmarkStart w:id="181" w:name="bookmark183"/>
      <w:bookmarkEnd w:id="181"/>
      <w:r w:rsidRPr="001A456E">
        <w:rPr>
          <w:rFonts w:cs="Times New Roman"/>
          <w:color w:val="auto"/>
          <w:sz w:val="28"/>
          <w:szCs w:val="28"/>
        </w:rPr>
        <w:t>называть экологические проблемы и определять пути их решения;</w:t>
      </w:r>
    </w:p>
    <w:p w:rsidR="003772B6" w:rsidRPr="001A456E" w:rsidRDefault="003772B6" w:rsidP="00EF687D">
      <w:pPr>
        <w:pStyle w:val="1b"/>
        <w:numPr>
          <w:ilvl w:val="0"/>
          <w:numId w:val="58"/>
        </w:numPr>
        <w:tabs>
          <w:tab w:val="left" w:pos="1415"/>
        </w:tabs>
        <w:spacing w:line="240" w:lineRule="auto"/>
        <w:ind w:firstLine="720"/>
        <w:jc w:val="both"/>
        <w:rPr>
          <w:rFonts w:cs="Times New Roman"/>
          <w:color w:val="auto"/>
          <w:sz w:val="28"/>
          <w:szCs w:val="28"/>
        </w:rPr>
      </w:pPr>
      <w:bookmarkStart w:id="182" w:name="bookmark184"/>
      <w:bookmarkEnd w:id="182"/>
      <w:r w:rsidRPr="001A456E">
        <w:rPr>
          <w:rFonts w:cs="Times New Roman"/>
          <w:color w:val="auto"/>
          <w:sz w:val="28"/>
          <w:szCs w:val="28"/>
        </w:rPr>
        <w:t>описывать ситуации проявления нравственных качеств - отзывчивости, доброты, справедливости и др.;</w:t>
      </w:r>
    </w:p>
    <w:p w:rsidR="003772B6" w:rsidRPr="001A456E" w:rsidRDefault="003772B6" w:rsidP="00EF687D">
      <w:pPr>
        <w:pStyle w:val="1b"/>
        <w:numPr>
          <w:ilvl w:val="0"/>
          <w:numId w:val="58"/>
        </w:numPr>
        <w:tabs>
          <w:tab w:val="left" w:pos="1415"/>
        </w:tabs>
        <w:spacing w:line="240" w:lineRule="auto"/>
        <w:ind w:firstLine="720"/>
        <w:jc w:val="both"/>
        <w:rPr>
          <w:rFonts w:cs="Times New Roman"/>
          <w:color w:val="auto"/>
          <w:sz w:val="28"/>
          <w:szCs w:val="28"/>
        </w:rPr>
      </w:pPr>
      <w:bookmarkStart w:id="183" w:name="bookmark185"/>
      <w:bookmarkEnd w:id="183"/>
      <w:r w:rsidRPr="001A456E">
        <w:rPr>
          <w:rFonts w:cs="Times New Roman"/>
          <w:color w:val="auto"/>
          <w:sz w:val="28"/>
          <w:szCs w:val="28"/>
        </w:rPr>
        <w:t>делать сообщения (доклады) на предложенную тему на основе дополнительной информации, подготавливать презентацию, включая в нее иллюстрации, таблицы, диаграммы;</w:t>
      </w:r>
    </w:p>
    <w:p w:rsidR="003772B6" w:rsidRPr="001A456E" w:rsidRDefault="003772B6" w:rsidP="00EF687D">
      <w:pPr>
        <w:pStyle w:val="1b"/>
        <w:numPr>
          <w:ilvl w:val="0"/>
          <w:numId w:val="58"/>
        </w:numPr>
        <w:tabs>
          <w:tab w:val="left" w:pos="1415"/>
        </w:tabs>
        <w:spacing w:line="240" w:lineRule="auto"/>
        <w:ind w:firstLine="720"/>
        <w:jc w:val="both"/>
        <w:rPr>
          <w:rFonts w:cs="Times New Roman"/>
          <w:color w:val="auto"/>
          <w:sz w:val="28"/>
          <w:szCs w:val="28"/>
        </w:rPr>
      </w:pPr>
      <w:bookmarkStart w:id="184" w:name="bookmark186"/>
      <w:bookmarkEnd w:id="184"/>
      <w:r w:rsidRPr="001A456E">
        <w:rPr>
          <w:rFonts w:cs="Times New Roman"/>
          <w:color w:val="auto"/>
          <w:sz w:val="28"/>
          <w:szCs w:val="28"/>
        </w:rPr>
        <w:t>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 оценивать результаты деятельности участников, пол</w:t>
      </w:r>
      <w:r w:rsidR="00746956" w:rsidRPr="001A456E">
        <w:rPr>
          <w:rFonts w:cs="Times New Roman"/>
          <w:color w:val="auto"/>
          <w:sz w:val="28"/>
          <w:szCs w:val="28"/>
        </w:rPr>
        <w:t xml:space="preserve">ожительно реагировать на советы </w:t>
      </w:r>
      <w:r w:rsidR="001A456E" w:rsidRPr="001A456E">
        <w:rPr>
          <w:rFonts w:cs="Times New Roman"/>
          <w:color w:val="auto"/>
          <w:sz w:val="28"/>
          <w:szCs w:val="28"/>
        </w:rPr>
        <w:t>и замечания в свой адрес.</w:t>
      </w:r>
    </w:p>
    <w:p w:rsidR="001A456E" w:rsidRPr="001A456E" w:rsidRDefault="001A456E" w:rsidP="001A456E">
      <w:pPr>
        <w:spacing w:after="100"/>
        <w:rPr>
          <w:rFonts w:ascii="Times New Roman" w:hAnsi="Times New Roman" w:cs="Times New Roman"/>
        </w:rPr>
      </w:pPr>
    </w:p>
    <w:p w:rsidR="001A456E" w:rsidRPr="001A456E" w:rsidRDefault="001A456E" w:rsidP="001A456E">
      <w:pPr>
        <w:spacing w:after="100"/>
        <w:jc w:val="center"/>
        <w:rPr>
          <w:rFonts w:ascii="Times New Roman" w:hAnsi="Times New Roman" w:cs="Times New Roman"/>
        </w:rPr>
      </w:pPr>
      <w:r w:rsidRPr="001A456E">
        <w:rPr>
          <w:rFonts w:ascii="Times New Roman" w:hAnsi="Times New Roman" w:cs="Times New Roman"/>
          <w:b/>
          <w:sz w:val="30"/>
        </w:rPr>
        <w:t>РАБОЧАЯ ПРОГРАММА</w:t>
      </w:r>
      <w:r>
        <w:rPr>
          <w:rFonts w:ascii="Times New Roman" w:hAnsi="Times New Roman" w:cs="Times New Roman"/>
          <w:b/>
          <w:sz w:val="30"/>
        </w:rPr>
        <w:br/>
        <w:t xml:space="preserve">курса внеурочной деятельности </w:t>
      </w:r>
    </w:p>
    <w:p w:rsidR="001A456E" w:rsidRPr="001A456E" w:rsidRDefault="001A456E" w:rsidP="001A456E">
      <w:pPr>
        <w:spacing w:after="100"/>
        <w:jc w:val="center"/>
        <w:rPr>
          <w:rFonts w:ascii="Times New Roman" w:hAnsi="Times New Roman" w:cs="Times New Roman"/>
        </w:rPr>
      </w:pPr>
      <w:r w:rsidRPr="001A456E">
        <w:rPr>
          <w:rFonts w:ascii="Times New Roman" w:hAnsi="Times New Roman" w:cs="Times New Roman"/>
          <w:b/>
          <w:sz w:val="28"/>
        </w:rPr>
        <w:t>«ФИНАНСОВАЯ ГРАМОТНОСТЬ»</w:t>
      </w:r>
    </w:p>
    <w:p w:rsidR="001A456E" w:rsidRPr="001A456E" w:rsidRDefault="001A456E" w:rsidP="001A456E">
      <w:pPr>
        <w:spacing w:after="100"/>
        <w:jc w:val="center"/>
        <w:rPr>
          <w:rFonts w:ascii="Times New Roman" w:hAnsi="Times New Roman" w:cs="Times New Roman"/>
          <w:sz w:val="28"/>
          <w:szCs w:val="28"/>
        </w:rPr>
      </w:pPr>
      <w:r w:rsidRPr="001A456E">
        <w:rPr>
          <w:rFonts w:ascii="Times New Roman" w:hAnsi="Times New Roman" w:cs="Times New Roman"/>
          <w:sz w:val="28"/>
          <w:szCs w:val="28"/>
        </w:rPr>
        <w:t>для обучающихся 1-4 классов</w:t>
      </w:r>
    </w:p>
    <w:p w:rsidR="001A456E" w:rsidRPr="001A456E" w:rsidRDefault="001A456E" w:rsidP="001A456E">
      <w:pPr>
        <w:jc w:val="both"/>
        <w:rPr>
          <w:rFonts w:ascii="Times New Roman" w:hAnsi="Times New Roman" w:cs="Times New Roman"/>
          <w:b/>
          <w:sz w:val="28"/>
          <w:szCs w:val="28"/>
        </w:rPr>
      </w:pPr>
      <w:r w:rsidRPr="001A456E">
        <w:rPr>
          <w:rFonts w:ascii="Times New Roman" w:hAnsi="Times New Roman" w:cs="Times New Roman"/>
          <w:b/>
          <w:sz w:val="28"/>
          <w:szCs w:val="28"/>
        </w:rPr>
        <w:t>ПОЯСНИТЕЛЬНАЯ ЗАПИСКА</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b/>
          <w:sz w:val="28"/>
          <w:szCs w:val="28"/>
        </w:rPr>
        <w:t>Рабочая программа разработана в соответствии с</w:t>
      </w:r>
      <w:r w:rsidRPr="001A456E">
        <w:rPr>
          <w:rFonts w:ascii="Times New Roman" w:hAnsi="Times New Roman" w:cs="Times New Roman"/>
          <w:sz w:val="28"/>
          <w:szCs w:val="28"/>
        </w:rPr>
        <w:t xml:space="preserve"> Федеральным законом от 29.12.2012 № 273-ФЗ «Об образовании в Российской Федерации»; федеральными государственными образовательными стандартами начального, основного и среднего общего образования; федеральными образовательными программами соответствующего уровня общего образования; приказом Минпросвещения России от 10.11.2025 № 808 (с учётом вносимых им изменений); приказом Минпросвещения России от 15.07.2026 № 501 о внесении изменений в перечень электронных образовательных ресурсов; СП 2.4.2.4283-26, действующими с 01.09.2026; СанПиН 1.2.3685-21; основной образовательной программой и учебным планом образовательной организации.</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lastRenderedPageBreak/>
        <w:t>Курс имеет прикладную направленность и формирует у обучающихся опыт ответственного финансового поведения. Он может реализовываться как учебный курс ЧФУ либо как курс внеурочной деятельности на основании решения образовательной организации и её учебного плана (плана внеурочной деятельности).</w:t>
      </w:r>
    </w:p>
    <w:p w:rsidR="001A456E" w:rsidRPr="001A456E" w:rsidRDefault="001A456E" w:rsidP="001A456E">
      <w:pPr>
        <w:pStyle w:val="1"/>
        <w:numPr>
          <w:ilvl w:val="0"/>
          <w:numId w:val="0"/>
        </w:numPr>
        <w:spacing w:before="200" w:after="120"/>
        <w:jc w:val="both"/>
        <w:rPr>
          <w:rFonts w:ascii="Times New Roman" w:hAnsi="Times New Roman"/>
          <w:color w:val="auto"/>
          <w:lang w:val="ru-RU"/>
        </w:rPr>
      </w:pPr>
      <w:r w:rsidRPr="001A456E">
        <w:rPr>
          <w:rFonts w:ascii="Times New Roman" w:hAnsi="Times New Roman"/>
          <w:color w:val="auto"/>
          <w:lang w:val="ru-RU"/>
        </w:rPr>
        <w:t>ОБЩАЯ ХАРАКТЕРИСТИКА КУРСА «ФИНАНСОВАЯ ГРАМОТНОСТЬ»</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Содержание курса объединяет вопросы личного и семейного бюджета, сбережений, банковских услуг, финансовой безопасности, прав потребителя, налогов, страхования, труда и предпринимательства. Формы занятий: беседа, деловая игра, практикум, разбор жизненной ситуации, работа с цифровыми ресурсами, мини-проект.</w:t>
      </w:r>
    </w:p>
    <w:p w:rsidR="001A456E" w:rsidRPr="001A456E" w:rsidRDefault="001A456E" w:rsidP="001A456E">
      <w:pPr>
        <w:pStyle w:val="1"/>
        <w:numPr>
          <w:ilvl w:val="0"/>
          <w:numId w:val="0"/>
        </w:numPr>
        <w:spacing w:before="200" w:after="120"/>
        <w:jc w:val="both"/>
        <w:rPr>
          <w:rFonts w:ascii="Times New Roman" w:hAnsi="Times New Roman"/>
          <w:color w:val="auto"/>
          <w:lang w:val="ru-RU"/>
        </w:rPr>
      </w:pPr>
      <w:r w:rsidRPr="001A456E">
        <w:rPr>
          <w:rFonts w:ascii="Times New Roman" w:hAnsi="Times New Roman"/>
          <w:color w:val="auto"/>
          <w:lang w:val="ru-RU"/>
        </w:rPr>
        <w:t>ЦЕЛИ ИЗУЧЕНИЯ КУРСА</w:t>
      </w:r>
    </w:p>
    <w:p w:rsidR="001A456E" w:rsidRPr="001A456E" w:rsidRDefault="001A456E" w:rsidP="001A456E">
      <w:pPr>
        <w:spacing w:after="40" w:line="240" w:lineRule="auto"/>
        <w:ind w:firstLine="567"/>
        <w:jc w:val="both"/>
        <w:rPr>
          <w:rFonts w:ascii="Times New Roman" w:hAnsi="Times New Roman" w:cs="Times New Roman"/>
          <w:sz w:val="28"/>
          <w:szCs w:val="28"/>
        </w:rPr>
      </w:pPr>
      <w:r w:rsidRPr="001A456E">
        <w:rPr>
          <w:rFonts w:ascii="Times New Roman" w:hAnsi="Times New Roman" w:cs="Times New Roman"/>
          <w:sz w:val="28"/>
          <w:szCs w:val="28"/>
        </w:rPr>
        <w:t>формирование основ финансовой культуры и ответственного финансового поведения;</w:t>
      </w:r>
    </w:p>
    <w:p w:rsidR="001A456E" w:rsidRPr="001A456E" w:rsidRDefault="001A456E" w:rsidP="001A456E">
      <w:pPr>
        <w:spacing w:after="40" w:line="240" w:lineRule="auto"/>
        <w:ind w:firstLine="567"/>
        <w:jc w:val="both"/>
        <w:rPr>
          <w:rFonts w:ascii="Times New Roman" w:hAnsi="Times New Roman" w:cs="Times New Roman"/>
          <w:sz w:val="28"/>
          <w:szCs w:val="28"/>
        </w:rPr>
      </w:pPr>
      <w:r w:rsidRPr="001A456E">
        <w:rPr>
          <w:rFonts w:ascii="Times New Roman" w:hAnsi="Times New Roman" w:cs="Times New Roman"/>
          <w:sz w:val="28"/>
          <w:szCs w:val="28"/>
        </w:rPr>
        <w:t>развитие умения ставить финансовые цели, планировать доходы и расходы, оценивать варианты решений;</w:t>
      </w:r>
    </w:p>
    <w:p w:rsidR="001A456E" w:rsidRPr="001A456E" w:rsidRDefault="001A456E" w:rsidP="001A456E">
      <w:pPr>
        <w:spacing w:after="40" w:line="240" w:lineRule="auto"/>
        <w:ind w:firstLine="567"/>
        <w:jc w:val="both"/>
        <w:rPr>
          <w:rFonts w:ascii="Times New Roman" w:hAnsi="Times New Roman" w:cs="Times New Roman"/>
          <w:sz w:val="28"/>
          <w:szCs w:val="28"/>
        </w:rPr>
      </w:pPr>
      <w:r w:rsidRPr="001A456E">
        <w:rPr>
          <w:rFonts w:ascii="Times New Roman" w:hAnsi="Times New Roman" w:cs="Times New Roman"/>
          <w:sz w:val="28"/>
          <w:szCs w:val="28"/>
        </w:rPr>
        <w:t>формирование навыков безопасного использования финансовых и цифровых сервисов;</w:t>
      </w:r>
    </w:p>
    <w:p w:rsidR="001A456E" w:rsidRPr="001A456E" w:rsidRDefault="001A456E" w:rsidP="001A456E">
      <w:pPr>
        <w:spacing w:after="40" w:line="240" w:lineRule="auto"/>
        <w:ind w:firstLine="567"/>
        <w:jc w:val="both"/>
        <w:rPr>
          <w:rFonts w:ascii="Times New Roman" w:hAnsi="Times New Roman" w:cs="Times New Roman"/>
          <w:sz w:val="28"/>
          <w:szCs w:val="28"/>
        </w:rPr>
      </w:pPr>
      <w:r w:rsidRPr="001A456E">
        <w:rPr>
          <w:rFonts w:ascii="Times New Roman" w:hAnsi="Times New Roman" w:cs="Times New Roman"/>
          <w:sz w:val="28"/>
          <w:szCs w:val="28"/>
        </w:rPr>
        <w:t>развитие готовности применять знания в повседневной жизни и учебно-проектной деятельности.</w:t>
      </w:r>
    </w:p>
    <w:p w:rsidR="001A456E" w:rsidRPr="001A456E" w:rsidRDefault="001A456E" w:rsidP="001A456E">
      <w:pPr>
        <w:pStyle w:val="1"/>
        <w:numPr>
          <w:ilvl w:val="0"/>
          <w:numId w:val="0"/>
        </w:numPr>
        <w:spacing w:before="200" w:after="120"/>
        <w:ind w:left="173"/>
        <w:jc w:val="both"/>
        <w:rPr>
          <w:rFonts w:ascii="Times New Roman" w:hAnsi="Times New Roman"/>
          <w:color w:val="auto"/>
          <w:lang w:val="ru-RU"/>
        </w:rPr>
      </w:pPr>
      <w:r w:rsidRPr="001A456E">
        <w:rPr>
          <w:rFonts w:ascii="Times New Roman" w:hAnsi="Times New Roman"/>
          <w:color w:val="auto"/>
          <w:lang w:val="ru-RU"/>
        </w:rPr>
        <w:t>МЕСТО КУРСА В УЧЕБНОМ ПЛАНЕ (ПЛАНЕ ВНЕУРОЧНОЙ ДЕЯТЕЛЬНОСТИ)</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Рекомендуемый объём — 1 час в неделю, 34 часа в год: всего 136 часов за уровень (1, 2, 3, 4 классы). Допускается реализация в ином объёме, установленном учебным планом / планом внеурочной деятельности; в этом случае тематическое и поурочное планирование корректируется пропорционально без изменения планируемых результатов.</w:t>
      </w:r>
    </w:p>
    <w:p w:rsidR="001A456E" w:rsidRPr="001A456E" w:rsidRDefault="001A456E" w:rsidP="001A456E">
      <w:pPr>
        <w:pStyle w:val="1"/>
        <w:numPr>
          <w:ilvl w:val="0"/>
          <w:numId w:val="0"/>
        </w:numPr>
        <w:spacing w:before="200" w:after="120"/>
        <w:jc w:val="both"/>
        <w:rPr>
          <w:rFonts w:ascii="Times New Roman" w:hAnsi="Times New Roman"/>
          <w:color w:val="auto"/>
          <w:lang w:val="ru-RU"/>
        </w:rPr>
      </w:pPr>
      <w:r w:rsidRPr="001A456E">
        <w:rPr>
          <w:rFonts w:ascii="Times New Roman" w:hAnsi="Times New Roman"/>
          <w:color w:val="auto"/>
          <w:lang w:val="ru-RU"/>
        </w:rPr>
        <w:t>СОДЕРЖАНИЕ КУРСА</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Личные финансы и бюджет. Доходы, расходы, цели, сбережения.</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Финансовые организации и продукты. Банк, счёт, вклад, карта, платежи; в старших классах — кредит, инвестиции, пенсионные накопления.</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Потребитель и финансовая безопасность. Цена, договор, права потребителя, страхование, налоги, защита от мошенничества.</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Труд, предпринимательство и проект. Источники доходов, бизнес-идея, финансовый план, презентация решения.</w:t>
      </w:r>
    </w:p>
    <w:p w:rsidR="001A456E" w:rsidRPr="001A456E" w:rsidRDefault="001A456E" w:rsidP="001A456E">
      <w:pPr>
        <w:pStyle w:val="1"/>
        <w:numPr>
          <w:ilvl w:val="0"/>
          <w:numId w:val="0"/>
        </w:numPr>
        <w:spacing w:before="200" w:after="120"/>
        <w:jc w:val="both"/>
        <w:rPr>
          <w:rFonts w:ascii="Times New Roman" w:hAnsi="Times New Roman"/>
          <w:color w:val="auto"/>
          <w:lang w:val="ru-RU"/>
        </w:rPr>
      </w:pPr>
      <w:r w:rsidRPr="001A456E">
        <w:rPr>
          <w:rFonts w:ascii="Times New Roman" w:hAnsi="Times New Roman"/>
          <w:color w:val="auto"/>
          <w:lang w:val="ru-RU"/>
        </w:rPr>
        <w:t>ПЛАНИРУЕМЫЕ ОБРАЗОВАТЕЛЬНЫЕ РЕЗУЛЬТАТЫ</w:t>
      </w:r>
    </w:p>
    <w:p w:rsidR="001A456E" w:rsidRPr="001A456E" w:rsidRDefault="001A456E" w:rsidP="001A456E">
      <w:pPr>
        <w:pStyle w:val="21"/>
        <w:spacing w:after="120"/>
        <w:rPr>
          <w:sz w:val="28"/>
          <w:szCs w:val="28"/>
          <w:lang w:val="ru-RU"/>
        </w:rPr>
      </w:pPr>
      <w:r w:rsidRPr="001A456E">
        <w:rPr>
          <w:sz w:val="28"/>
          <w:szCs w:val="28"/>
          <w:lang w:val="ru-RU"/>
        </w:rPr>
        <w:t>Личностные результаты</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lastRenderedPageBreak/>
        <w:t>Осознание ценности труда и ответственного отношения к деньгам; готовность к разумному потреблению; неприятие финансового мошенничества; уважение к правам других участников финансовых отношений.</w:t>
      </w:r>
    </w:p>
    <w:p w:rsidR="001A456E" w:rsidRPr="001A456E" w:rsidRDefault="001A456E" w:rsidP="001A456E">
      <w:pPr>
        <w:pStyle w:val="21"/>
        <w:spacing w:after="120"/>
        <w:rPr>
          <w:sz w:val="28"/>
          <w:szCs w:val="28"/>
          <w:lang w:val="ru-RU"/>
        </w:rPr>
      </w:pPr>
      <w:r w:rsidRPr="001A456E">
        <w:rPr>
          <w:sz w:val="28"/>
          <w:szCs w:val="28"/>
          <w:lang w:val="ru-RU"/>
        </w:rPr>
        <w:t>Метапредметные результаты</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Умение искать и критически оценивать информацию, сравнивать варианты, выполнять расчёты, работать в группе, представлять результат, применять правила цифровой безопасности.</w:t>
      </w:r>
    </w:p>
    <w:p w:rsidR="001A456E" w:rsidRPr="001A456E" w:rsidRDefault="001A456E" w:rsidP="001A456E">
      <w:pPr>
        <w:pStyle w:val="21"/>
        <w:spacing w:after="120"/>
        <w:rPr>
          <w:sz w:val="28"/>
          <w:szCs w:val="28"/>
          <w:lang w:val="ru-RU"/>
        </w:rPr>
      </w:pPr>
      <w:r w:rsidRPr="001A456E">
        <w:rPr>
          <w:sz w:val="28"/>
          <w:szCs w:val="28"/>
          <w:lang w:val="ru-RU"/>
        </w:rPr>
        <w:t>Предметные результаты</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Обучающийся объясняет назначение денег и финансовых институтов; различает доходы, расходы и сбережения; составляет простой финансовый план; выбирает безопасные способы расчётов; распознаёт признаки мошенничества; решает практические финансовые задачи в соответствии с возрастом.</w:t>
      </w:r>
    </w:p>
    <w:p w:rsidR="001A456E" w:rsidRPr="001A456E" w:rsidRDefault="001A456E" w:rsidP="001A456E">
      <w:pPr>
        <w:pStyle w:val="1"/>
        <w:numPr>
          <w:ilvl w:val="0"/>
          <w:numId w:val="0"/>
        </w:numPr>
        <w:spacing w:before="200" w:after="120"/>
        <w:ind w:left="541"/>
        <w:rPr>
          <w:rFonts w:ascii="Times New Roman" w:hAnsi="Times New Roman"/>
          <w:color w:val="auto"/>
        </w:rPr>
      </w:pPr>
      <w:r w:rsidRPr="001A456E">
        <w:rPr>
          <w:rFonts w:ascii="Times New Roman" w:hAnsi="Times New Roman"/>
          <w:color w:val="auto"/>
          <w:sz w:val="26"/>
        </w:rPr>
        <w:t>ТЕМАТИЧЕСКОЕ ПЛАНИРОВАНИЕ. 1 КЛАСС</w:t>
      </w:r>
    </w:p>
    <w:tbl>
      <w:tblPr>
        <w:tblStyle w:val="affc"/>
        <w:tblW w:w="0" w:type="auto"/>
        <w:jc w:val="center"/>
        <w:tblLayout w:type="fixed"/>
        <w:tblLook w:val="04A0" w:firstRow="1" w:lastRow="0" w:firstColumn="1" w:lastColumn="0" w:noHBand="0" w:noVBand="1"/>
      </w:tblPr>
      <w:tblGrid>
        <w:gridCol w:w="453"/>
        <w:gridCol w:w="2664"/>
        <w:gridCol w:w="680"/>
        <w:gridCol w:w="850"/>
        <w:gridCol w:w="907"/>
        <w:gridCol w:w="3969"/>
      </w:tblGrid>
      <w:tr w:rsidR="001A456E" w:rsidRPr="001A456E" w:rsidTr="003C05EB">
        <w:trPr>
          <w:jc w:val="center"/>
        </w:trPr>
        <w:tc>
          <w:tcPr>
            <w:tcW w:w="453"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w:t>
            </w:r>
          </w:p>
        </w:tc>
        <w:tc>
          <w:tcPr>
            <w:tcW w:w="2664"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Раздел</w:t>
            </w:r>
          </w:p>
        </w:tc>
        <w:tc>
          <w:tcPr>
            <w:tcW w:w="68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Всего часов</w:t>
            </w:r>
          </w:p>
        </w:tc>
        <w:tc>
          <w:tcPr>
            <w:tcW w:w="85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Контрольные работы</w:t>
            </w:r>
          </w:p>
        </w:tc>
        <w:tc>
          <w:tcPr>
            <w:tcW w:w="907"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Практические работы</w:t>
            </w:r>
          </w:p>
        </w:tc>
        <w:tc>
          <w:tcPr>
            <w:tcW w:w="3969"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ЭОР</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Личные финансы и бюджет</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Финансовые продукты и услуги</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Потребитель и безопасность</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9</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Труд, предпринимательство и проект</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7</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Повторение, итоговая работа</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ИТОГО</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34</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3969" w:type="dxa"/>
          </w:tcPr>
          <w:p w:rsidR="001A456E" w:rsidRPr="001A456E" w:rsidRDefault="001A456E" w:rsidP="003C05EB">
            <w:pPr>
              <w:rPr>
                <w:rFonts w:ascii="Times New Roman" w:hAnsi="Times New Roman" w:cs="Times New Roman"/>
              </w:rPr>
            </w:pPr>
          </w:p>
        </w:tc>
      </w:tr>
    </w:tbl>
    <w:p w:rsidR="001A456E" w:rsidRPr="001A456E" w:rsidRDefault="001A456E" w:rsidP="001A456E">
      <w:pPr>
        <w:spacing w:after="40"/>
        <w:rPr>
          <w:rFonts w:ascii="Times New Roman" w:hAnsi="Times New Roman" w:cs="Times New Roman"/>
        </w:rPr>
      </w:pPr>
    </w:p>
    <w:p w:rsidR="001A456E" w:rsidRPr="001A456E" w:rsidRDefault="001A456E" w:rsidP="001A456E">
      <w:pPr>
        <w:pStyle w:val="1"/>
        <w:numPr>
          <w:ilvl w:val="0"/>
          <w:numId w:val="0"/>
        </w:numPr>
        <w:spacing w:before="200" w:after="120"/>
        <w:ind w:left="541"/>
        <w:rPr>
          <w:rFonts w:ascii="Times New Roman" w:hAnsi="Times New Roman"/>
          <w:color w:val="auto"/>
        </w:rPr>
      </w:pPr>
      <w:r w:rsidRPr="001A456E">
        <w:rPr>
          <w:rFonts w:ascii="Times New Roman" w:hAnsi="Times New Roman"/>
          <w:color w:val="auto"/>
          <w:sz w:val="26"/>
        </w:rPr>
        <w:t>ПОУРОЧНОЕ ПЛАНИРОВАНИЕ (КТП). 1 КЛАСС</w:t>
      </w:r>
    </w:p>
    <w:tbl>
      <w:tblPr>
        <w:tblStyle w:val="affc"/>
        <w:tblW w:w="0" w:type="auto"/>
        <w:jc w:val="center"/>
        <w:tblLayout w:type="fixed"/>
        <w:tblLook w:val="04A0" w:firstRow="1" w:lastRow="0" w:firstColumn="1" w:lastColumn="0" w:noHBand="0" w:noVBand="1"/>
      </w:tblPr>
      <w:tblGrid>
        <w:gridCol w:w="396"/>
        <w:gridCol w:w="3061"/>
        <w:gridCol w:w="453"/>
        <w:gridCol w:w="510"/>
        <w:gridCol w:w="567"/>
        <w:gridCol w:w="1304"/>
        <w:gridCol w:w="3231"/>
      </w:tblGrid>
      <w:tr w:rsidR="001A456E" w:rsidRPr="001A456E" w:rsidTr="003C05EB">
        <w:trPr>
          <w:jc w:val="center"/>
        </w:trPr>
        <w:tc>
          <w:tcPr>
            <w:tcW w:w="396"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w:t>
            </w:r>
          </w:p>
        </w:tc>
        <w:tc>
          <w:tcPr>
            <w:tcW w:w="3061"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Тема занятия</w:t>
            </w:r>
          </w:p>
        </w:tc>
        <w:tc>
          <w:tcPr>
            <w:tcW w:w="453"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Часы</w:t>
            </w:r>
          </w:p>
        </w:tc>
        <w:tc>
          <w:tcPr>
            <w:tcW w:w="51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Контр.</w:t>
            </w:r>
          </w:p>
        </w:tc>
        <w:tc>
          <w:tcPr>
            <w:tcW w:w="567"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Практич.</w:t>
            </w:r>
          </w:p>
        </w:tc>
        <w:tc>
          <w:tcPr>
            <w:tcW w:w="1304"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Дата</w:t>
            </w:r>
          </w:p>
        </w:tc>
        <w:tc>
          <w:tcPr>
            <w:tcW w:w="3231"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ЭОР</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Зачем людям нужны деньги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Монеты и банкноты России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 xml:space="preserve">[по календарному </w:t>
            </w:r>
            <w:r w:rsidRPr="001A456E">
              <w:rPr>
                <w:rFonts w:ascii="Times New Roman" w:hAnsi="Times New Roman" w:cs="Times New Roman"/>
                <w:sz w:val="17"/>
              </w:rPr>
              <w:lastRenderedPageBreak/>
              <w:t>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Мои желания и потребности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Покупка: цена и выбор</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Семейные покупки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Карманные деньги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Как беречь вещи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Доходы семьи: знакомство</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Расходы семьи: знакомство</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Планируем покупку</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Магазин и правила покупателя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Реклама: можно ли ей верить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Безопасность в магазине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Игра «Семейный бюджет»</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Повторяем: деньги и покупки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Моя финансовая цель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Что такое сбережения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Копилка и банковский счёт</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 xml:space="preserve">[по календарному </w:t>
            </w:r>
            <w:r w:rsidRPr="001A456E">
              <w:rPr>
                <w:rFonts w:ascii="Times New Roman" w:hAnsi="Times New Roman" w:cs="Times New Roman"/>
                <w:sz w:val="17"/>
              </w:rPr>
              <w:lastRenderedPageBreak/>
              <w:t>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19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Зачем нужен банк</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Банковская карта: правила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Опасные просьбы незнакомцев</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Финансовая безопасность в интернете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Как не потерять деньги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Профессии и труд</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Труд и вознаграждение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Мой первый бюджет</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Выбор подарка по бюджету</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Благотворительность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Экологичные покупки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Практикум «Умный покупатель»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Проект «Моя копилка целей»</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Защита проекта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Итоговая игра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Рефлексия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 xml:space="preserve">[по календарному </w:t>
            </w:r>
            <w:r w:rsidRPr="001A456E">
              <w:rPr>
                <w:rFonts w:ascii="Times New Roman" w:hAnsi="Times New Roman" w:cs="Times New Roman"/>
                <w:sz w:val="17"/>
              </w:rPr>
              <w:lastRenderedPageBreak/>
              <w:t>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ФГИС «Моя школа»; РЭШ; «Финансовая культура» Банка России.</w:t>
            </w:r>
          </w:p>
        </w:tc>
      </w:tr>
    </w:tbl>
    <w:p w:rsidR="001A456E" w:rsidRPr="001A456E" w:rsidRDefault="001A456E" w:rsidP="001A456E">
      <w:pPr>
        <w:spacing w:after="40"/>
        <w:rPr>
          <w:rFonts w:ascii="Times New Roman" w:hAnsi="Times New Roman" w:cs="Times New Roman"/>
        </w:rPr>
      </w:pPr>
    </w:p>
    <w:p w:rsidR="001A456E" w:rsidRPr="001A456E" w:rsidRDefault="001A456E" w:rsidP="001A456E">
      <w:pPr>
        <w:rPr>
          <w:rFonts w:ascii="Times New Roman" w:hAnsi="Times New Roman" w:cs="Times New Roman"/>
        </w:rPr>
      </w:pPr>
      <w:r w:rsidRPr="001A456E">
        <w:rPr>
          <w:rFonts w:ascii="Times New Roman" w:hAnsi="Times New Roman" w:cs="Times New Roman"/>
        </w:rPr>
        <w:br w:type="page"/>
      </w:r>
    </w:p>
    <w:p w:rsidR="001A456E" w:rsidRPr="001A456E" w:rsidRDefault="001A456E" w:rsidP="001A456E">
      <w:pPr>
        <w:pStyle w:val="1"/>
        <w:numPr>
          <w:ilvl w:val="0"/>
          <w:numId w:val="0"/>
        </w:numPr>
        <w:spacing w:before="200" w:after="120"/>
        <w:ind w:left="541"/>
        <w:rPr>
          <w:rFonts w:ascii="Times New Roman" w:hAnsi="Times New Roman"/>
          <w:color w:val="auto"/>
        </w:rPr>
      </w:pPr>
      <w:r w:rsidRPr="001A456E">
        <w:rPr>
          <w:rFonts w:ascii="Times New Roman" w:hAnsi="Times New Roman"/>
          <w:color w:val="auto"/>
          <w:sz w:val="26"/>
        </w:rPr>
        <w:lastRenderedPageBreak/>
        <w:t>ТЕМАТИЧЕСКОЕ ПЛАНИРОВАНИЕ. 2 КЛАСС</w:t>
      </w:r>
    </w:p>
    <w:tbl>
      <w:tblPr>
        <w:tblStyle w:val="affc"/>
        <w:tblW w:w="0" w:type="auto"/>
        <w:jc w:val="center"/>
        <w:tblLayout w:type="fixed"/>
        <w:tblLook w:val="04A0" w:firstRow="1" w:lastRow="0" w:firstColumn="1" w:lastColumn="0" w:noHBand="0" w:noVBand="1"/>
      </w:tblPr>
      <w:tblGrid>
        <w:gridCol w:w="453"/>
        <w:gridCol w:w="2664"/>
        <w:gridCol w:w="680"/>
        <w:gridCol w:w="850"/>
        <w:gridCol w:w="907"/>
        <w:gridCol w:w="3969"/>
      </w:tblGrid>
      <w:tr w:rsidR="001A456E" w:rsidRPr="001A456E" w:rsidTr="003C05EB">
        <w:trPr>
          <w:jc w:val="center"/>
        </w:trPr>
        <w:tc>
          <w:tcPr>
            <w:tcW w:w="453"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w:t>
            </w:r>
          </w:p>
        </w:tc>
        <w:tc>
          <w:tcPr>
            <w:tcW w:w="2664"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Раздел</w:t>
            </w:r>
          </w:p>
        </w:tc>
        <w:tc>
          <w:tcPr>
            <w:tcW w:w="68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Всего часов</w:t>
            </w:r>
          </w:p>
        </w:tc>
        <w:tc>
          <w:tcPr>
            <w:tcW w:w="85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Контрольные работы</w:t>
            </w:r>
          </w:p>
        </w:tc>
        <w:tc>
          <w:tcPr>
            <w:tcW w:w="907"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Практические работы</w:t>
            </w:r>
          </w:p>
        </w:tc>
        <w:tc>
          <w:tcPr>
            <w:tcW w:w="3969"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ЭОР</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Личные финансы и бюджет</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Финансовые продукты и услуги</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Потребитель и безопасность</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9</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Труд, предпринимательство и проект</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7</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Повторение, итоговая работа</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ИТОГО</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34</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3969" w:type="dxa"/>
          </w:tcPr>
          <w:p w:rsidR="001A456E" w:rsidRPr="001A456E" w:rsidRDefault="001A456E" w:rsidP="003C05EB">
            <w:pPr>
              <w:rPr>
                <w:rFonts w:ascii="Times New Roman" w:hAnsi="Times New Roman" w:cs="Times New Roman"/>
              </w:rPr>
            </w:pPr>
          </w:p>
        </w:tc>
      </w:tr>
    </w:tbl>
    <w:p w:rsidR="001A456E" w:rsidRPr="001A456E" w:rsidRDefault="001A456E" w:rsidP="001A456E">
      <w:pPr>
        <w:spacing w:after="40"/>
        <w:rPr>
          <w:rFonts w:ascii="Times New Roman" w:hAnsi="Times New Roman" w:cs="Times New Roman"/>
        </w:rPr>
      </w:pPr>
    </w:p>
    <w:p w:rsidR="001A456E" w:rsidRPr="001A456E" w:rsidRDefault="001A456E" w:rsidP="001A456E">
      <w:pPr>
        <w:pStyle w:val="1"/>
        <w:numPr>
          <w:ilvl w:val="0"/>
          <w:numId w:val="0"/>
        </w:numPr>
        <w:spacing w:before="200" w:after="120"/>
        <w:ind w:left="541"/>
        <w:rPr>
          <w:rFonts w:ascii="Times New Roman" w:hAnsi="Times New Roman"/>
          <w:color w:val="auto"/>
        </w:rPr>
      </w:pPr>
      <w:r w:rsidRPr="001A456E">
        <w:rPr>
          <w:rFonts w:ascii="Times New Roman" w:hAnsi="Times New Roman"/>
          <w:color w:val="auto"/>
          <w:sz w:val="26"/>
        </w:rPr>
        <w:t>ПОУРОЧНОЕ ПЛАНИРОВАНИЕ (КТП). 2 КЛАСС</w:t>
      </w:r>
    </w:p>
    <w:tbl>
      <w:tblPr>
        <w:tblStyle w:val="affc"/>
        <w:tblW w:w="0" w:type="auto"/>
        <w:jc w:val="center"/>
        <w:tblLayout w:type="fixed"/>
        <w:tblLook w:val="04A0" w:firstRow="1" w:lastRow="0" w:firstColumn="1" w:lastColumn="0" w:noHBand="0" w:noVBand="1"/>
      </w:tblPr>
      <w:tblGrid>
        <w:gridCol w:w="396"/>
        <w:gridCol w:w="3061"/>
        <w:gridCol w:w="453"/>
        <w:gridCol w:w="510"/>
        <w:gridCol w:w="567"/>
        <w:gridCol w:w="1304"/>
        <w:gridCol w:w="3231"/>
      </w:tblGrid>
      <w:tr w:rsidR="001A456E" w:rsidRPr="001A456E" w:rsidTr="003C05EB">
        <w:trPr>
          <w:jc w:val="center"/>
        </w:trPr>
        <w:tc>
          <w:tcPr>
            <w:tcW w:w="396"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w:t>
            </w:r>
          </w:p>
        </w:tc>
        <w:tc>
          <w:tcPr>
            <w:tcW w:w="3061"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Тема занятия</w:t>
            </w:r>
          </w:p>
        </w:tc>
        <w:tc>
          <w:tcPr>
            <w:tcW w:w="453"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Часы</w:t>
            </w:r>
          </w:p>
        </w:tc>
        <w:tc>
          <w:tcPr>
            <w:tcW w:w="51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Контр.</w:t>
            </w:r>
          </w:p>
        </w:tc>
        <w:tc>
          <w:tcPr>
            <w:tcW w:w="567"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Практич.</w:t>
            </w:r>
          </w:p>
        </w:tc>
        <w:tc>
          <w:tcPr>
            <w:tcW w:w="1304"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Дата</w:t>
            </w:r>
          </w:p>
        </w:tc>
        <w:tc>
          <w:tcPr>
            <w:tcW w:w="3231"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ЭОР</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Деньги и их назначение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История денег</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Российские деньги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Доходы семьи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Расходы семьи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Обязательные и желательные расходы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Семейный бюджет</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Карманные деньги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Финансовая цель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Как копить деньги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Банк и его услуги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Банковская карта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Безопасность карты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Финансовые мошенники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Покупатель и продавец</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Цена товара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Сравнение цен</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Скидки и акции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Реклама и выбор</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Чек и гарантия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Права покупателя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Страхование: первое знакомство</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Налоги: зачем они нужны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Труд и доход</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25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Профессии семьи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Предприниматель: кто это</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Благотворительность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Финансовая безопасность онлайн</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Практикум «Планируем покупки»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Мини-проект «Семейный праздник»</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Защита мини-проекта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Повторение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Итоговая диагностика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Рефлексия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bl>
    <w:p w:rsidR="001A456E" w:rsidRPr="001A456E" w:rsidRDefault="001A456E" w:rsidP="001A456E">
      <w:pPr>
        <w:spacing w:after="40"/>
        <w:rPr>
          <w:rFonts w:ascii="Times New Roman" w:hAnsi="Times New Roman" w:cs="Times New Roman"/>
        </w:rPr>
      </w:pPr>
    </w:p>
    <w:p w:rsidR="001A456E" w:rsidRPr="001A456E" w:rsidRDefault="001A456E" w:rsidP="001A456E">
      <w:pPr>
        <w:rPr>
          <w:rFonts w:ascii="Times New Roman" w:hAnsi="Times New Roman" w:cs="Times New Roman"/>
        </w:rPr>
      </w:pPr>
      <w:r w:rsidRPr="001A456E">
        <w:rPr>
          <w:rFonts w:ascii="Times New Roman" w:hAnsi="Times New Roman" w:cs="Times New Roman"/>
        </w:rPr>
        <w:br w:type="page"/>
      </w:r>
    </w:p>
    <w:p w:rsidR="001A456E" w:rsidRPr="001A456E" w:rsidRDefault="001A456E" w:rsidP="001A456E">
      <w:pPr>
        <w:pStyle w:val="1"/>
        <w:numPr>
          <w:ilvl w:val="0"/>
          <w:numId w:val="0"/>
        </w:numPr>
        <w:spacing w:before="200" w:after="120"/>
        <w:ind w:left="541"/>
        <w:rPr>
          <w:rFonts w:ascii="Times New Roman" w:hAnsi="Times New Roman"/>
          <w:color w:val="auto"/>
        </w:rPr>
      </w:pPr>
      <w:r w:rsidRPr="001A456E">
        <w:rPr>
          <w:rFonts w:ascii="Times New Roman" w:hAnsi="Times New Roman"/>
          <w:color w:val="auto"/>
          <w:sz w:val="26"/>
        </w:rPr>
        <w:lastRenderedPageBreak/>
        <w:t>ТЕМАТИЧЕСКОЕ ПЛАНИРОВАНИЕ. 3 КЛАСС</w:t>
      </w:r>
    </w:p>
    <w:tbl>
      <w:tblPr>
        <w:tblStyle w:val="affc"/>
        <w:tblW w:w="0" w:type="auto"/>
        <w:jc w:val="center"/>
        <w:tblLayout w:type="fixed"/>
        <w:tblLook w:val="04A0" w:firstRow="1" w:lastRow="0" w:firstColumn="1" w:lastColumn="0" w:noHBand="0" w:noVBand="1"/>
      </w:tblPr>
      <w:tblGrid>
        <w:gridCol w:w="453"/>
        <w:gridCol w:w="2664"/>
        <w:gridCol w:w="680"/>
        <w:gridCol w:w="850"/>
        <w:gridCol w:w="907"/>
        <w:gridCol w:w="3969"/>
      </w:tblGrid>
      <w:tr w:rsidR="001A456E" w:rsidRPr="001A456E" w:rsidTr="003C05EB">
        <w:trPr>
          <w:jc w:val="center"/>
        </w:trPr>
        <w:tc>
          <w:tcPr>
            <w:tcW w:w="453"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w:t>
            </w:r>
          </w:p>
        </w:tc>
        <w:tc>
          <w:tcPr>
            <w:tcW w:w="2664"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Раздел</w:t>
            </w:r>
          </w:p>
        </w:tc>
        <w:tc>
          <w:tcPr>
            <w:tcW w:w="68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Всего часов</w:t>
            </w:r>
          </w:p>
        </w:tc>
        <w:tc>
          <w:tcPr>
            <w:tcW w:w="85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Контрольные работы</w:t>
            </w:r>
          </w:p>
        </w:tc>
        <w:tc>
          <w:tcPr>
            <w:tcW w:w="907"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Практические работы</w:t>
            </w:r>
          </w:p>
        </w:tc>
        <w:tc>
          <w:tcPr>
            <w:tcW w:w="3969"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ЭОР</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Личные финансы и бюджет</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Финансовые продукты и услуги</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Потребитель и безопасность</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9</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Труд, предпринимательство и проект</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7</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Повторение, итоговая работа</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ИТОГО</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34</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3969" w:type="dxa"/>
          </w:tcPr>
          <w:p w:rsidR="001A456E" w:rsidRPr="001A456E" w:rsidRDefault="001A456E" w:rsidP="003C05EB">
            <w:pPr>
              <w:rPr>
                <w:rFonts w:ascii="Times New Roman" w:hAnsi="Times New Roman" w:cs="Times New Roman"/>
              </w:rPr>
            </w:pPr>
          </w:p>
        </w:tc>
      </w:tr>
    </w:tbl>
    <w:p w:rsidR="001A456E" w:rsidRPr="001A456E" w:rsidRDefault="001A456E" w:rsidP="001A456E">
      <w:pPr>
        <w:spacing w:after="40"/>
        <w:rPr>
          <w:rFonts w:ascii="Times New Roman" w:hAnsi="Times New Roman" w:cs="Times New Roman"/>
        </w:rPr>
      </w:pPr>
    </w:p>
    <w:p w:rsidR="001A456E" w:rsidRPr="001A456E" w:rsidRDefault="001A456E" w:rsidP="001A456E">
      <w:pPr>
        <w:pStyle w:val="1"/>
        <w:numPr>
          <w:ilvl w:val="0"/>
          <w:numId w:val="0"/>
        </w:numPr>
        <w:spacing w:before="200" w:after="120"/>
        <w:ind w:left="541"/>
        <w:rPr>
          <w:rFonts w:ascii="Times New Roman" w:hAnsi="Times New Roman"/>
          <w:color w:val="auto"/>
        </w:rPr>
      </w:pPr>
      <w:r w:rsidRPr="001A456E">
        <w:rPr>
          <w:rFonts w:ascii="Times New Roman" w:hAnsi="Times New Roman"/>
          <w:color w:val="auto"/>
          <w:sz w:val="26"/>
        </w:rPr>
        <w:t>ПОУРОЧНОЕ ПЛАНИРОВАНИЕ (КТП). 3 КЛАСС</w:t>
      </w:r>
    </w:p>
    <w:tbl>
      <w:tblPr>
        <w:tblStyle w:val="affc"/>
        <w:tblW w:w="0" w:type="auto"/>
        <w:jc w:val="center"/>
        <w:tblLayout w:type="fixed"/>
        <w:tblLook w:val="04A0" w:firstRow="1" w:lastRow="0" w:firstColumn="1" w:lastColumn="0" w:noHBand="0" w:noVBand="1"/>
      </w:tblPr>
      <w:tblGrid>
        <w:gridCol w:w="396"/>
        <w:gridCol w:w="3061"/>
        <w:gridCol w:w="453"/>
        <w:gridCol w:w="510"/>
        <w:gridCol w:w="567"/>
        <w:gridCol w:w="1304"/>
        <w:gridCol w:w="3231"/>
      </w:tblGrid>
      <w:tr w:rsidR="001A456E" w:rsidRPr="001A456E" w:rsidTr="003C05EB">
        <w:trPr>
          <w:jc w:val="center"/>
        </w:trPr>
        <w:tc>
          <w:tcPr>
            <w:tcW w:w="396"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w:t>
            </w:r>
          </w:p>
        </w:tc>
        <w:tc>
          <w:tcPr>
            <w:tcW w:w="3061"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Тема занятия</w:t>
            </w:r>
          </w:p>
        </w:tc>
        <w:tc>
          <w:tcPr>
            <w:tcW w:w="453"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Часы</w:t>
            </w:r>
          </w:p>
        </w:tc>
        <w:tc>
          <w:tcPr>
            <w:tcW w:w="51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Контр.</w:t>
            </w:r>
          </w:p>
        </w:tc>
        <w:tc>
          <w:tcPr>
            <w:tcW w:w="567"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Практич.</w:t>
            </w:r>
          </w:p>
        </w:tc>
        <w:tc>
          <w:tcPr>
            <w:tcW w:w="1304"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Дата</w:t>
            </w:r>
          </w:p>
        </w:tc>
        <w:tc>
          <w:tcPr>
            <w:tcW w:w="3231"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ЭОР</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Финансовое планирование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Цели: краткие и долгие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Семейный бюджет</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Доходы: виды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Расходы: классификация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Обязательные платежи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Планирование расходов</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Сбережения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Банк и вклад</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Проценты: наглядно</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Банковская карта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Платёжные сервисы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Цифровой след</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Защита от мошенников</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Права потребителя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Цена и качество</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Скидки: выгода или ловушка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Реклама и критическое мышление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Страхование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Налоги и общественные блага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Трудовой доход</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Предпринимательство</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Бизнес-идея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Благотворительность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25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Экология и финансы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Практикум «Бюджет семьи»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Кейс «Безопасная покупка»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Кейс «Письмо мошенника»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Проект: финансовая цель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Проект: план накопления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Защита проекта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Повторение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Итоговая работа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Рефлексия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bl>
    <w:p w:rsidR="001A456E" w:rsidRPr="001A456E" w:rsidRDefault="001A456E" w:rsidP="001A456E">
      <w:pPr>
        <w:spacing w:after="40"/>
        <w:rPr>
          <w:rFonts w:ascii="Times New Roman" w:hAnsi="Times New Roman" w:cs="Times New Roman"/>
        </w:rPr>
      </w:pPr>
    </w:p>
    <w:p w:rsidR="001A456E" w:rsidRPr="001A456E" w:rsidRDefault="001A456E" w:rsidP="001A456E">
      <w:pPr>
        <w:rPr>
          <w:rFonts w:ascii="Times New Roman" w:hAnsi="Times New Roman" w:cs="Times New Roman"/>
        </w:rPr>
      </w:pPr>
      <w:r w:rsidRPr="001A456E">
        <w:rPr>
          <w:rFonts w:ascii="Times New Roman" w:hAnsi="Times New Roman" w:cs="Times New Roman"/>
        </w:rPr>
        <w:br w:type="page"/>
      </w:r>
    </w:p>
    <w:p w:rsidR="001A456E" w:rsidRPr="001A456E" w:rsidRDefault="001A456E" w:rsidP="001A456E">
      <w:pPr>
        <w:pStyle w:val="1"/>
        <w:numPr>
          <w:ilvl w:val="0"/>
          <w:numId w:val="0"/>
        </w:numPr>
        <w:spacing w:before="200" w:after="120"/>
        <w:ind w:left="541"/>
        <w:rPr>
          <w:rFonts w:ascii="Times New Roman" w:hAnsi="Times New Roman"/>
          <w:color w:val="auto"/>
          <w:lang w:val="ru-RU"/>
        </w:rPr>
      </w:pPr>
      <w:r w:rsidRPr="001A456E">
        <w:rPr>
          <w:rFonts w:ascii="Times New Roman" w:hAnsi="Times New Roman"/>
          <w:color w:val="auto"/>
          <w:sz w:val="26"/>
          <w:lang w:val="ru-RU"/>
        </w:rPr>
        <w:lastRenderedPageBreak/>
        <w:t>ТЕМАТИЧЕСКОЕ ПЛАНИРОВАНИЕ. 4 КЛАСС (1ч в неделю)</w:t>
      </w:r>
    </w:p>
    <w:tbl>
      <w:tblPr>
        <w:tblStyle w:val="affc"/>
        <w:tblW w:w="0" w:type="auto"/>
        <w:jc w:val="center"/>
        <w:tblLayout w:type="fixed"/>
        <w:tblLook w:val="04A0" w:firstRow="1" w:lastRow="0" w:firstColumn="1" w:lastColumn="0" w:noHBand="0" w:noVBand="1"/>
      </w:tblPr>
      <w:tblGrid>
        <w:gridCol w:w="453"/>
        <w:gridCol w:w="2664"/>
        <w:gridCol w:w="680"/>
        <w:gridCol w:w="850"/>
        <w:gridCol w:w="907"/>
        <w:gridCol w:w="3969"/>
      </w:tblGrid>
      <w:tr w:rsidR="001A456E" w:rsidRPr="001A456E" w:rsidTr="003C05EB">
        <w:trPr>
          <w:jc w:val="center"/>
        </w:trPr>
        <w:tc>
          <w:tcPr>
            <w:tcW w:w="453"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w:t>
            </w:r>
          </w:p>
        </w:tc>
        <w:tc>
          <w:tcPr>
            <w:tcW w:w="2664"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Раздел</w:t>
            </w:r>
          </w:p>
        </w:tc>
        <w:tc>
          <w:tcPr>
            <w:tcW w:w="68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Всего часов</w:t>
            </w:r>
          </w:p>
        </w:tc>
        <w:tc>
          <w:tcPr>
            <w:tcW w:w="85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Контрольные работы</w:t>
            </w:r>
          </w:p>
        </w:tc>
        <w:tc>
          <w:tcPr>
            <w:tcW w:w="907"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Практические работы</w:t>
            </w:r>
          </w:p>
        </w:tc>
        <w:tc>
          <w:tcPr>
            <w:tcW w:w="3969"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ЭОР</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Личные финансы и бюджет</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Финансовые продукты и услуги</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Потребитель и безопасность</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9</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Труд, предпринимательство и проект</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7</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Повторение, итоговая работа</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ИТОГО</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34</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3969" w:type="dxa"/>
          </w:tcPr>
          <w:p w:rsidR="001A456E" w:rsidRPr="001A456E" w:rsidRDefault="001A456E" w:rsidP="003C05EB">
            <w:pPr>
              <w:rPr>
                <w:rFonts w:ascii="Times New Roman" w:hAnsi="Times New Roman" w:cs="Times New Roman"/>
              </w:rPr>
            </w:pPr>
          </w:p>
        </w:tc>
      </w:tr>
    </w:tbl>
    <w:p w:rsidR="001A456E" w:rsidRPr="001A456E" w:rsidRDefault="001A456E" w:rsidP="001A456E">
      <w:pPr>
        <w:spacing w:after="40"/>
        <w:rPr>
          <w:rFonts w:ascii="Times New Roman" w:hAnsi="Times New Roman" w:cs="Times New Roman"/>
        </w:rPr>
      </w:pPr>
    </w:p>
    <w:p w:rsidR="001A456E" w:rsidRPr="001A456E" w:rsidRDefault="001A456E" w:rsidP="001A456E">
      <w:pPr>
        <w:keepNext/>
        <w:keepLines/>
        <w:spacing w:before="200" w:after="120"/>
        <w:outlineLvl w:val="0"/>
        <w:rPr>
          <w:rFonts w:ascii="Times New Roman" w:eastAsiaTheme="majorEastAsia" w:hAnsi="Times New Roman" w:cs="Times New Roman"/>
          <w:b/>
          <w:bCs/>
          <w:sz w:val="28"/>
          <w:szCs w:val="28"/>
        </w:rPr>
      </w:pPr>
      <w:r w:rsidRPr="001A456E">
        <w:rPr>
          <w:rFonts w:ascii="Times New Roman" w:eastAsiaTheme="majorEastAsia" w:hAnsi="Times New Roman" w:cs="Times New Roman"/>
          <w:b/>
          <w:bCs/>
          <w:sz w:val="26"/>
          <w:szCs w:val="28"/>
        </w:rPr>
        <w:t>ТЕМАТИЧЕСКОЕ ПЛАНИРОВАНИЕ. 4 КЛАСС (0,5ч в неделю)</w:t>
      </w:r>
    </w:p>
    <w:p w:rsidR="001A456E" w:rsidRPr="001A456E" w:rsidRDefault="001A456E" w:rsidP="001A456E">
      <w:pPr>
        <w:spacing w:after="40"/>
        <w:rPr>
          <w:rFonts w:ascii="Times New Roman" w:hAnsi="Times New Roman" w:cs="Times New Roman"/>
        </w:rPr>
      </w:pPr>
    </w:p>
    <w:tbl>
      <w:tblPr>
        <w:tblStyle w:val="affc"/>
        <w:tblW w:w="0" w:type="auto"/>
        <w:jc w:val="center"/>
        <w:tblLayout w:type="fixed"/>
        <w:tblLook w:val="04A0" w:firstRow="1" w:lastRow="0" w:firstColumn="1" w:lastColumn="0" w:noHBand="0" w:noVBand="1"/>
      </w:tblPr>
      <w:tblGrid>
        <w:gridCol w:w="453"/>
        <w:gridCol w:w="2664"/>
        <w:gridCol w:w="680"/>
        <w:gridCol w:w="850"/>
        <w:gridCol w:w="907"/>
        <w:gridCol w:w="3969"/>
      </w:tblGrid>
      <w:tr w:rsidR="001A456E" w:rsidRPr="001A456E" w:rsidTr="003C05EB">
        <w:trPr>
          <w:jc w:val="center"/>
        </w:trPr>
        <w:tc>
          <w:tcPr>
            <w:tcW w:w="453"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w:t>
            </w:r>
          </w:p>
        </w:tc>
        <w:tc>
          <w:tcPr>
            <w:tcW w:w="2664"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Раздел</w:t>
            </w:r>
          </w:p>
        </w:tc>
        <w:tc>
          <w:tcPr>
            <w:tcW w:w="68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Всего часов</w:t>
            </w:r>
          </w:p>
        </w:tc>
        <w:tc>
          <w:tcPr>
            <w:tcW w:w="85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Контрольные работы</w:t>
            </w:r>
          </w:p>
        </w:tc>
        <w:tc>
          <w:tcPr>
            <w:tcW w:w="907"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Практические работы</w:t>
            </w:r>
          </w:p>
        </w:tc>
        <w:tc>
          <w:tcPr>
            <w:tcW w:w="3969"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ЭОР</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Личные финансы и бюджет</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Финансовые продукты и услуги</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Потребитель и безопасность</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Труд, предпринимательство и проект</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Повторение, итоговая работа</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3969"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453" w:type="dxa"/>
          </w:tcPr>
          <w:p w:rsidR="001A456E" w:rsidRPr="001A456E" w:rsidRDefault="001A456E" w:rsidP="003C05EB">
            <w:pPr>
              <w:rPr>
                <w:rFonts w:ascii="Times New Roman" w:hAnsi="Times New Roman" w:cs="Times New Roman"/>
              </w:rPr>
            </w:pPr>
          </w:p>
        </w:tc>
        <w:tc>
          <w:tcPr>
            <w:tcW w:w="266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ИТОГО</w:t>
            </w:r>
          </w:p>
        </w:tc>
        <w:tc>
          <w:tcPr>
            <w:tcW w:w="68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17</w:t>
            </w:r>
          </w:p>
        </w:tc>
        <w:tc>
          <w:tcPr>
            <w:tcW w:w="85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90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3969" w:type="dxa"/>
          </w:tcPr>
          <w:p w:rsidR="001A456E" w:rsidRPr="001A456E" w:rsidRDefault="001A456E" w:rsidP="003C05EB">
            <w:pPr>
              <w:rPr>
                <w:rFonts w:ascii="Times New Roman" w:hAnsi="Times New Roman" w:cs="Times New Roman"/>
              </w:rPr>
            </w:pPr>
          </w:p>
        </w:tc>
      </w:tr>
    </w:tbl>
    <w:p w:rsidR="001A456E" w:rsidRPr="001A456E" w:rsidRDefault="001A456E" w:rsidP="001A456E">
      <w:pPr>
        <w:spacing w:after="40"/>
        <w:rPr>
          <w:rFonts w:ascii="Times New Roman" w:hAnsi="Times New Roman" w:cs="Times New Roman"/>
        </w:rPr>
      </w:pPr>
    </w:p>
    <w:p w:rsidR="001A456E" w:rsidRPr="001A456E" w:rsidRDefault="001A456E" w:rsidP="001A456E">
      <w:pPr>
        <w:spacing w:after="40"/>
        <w:rPr>
          <w:rFonts w:ascii="Times New Roman" w:hAnsi="Times New Roman" w:cs="Times New Roman"/>
        </w:rPr>
      </w:pPr>
    </w:p>
    <w:p w:rsidR="001A456E" w:rsidRPr="001A456E" w:rsidRDefault="001A456E" w:rsidP="001A456E">
      <w:pPr>
        <w:pStyle w:val="1"/>
        <w:numPr>
          <w:ilvl w:val="0"/>
          <w:numId w:val="0"/>
        </w:numPr>
        <w:spacing w:before="200" w:after="120"/>
        <w:ind w:left="541"/>
        <w:rPr>
          <w:rFonts w:ascii="Times New Roman" w:hAnsi="Times New Roman"/>
          <w:color w:val="auto"/>
          <w:lang w:val="ru-RU"/>
        </w:rPr>
      </w:pPr>
      <w:r w:rsidRPr="001A456E">
        <w:rPr>
          <w:rFonts w:ascii="Times New Roman" w:hAnsi="Times New Roman"/>
          <w:color w:val="auto"/>
          <w:sz w:val="26"/>
          <w:lang w:val="ru-RU"/>
        </w:rPr>
        <w:t>ПОУРОЧНОЕ ПЛАНИРОВАНИЕ (КТП). 4 КЛАСС (1ч в неделю)</w:t>
      </w:r>
    </w:p>
    <w:tbl>
      <w:tblPr>
        <w:tblStyle w:val="affc"/>
        <w:tblW w:w="0" w:type="auto"/>
        <w:jc w:val="center"/>
        <w:tblLayout w:type="fixed"/>
        <w:tblLook w:val="04A0" w:firstRow="1" w:lastRow="0" w:firstColumn="1" w:lastColumn="0" w:noHBand="0" w:noVBand="1"/>
      </w:tblPr>
      <w:tblGrid>
        <w:gridCol w:w="396"/>
        <w:gridCol w:w="3061"/>
        <w:gridCol w:w="453"/>
        <w:gridCol w:w="510"/>
        <w:gridCol w:w="567"/>
        <w:gridCol w:w="1304"/>
        <w:gridCol w:w="3231"/>
      </w:tblGrid>
      <w:tr w:rsidR="001A456E" w:rsidRPr="001A456E" w:rsidTr="003C05EB">
        <w:trPr>
          <w:jc w:val="center"/>
        </w:trPr>
        <w:tc>
          <w:tcPr>
            <w:tcW w:w="396"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w:t>
            </w:r>
          </w:p>
        </w:tc>
        <w:tc>
          <w:tcPr>
            <w:tcW w:w="3061"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Тема занятия</w:t>
            </w:r>
          </w:p>
        </w:tc>
        <w:tc>
          <w:tcPr>
            <w:tcW w:w="453"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Часы</w:t>
            </w:r>
          </w:p>
        </w:tc>
        <w:tc>
          <w:tcPr>
            <w:tcW w:w="51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Контр.</w:t>
            </w:r>
          </w:p>
        </w:tc>
        <w:tc>
          <w:tcPr>
            <w:tcW w:w="567"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Практич.</w:t>
            </w:r>
          </w:p>
        </w:tc>
        <w:tc>
          <w:tcPr>
            <w:tcW w:w="1304"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Дата</w:t>
            </w:r>
          </w:p>
        </w:tc>
        <w:tc>
          <w:tcPr>
            <w:tcW w:w="3231"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ЭОР</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Личные финансы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Финансовые цели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Семейный бюджет</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Доходы семьи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Расходы семьи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Оптимизация расходов</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Финансовый план</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Сбережения и их виды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Банк и банковские счета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Вклад и проценты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Банковская карта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Платежи и переводы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Финансовая безопасность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Мошенничество в интернете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Права потребителя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Договор и чек</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Цена, скидки, кешбэк</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18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Реклама и финансовые решения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Страхование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Налоги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Трудовые доходы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Предпринимательство</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Риск и ответственность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Благотворительность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Финансовая культура семьи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Практикум «Выбираем вклад»</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Практикум «Сравниваем покупки»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Кейс «Защита карты»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Проект: бюджет школьного события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Проект: финансовый маршрут</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Защита проекта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Повторение</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Итоговая работа</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34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Рефлексия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bl>
    <w:p w:rsidR="001A456E" w:rsidRPr="001A456E" w:rsidRDefault="001A456E" w:rsidP="001A456E">
      <w:pPr>
        <w:spacing w:after="40"/>
        <w:rPr>
          <w:rFonts w:ascii="Times New Roman" w:hAnsi="Times New Roman" w:cs="Times New Roman"/>
        </w:rPr>
      </w:pPr>
    </w:p>
    <w:p w:rsidR="001A456E" w:rsidRPr="001A456E" w:rsidRDefault="001A456E" w:rsidP="001A456E">
      <w:pPr>
        <w:keepNext/>
        <w:keepLines/>
        <w:spacing w:before="200" w:after="120"/>
        <w:outlineLvl w:val="0"/>
        <w:rPr>
          <w:rFonts w:ascii="Times New Roman" w:eastAsiaTheme="majorEastAsia" w:hAnsi="Times New Roman" w:cs="Times New Roman"/>
          <w:b/>
          <w:bCs/>
          <w:sz w:val="28"/>
          <w:szCs w:val="28"/>
        </w:rPr>
      </w:pPr>
      <w:r w:rsidRPr="001A456E">
        <w:rPr>
          <w:rFonts w:ascii="Times New Roman" w:eastAsiaTheme="majorEastAsia" w:hAnsi="Times New Roman" w:cs="Times New Roman"/>
          <w:b/>
          <w:bCs/>
          <w:sz w:val="26"/>
          <w:szCs w:val="28"/>
        </w:rPr>
        <w:t>ПОУРОЧНОЕ ПЛАНИРОВАНИЕ (КТП). 4 КЛАСС (0,5ч в неделю)</w:t>
      </w:r>
    </w:p>
    <w:tbl>
      <w:tblPr>
        <w:tblStyle w:val="affc"/>
        <w:tblW w:w="0" w:type="auto"/>
        <w:jc w:val="center"/>
        <w:tblLayout w:type="fixed"/>
        <w:tblLook w:val="04A0" w:firstRow="1" w:lastRow="0" w:firstColumn="1" w:lastColumn="0" w:noHBand="0" w:noVBand="1"/>
      </w:tblPr>
      <w:tblGrid>
        <w:gridCol w:w="396"/>
        <w:gridCol w:w="3061"/>
        <w:gridCol w:w="453"/>
        <w:gridCol w:w="510"/>
        <w:gridCol w:w="567"/>
        <w:gridCol w:w="1304"/>
        <w:gridCol w:w="3231"/>
      </w:tblGrid>
      <w:tr w:rsidR="001A456E" w:rsidRPr="001A456E" w:rsidTr="003C05EB">
        <w:trPr>
          <w:jc w:val="center"/>
        </w:trPr>
        <w:tc>
          <w:tcPr>
            <w:tcW w:w="396"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w:t>
            </w:r>
          </w:p>
        </w:tc>
        <w:tc>
          <w:tcPr>
            <w:tcW w:w="3061"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Тема занятия</w:t>
            </w:r>
          </w:p>
        </w:tc>
        <w:tc>
          <w:tcPr>
            <w:tcW w:w="453"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Часы</w:t>
            </w:r>
          </w:p>
        </w:tc>
        <w:tc>
          <w:tcPr>
            <w:tcW w:w="510"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Контр.</w:t>
            </w:r>
          </w:p>
        </w:tc>
        <w:tc>
          <w:tcPr>
            <w:tcW w:w="567"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Практич.</w:t>
            </w:r>
          </w:p>
        </w:tc>
        <w:tc>
          <w:tcPr>
            <w:tcW w:w="1304"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Дата</w:t>
            </w:r>
          </w:p>
        </w:tc>
        <w:tc>
          <w:tcPr>
            <w:tcW w:w="3231" w:type="dxa"/>
            <w:shd w:val="clear" w:color="auto" w:fill="D9EAF7"/>
            <w:vAlign w:val="center"/>
          </w:tcPr>
          <w:p w:rsidR="001A456E" w:rsidRPr="001A456E" w:rsidRDefault="001A456E" w:rsidP="003C05EB">
            <w:pPr>
              <w:jc w:val="center"/>
              <w:rPr>
                <w:rFonts w:ascii="Times New Roman" w:hAnsi="Times New Roman" w:cs="Times New Roman"/>
              </w:rPr>
            </w:pPr>
            <w:r w:rsidRPr="001A456E">
              <w:rPr>
                <w:rFonts w:ascii="Times New Roman" w:hAnsi="Times New Roman" w:cs="Times New Roman"/>
                <w:b/>
                <w:sz w:val="18"/>
              </w:rPr>
              <w:t>ЭОР</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Личные финансы. Финансовые цели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Семейный бюджет. Финансовый план</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Доходы семьи. Расходы семьи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Оптимизация расходов. Сбережения и их виды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Банк и банковские счета. Вклад и проценты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_</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Банковская карта. Права потребителя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Платежи и переводы. Договор и чек</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8</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 xml:space="preserve">Финансовая безопасность Мошенничество в интернете. </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9</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Цена, скидки, кешбэк. Реклама и финансовые решения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10</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Страхование. Налоги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11</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Трудовые доходы. Предпринимательство</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12</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Риск и ответственность</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13</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Благотворительность. Финансовая культура семьи</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lastRenderedPageBreak/>
              <w:t>14</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Практикум «Выбираем вклад». Кейс «Защита карты»</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15</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 xml:space="preserve">Практикум «Сравниваем покупки» Проект: финансовый маршрут. </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16</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 xml:space="preserve">Проект: бюджет школьного события. Защита проекта </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r w:rsidR="001A456E" w:rsidRPr="001A456E" w:rsidTr="003C05EB">
        <w:trPr>
          <w:jc w:val="center"/>
        </w:trPr>
        <w:tc>
          <w:tcPr>
            <w:tcW w:w="396"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17</w:t>
            </w:r>
          </w:p>
        </w:tc>
        <w:tc>
          <w:tcPr>
            <w:tcW w:w="306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Итоговая работа. Рефлексия</w:t>
            </w:r>
          </w:p>
        </w:tc>
        <w:tc>
          <w:tcPr>
            <w:tcW w:w="453"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10"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1</w:t>
            </w:r>
          </w:p>
        </w:tc>
        <w:tc>
          <w:tcPr>
            <w:tcW w:w="567"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w:t>
            </w:r>
          </w:p>
        </w:tc>
        <w:tc>
          <w:tcPr>
            <w:tcW w:w="1304"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[по календарному графику]</w:t>
            </w:r>
          </w:p>
        </w:tc>
        <w:tc>
          <w:tcPr>
            <w:tcW w:w="3231" w:type="dxa"/>
          </w:tcPr>
          <w:p w:rsidR="001A456E" w:rsidRPr="001A456E" w:rsidRDefault="001A456E" w:rsidP="003C05EB">
            <w:pPr>
              <w:rPr>
                <w:rFonts w:ascii="Times New Roman" w:hAnsi="Times New Roman" w:cs="Times New Roman"/>
              </w:rPr>
            </w:pPr>
            <w:r w:rsidRPr="001A456E">
              <w:rPr>
                <w:rFonts w:ascii="Times New Roman" w:hAnsi="Times New Roman" w:cs="Times New Roman"/>
                <w:sz w:val="17"/>
              </w:rPr>
              <w:t>ФГИС «Моя школа»; РЭШ; «Финансовая культура» Банка России.</w:t>
            </w:r>
          </w:p>
        </w:tc>
      </w:tr>
    </w:tbl>
    <w:p w:rsidR="001A456E" w:rsidRPr="001A456E" w:rsidRDefault="001A456E" w:rsidP="001A456E">
      <w:pPr>
        <w:pStyle w:val="1"/>
        <w:numPr>
          <w:ilvl w:val="0"/>
          <w:numId w:val="0"/>
        </w:numPr>
        <w:spacing w:before="200" w:after="120"/>
        <w:ind w:left="541"/>
        <w:jc w:val="both"/>
        <w:rPr>
          <w:rFonts w:ascii="Times New Roman" w:hAnsi="Times New Roman"/>
          <w:color w:val="auto"/>
          <w:lang w:val="ru-RU"/>
        </w:rPr>
      </w:pPr>
      <w:r w:rsidRPr="001A456E">
        <w:rPr>
          <w:rFonts w:ascii="Times New Roman" w:hAnsi="Times New Roman"/>
          <w:color w:val="auto"/>
          <w:lang w:val="ru-RU"/>
        </w:rPr>
        <w:t>УЧЕБНО-МЕТОДИЧЕСКОЕ ОБЕСПЕЧЕНИЕ</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При реализации курса используются учебные материалы и цифровые образовательные ресурсы, включённые в федеральный перечень ЭОР в действующей редакции, а также материалы Банка России «Финансовая культура». Педагог отбирает материалы с учётом возраста обучающихся, требований информационной безопасности и локальных актов школы.</w:t>
      </w:r>
    </w:p>
    <w:p w:rsidR="001A456E" w:rsidRPr="001A456E" w:rsidRDefault="001A456E" w:rsidP="001A456E">
      <w:pPr>
        <w:pStyle w:val="1"/>
        <w:numPr>
          <w:ilvl w:val="0"/>
          <w:numId w:val="0"/>
        </w:numPr>
        <w:spacing w:before="200" w:after="120"/>
        <w:ind w:left="541"/>
        <w:jc w:val="both"/>
        <w:rPr>
          <w:rFonts w:ascii="Times New Roman" w:hAnsi="Times New Roman"/>
          <w:color w:val="auto"/>
          <w:lang w:val="ru-RU"/>
        </w:rPr>
      </w:pPr>
      <w:r w:rsidRPr="001A456E">
        <w:rPr>
          <w:rFonts w:ascii="Times New Roman" w:hAnsi="Times New Roman"/>
          <w:color w:val="auto"/>
          <w:lang w:val="ru-RU"/>
        </w:rPr>
        <w:t>ФОРМЫ ОЦЕНИВАНИЯ</w:t>
      </w:r>
    </w:p>
    <w:p w:rsidR="001A456E" w:rsidRPr="001A456E" w:rsidRDefault="001A456E" w:rsidP="001A456E">
      <w:pPr>
        <w:spacing w:after="80" w:line="240" w:lineRule="auto"/>
        <w:ind w:firstLine="709"/>
        <w:jc w:val="both"/>
        <w:rPr>
          <w:rFonts w:ascii="Times New Roman" w:hAnsi="Times New Roman" w:cs="Times New Roman"/>
          <w:sz w:val="28"/>
          <w:szCs w:val="28"/>
        </w:rPr>
      </w:pPr>
      <w:r w:rsidRPr="001A456E">
        <w:rPr>
          <w:rFonts w:ascii="Times New Roman" w:hAnsi="Times New Roman" w:cs="Times New Roman"/>
          <w:sz w:val="28"/>
          <w:szCs w:val="28"/>
        </w:rPr>
        <w:t>Текущий контроль осуществляется в форме наблюдения, практических заданий, кейсов, мини-проектов, самооценки. Итоговая оценка может быть представлена зачётом («зачтено» / «не зачтено») по критериям, установленным локальным актом образовательной организации. При реализации как внеурочной деятельности допускается безотметочное оценивание.</w:t>
      </w:r>
    </w:p>
    <w:p w:rsidR="001A456E" w:rsidRPr="001A456E" w:rsidRDefault="001A456E" w:rsidP="001A456E">
      <w:pPr>
        <w:spacing w:after="80" w:line="240" w:lineRule="auto"/>
        <w:ind w:firstLine="709"/>
        <w:jc w:val="both"/>
        <w:rPr>
          <w:rFonts w:ascii="Times New Roman" w:hAnsi="Times New Roman" w:cs="Times New Roman"/>
          <w:sz w:val="28"/>
          <w:szCs w:val="28"/>
        </w:rPr>
      </w:pPr>
    </w:p>
    <w:p w:rsidR="002E47B9" w:rsidRPr="001A456E" w:rsidRDefault="002E47B9" w:rsidP="003772B6">
      <w:pPr>
        <w:spacing w:line="240" w:lineRule="auto"/>
        <w:rPr>
          <w:rFonts w:ascii="Times New Roman" w:hAnsi="Times New Roman" w:cs="Times New Roman"/>
          <w:sz w:val="28"/>
          <w:szCs w:val="28"/>
        </w:rPr>
      </w:pPr>
      <w:bookmarkStart w:id="185" w:name="_Toc116032502"/>
      <w:bookmarkStart w:id="186" w:name="_GoBack"/>
      <w:bookmarkEnd w:id="185"/>
      <w:bookmarkEnd w:id="186"/>
    </w:p>
    <w:sectPr w:rsidR="002E47B9" w:rsidRPr="001A456E">
      <w:headerReference w:type="default" r:id="rId13"/>
      <w:footerReference w:type="default" r:id="rId14"/>
      <w:pgSz w:w="11906" w:h="16838"/>
      <w:pgMar w:top="1134" w:right="850" w:bottom="1134" w:left="1701" w:header="0" w:footer="708"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87D" w:rsidRDefault="00EF687D">
      <w:pPr>
        <w:spacing w:after="0" w:line="240" w:lineRule="auto"/>
      </w:pPr>
      <w:r>
        <w:separator/>
      </w:r>
    </w:p>
  </w:endnote>
  <w:endnote w:type="continuationSeparator" w:id="0">
    <w:p w:rsidR="00EF687D" w:rsidRDefault="00EF6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Lucida Sans Unicode">
    <w:altName w:val="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OpenSymbol">
    <w:altName w:val="Arial Unicode MS"/>
    <w:charset w:val="CC"/>
    <w:family w:val="roman"/>
    <w:pitch w:val="variable"/>
  </w:font>
  <w:font w:name="Tahoma">
    <w:panose1 w:val="020B0604030504040204"/>
    <w:charset w:val="CC"/>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Mangal">
    <w:panose1 w:val="00000400000000000000"/>
    <w:charset w:val="01"/>
    <w:family w:val="roman"/>
    <w:notTrueType/>
    <w:pitch w:val="variable"/>
    <w:sig w:usb0="00002000" w:usb1="00000000" w:usb2="00000000" w:usb3="00000000" w:csb0="00000000"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choolBookSanPin">
    <w:altName w:val="MS Mincho"/>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867" w:rsidRDefault="003F0867">
    <w:pPr>
      <w:pStyle w:val="aff"/>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867" w:rsidRDefault="003F0867">
    <w:pPr>
      <w:pStyle w:val="aff"/>
      <w:spacing w:line="12" w:lineRule="auto"/>
      <w:rPr>
        <w:sz w:val="20"/>
      </w:rPr>
    </w:pPr>
    <w:r>
      <w:rPr>
        <w:noProof/>
        <w:lang w:val="ru-RU" w:eastAsia="ru-RU"/>
      </w:rPr>
      <mc:AlternateContent>
        <mc:Choice Requires="wps">
          <w:drawing>
            <wp:anchor distT="0" distB="0" distL="114300" distR="114300" simplePos="0" relativeHeight="251657216" behindDoc="1" locked="0" layoutInCell="0" allowOverlap="1" wp14:anchorId="1FD1D8A6" wp14:editId="50711718">
              <wp:simplePos x="0" y="0"/>
              <wp:positionH relativeFrom="page">
                <wp:posOffset>6837680</wp:posOffset>
              </wp:positionH>
              <wp:positionV relativeFrom="page">
                <wp:posOffset>10079355</wp:posOffset>
              </wp:positionV>
              <wp:extent cx="228600" cy="184150"/>
              <wp:effectExtent l="0" t="0" r="0" b="0"/>
              <wp:wrapNone/>
              <wp:docPr id="15" name="Врезка13"/>
              <wp:cNvGraphicFramePr/>
              <a:graphic xmlns:a="http://schemas.openxmlformats.org/drawingml/2006/main">
                <a:graphicData uri="http://schemas.microsoft.com/office/word/2010/wordprocessingShape">
                  <wps:wsp>
                    <wps:cNvSpPr txBox="1"/>
                    <wps:spPr>
                      <a:xfrm>
                        <a:off x="0" y="0"/>
                        <a:ext cx="228600" cy="184150"/>
                      </a:xfrm>
                      <a:prstGeom prst="rect">
                        <a:avLst/>
                      </a:prstGeom>
                      <a:solidFill>
                        <a:srgbClr val="FFFFFF">
                          <a:alpha val="0"/>
                        </a:srgbClr>
                      </a:solidFill>
                    </wps:spPr>
                    <wps:txbx>
                      <w:txbxContent>
                        <w:p w:rsidR="003F0867" w:rsidRDefault="003F0867">
                          <w:pPr>
                            <w:pStyle w:val="affb"/>
                            <w:spacing w:before="15" w:after="0"/>
                            <w:ind w:left="60"/>
                          </w:pPr>
                          <w:r>
                            <w:fldChar w:fldCharType="begin"/>
                          </w:r>
                          <w:r>
                            <w:instrText xml:space="preserve"> PAGE </w:instrText>
                          </w:r>
                          <w:r>
                            <w:fldChar w:fldCharType="separate"/>
                          </w:r>
                          <w:r w:rsidR="001A456E">
                            <w:rPr>
                              <w:noProof/>
                            </w:rPr>
                            <w:t>49</w:t>
                          </w:r>
                          <w:r>
                            <w:fldChar w:fldCharType="end"/>
                          </w:r>
                        </w:p>
                      </w:txbxContent>
                    </wps:txbx>
                    <wps:bodyPr lIns="0" tIns="0" rIns="0" bIns="0" anchor="t">
                      <a:noAutofit/>
                    </wps:bodyPr>
                  </wps:wsp>
                </a:graphicData>
              </a:graphic>
            </wp:anchor>
          </w:drawing>
        </mc:Choice>
        <mc:Fallback>
          <w:pict>
            <v:shapetype w14:anchorId="1FD1D8A6" id="_x0000_t202" coordsize="21600,21600" o:spt="202" path="m,l,21600r21600,l21600,xe">
              <v:stroke joinstyle="miter"/>
              <v:path gradientshapeok="t" o:connecttype="rect"/>
            </v:shapetype>
            <v:shape id="Врезка13" o:spid="_x0000_s1029" type="#_x0000_t202" style="position:absolute;margin-left:538.4pt;margin-top:793.65pt;width:18pt;height:14.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" o:allowincell="f" stroked="f">
              <v:fill opacity="0"/>
              <v:textbox inset="0,0,0,0">
                <w:txbxContent>
                  <w:p w:rsidR="003F0867" w:rsidRDefault="003F0867">
                    <w:pPr>
                      <w:pStyle w:val="affb"/>
                      <w:spacing w:before="15" w:after="0"/>
                      <w:ind w:left="60"/>
                    </w:pPr>
                    <w:r>
                      <w:fldChar w:fldCharType="begin"/>
                    </w:r>
                    <w:r>
                      <w:instrText xml:space="preserve"> PAGE </w:instrText>
                    </w:r>
                    <w:r>
                      <w:fldChar w:fldCharType="separate"/>
                    </w:r>
                    <w:r w:rsidR="001A456E">
                      <w:rPr>
                        <w:noProof/>
                      </w:rPr>
                      <w:t>49</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867" w:rsidRDefault="003F0867">
    <w:pPr>
      <w:pStyle w:val="aff"/>
      <w:spacing w:line="12" w:lineRule="auto"/>
      <w:rPr>
        <w:sz w:val="20"/>
      </w:rPr>
    </w:pPr>
    <w:r>
      <w:rPr>
        <w:noProof/>
        <w:lang w:val="ru-RU" w:eastAsia="ru-RU"/>
      </w:rPr>
      <mc:AlternateContent>
        <mc:Choice Requires="wps">
          <w:drawing>
            <wp:anchor distT="0" distB="0" distL="114300" distR="114300" simplePos="0" relativeHeight="251659264" behindDoc="1" locked="0" layoutInCell="0" allowOverlap="1" wp14:anchorId="1D8FD5CD" wp14:editId="3209EA65">
              <wp:simplePos x="0" y="0"/>
              <wp:positionH relativeFrom="page">
                <wp:posOffset>6837680</wp:posOffset>
              </wp:positionH>
              <wp:positionV relativeFrom="page">
                <wp:posOffset>10079355</wp:posOffset>
              </wp:positionV>
              <wp:extent cx="228600" cy="184150"/>
              <wp:effectExtent l="0" t="0" r="0" b="0"/>
              <wp:wrapNone/>
              <wp:docPr id="16" name="Врезка13"/>
              <wp:cNvGraphicFramePr/>
              <a:graphic xmlns:a="http://schemas.openxmlformats.org/drawingml/2006/main">
                <a:graphicData uri="http://schemas.microsoft.com/office/word/2010/wordprocessingShape">
                  <wps:wsp>
                    <wps:cNvSpPr txBox="1"/>
                    <wps:spPr>
                      <a:xfrm>
                        <a:off x="0" y="0"/>
                        <a:ext cx="228600" cy="184150"/>
                      </a:xfrm>
                      <a:prstGeom prst="rect">
                        <a:avLst/>
                      </a:prstGeom>
                      <a:solidFill>
                        <a:srgbClr val="FFFFFF">
                          <a:alpha val="0"/>
                        </a:srgbClr>
                      </a:solidFill>
                    </wps:spPr>
                    <wps:txbx>
                      <w:txbxContent>
                        <w:p w:rsidR="003F0867" w:rsidRDefault="003F0867">
                          <w:pPr>
                            <w:pStyle w:val="affb"/>
                            <w:spacing w:before="15" w:after="0"/>
                            <w:ind w:left="60"/>
                          </w:pPr>
                          <w:r>
                            <w:fldChar w:fldCharType="begin"/>
                          </w:r>
                          <w:r>
                            <w:instrText xml:space="preserve"> PAGE </w:instrText>
                          </w:r>
                          <w:r>
                            <w:fldChar w:fldCharType="separate"/>
                          </w:r>
                          <w:r w:rsidR="001A456E">
                            <w:rPr>
                              <w:noProof/>
                            </w:rPr>
                            <w:t>50</w:t>
                          </w:r>
                          <w:r>
                            <w:fldChar w:fldCharType="end"/>
                          </w:r>
                        </w:p>
                      </w:txbxContent>
                    </wps:txbx>
                    <wps:bodyPr lIns="0" tIns="0" rIns="0" bIns="0" anchor="t">
                      <a:noAutofit/>
                    </wps:bodyPr>
                  </wps:wsp>
                </a:graphicData>
              </a:graphic>
            </wp:anchor>
          </w:drawing>
        </mc:Choice>
        <mc:Fallback>
          <w:pict>
            <v:shapetype w14:anchorId="1D8FD5CD" id="_x0000_t202" coordsize="21600,21600" o:spt="202" path="m,l,21600r21600,l21600,xe">
              <v:stroke joinstyle="miter"/>
              <v:path gradientshapeok="t" o:connecttype="rect"/>
            </v:shapetype>
            <v:shape id="_x0000_s1030" type="#_x0000_t202" style="position:absolute;margin-left:538.4pt;margin-top:793.65pt;width:18pt;height:14.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" o:allowincell="f" stroked="f">
              <v:fill opacity="0"/>
              <v:textbox inset="0,0,0,0">
                <w:txbxContent>
                  <w:p w:rsidR="003F0867" w:rsidRDefault="003F0867">
                    <w:pPr>
                      <w:pStyle w:val="affb"/>
                      <w:spacing w:before="15" w:after="0"/>
                      <w:ind w:left="60"/>
                    </w:pPr>
                    <w:r>
                      <w:fldChar w:fldCharType="begin"/>
                    </w:r>
                    <w:r>
                      <w:instrText xml:space="preserve"> PAGE </w:instrText>
                    </w:r>
                    <w:r>
                      <w:fldChar w:fldCharType="separate"/>
                    </w:r>
                    <w:r w:rsidR="001A456E">
                      <w:rPr>
                        <w:noProof/>
                      </w:rPr>
                      <w:t>50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3385022"/>
      <w:docPartObj>
        <w:docPartGallery w:val="Page Numbers (Bottom of Page)"/>
        <w:docPartUnique/>
      </w:docPartObj>
    </w:sdtPr>
    <w:sdtEndPr/>
    <w:sdtContent>
      <w:p w:rsidR="003F0867" w:rsidRDefault="003F0867">
        <w:pPr>
          <w:pStyle w:val="a8"/>
          <w:jc w:val="center"/>
        </w:pPr>
        <w:r>
          <w:fldChar w:fldCharType="begin"/>
        </w:r>
        <w:r>
          <w:instrText xml:space="preserve"> PAGE </w:instrText>
        </w:r>
        <w:r>
          <w:fldChar w:fldCharType="separate"/>
        </w:r>
        <w:r w:rsidR="001A456E">
          <w:rPr>
            <w:noProof/>
          </w:rPr>
          <w:t>101</w:t>
        </w:r>
        <w:r>
          <w:fldChar w:fldCharType="end"/>
        </w:r>
      </w:p>
      <w:p w:rsidR="003F0867" w:rsidRDefault="00EF687D">
        <w:pPr>
          <w:pStyle w:val="a8"/>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87D" w:rsidRDefault="00EF687D">
      <w:pPr>
        <w:spacing w:after="0" w:line="240" w:lineRule="auto"/>
      </w:pPr>
      <w:r>
        <w:separator/>
      </w:r>
    </w:p>
  </w:footnote>
  <w:footnote w:type="continuationSeparator" w:id="0">
    <w:p w:rsidR="00EF687D" w:rsidRDefault="00EF6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867" w:rsidRDefault="003F0867">
    <w:pPr>
      <w:pStyle w:val="a6"/>
    </w:pPr>
  </w:p>
  <w:p w:rsidR="003F0867" w:rsidRDefault="003F0867">
    <w:pPr>
      <w:pStyle w:val="a6"/>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867" w:rsidRDefault="003F0867">
    <w:pPr>
      <w:pStyle w:val="a6"/>
    </w:pPr>
  </w:p>
  <w:p w:rsidR="003F0867" w:rsidRDefault="003F0867">
    <w:pPr>
      <w:pStyle w:val="a6"/>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0867" w:rsidRDefault="003F086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nsid w:val="FFFFFF7F"/>
    <w:multiLevelType w:val="singleLevel"/>
    <w:tmpl w:val="38441652"/>
    <w:lvl w:ilvl="0">
      <w:start w:val="1"/>
      <w:numFmt w:val="decimal"/>
      <w:pStyle w:val="2"/>
      <w:lvlText w:val="%1."/>
      <w:lvlJc w:val="left"/>
      <w:pPr>
        <w:tabs>
          <w:tab w:val="num" w:pos="720"/>
        </w:tabs>
        <w:ind w:left="720" w:hanging="360"/>
      </w:pPr>
    </w:lvl>
  </w:abstractNum>
  <w:abstractNum w:abstractNumId="2">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nsid w:val="FFFFFF88"/>
    <w:multiLevelType w:val="singleLevel"/>
    <w:tmpl w:val="D0A62B40"/>
    <w:lvl w:ilvl="0">
      <w:start w:val="1"/>
      <w:numFmt w:val="decimal"/>
      <w:pStyle w:val="a"/>
      <w:lvlText w:val="%1."/>
      <w:lvlJc w:val="left"/>
      <w:pPr>
        <w:tabs>
          <w:tab w:val="num" w:pos="360"/>
        </w:tabs>
        <w:ind w:left="360" w:hanging="360"/>
      </w:pPr>
    </w:lvl>
  </w:abstractNum>
  <w:abstractNum w:abstractNumId="5">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nsid w:val="00254390"/>
    <w:multiLevelType w:val="multilevel"/>
    <w:tmpl w:val="6896D3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nsid w:val="014F745A"/>
    <w:multiLevelType w:val="multilevel"/>
    <w:tmpl w:val="084452A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nsid w:val="01C76496"/>
    <w:multiLevelType w:val="hybridMultilevel"/>
    <w:tmpl w:val="3842C67E"/>
    <w:lvl w:ilvl="0" w:tplc="2062CF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07353084"/>
    <w:multiLevelType w:val="multilevel"/>
    <w:tmpl w:val="0ED66BB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8141570"/>
    <w:multiLevelType w:val="multilevel"/>
    <w:tmpl w:val="25DCB07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nsid w:val="0D0642E3"/>
    <w:multiLevelType w:val="multilevel"/>
    <w:tmpl w:val="9604C6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F723791"/>
    <w:multiLevelType w:val="multilevel"/>
    <w:tmpl w:val="E60868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nsid w:val="0FC77129"/>
    <w:multiLevelType w:val="multilevel"/>
    <w:tmpl w:val="0D40BE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nsid w:val="0FFB459F"/>
    <w:multiLevelType w:val="multilevel"/>
    <w:tmpl w:val="3C04BAB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nsid w:val="103314DD"/>
    <w:multiLevelType w:val="multilevel"/>
    <w:tmpl w:val="3B324AC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nsid w:val="11994E6F"/>
    <w:multiLevelType w:val="multilevel"/>
    <w:tmpl w:val="9F16BCE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nsid w:val="11D26ACF"/>
    <w:multiLevelType w:val="multilevel"/>
    <w:tmpl w:val="922AD5B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nsid w:val="1CF222F1"/>
    <w:multiLevelType w:val="multilevel"/>
    <w:tmpl w:val="4E102E16"/>
    <w:lvl w:ilvl="0">
      <w:start w:val="1"/>
      <w:numFmt w:val="bullet"/>
      <w:lvlText w:val=""/>
      <w:lvlJc w:val="left"/>
      <w:pPr>
        <w:tabs>
          <w:tab w:val="num" w:pos="1180"/>
        </w:tabs>
        <w:ind w:left="1180" w:hanging="360"/>
      </w:pPr>
      <w:rPr>
        <w:rFonts w:ascii="Symbol" w:hAnsi="Symbol" w:cs="Symbol" w:hint="default"/>
      </w:rPr>
    </w:lvl>
    <w:lvl w:ilvl="1">
      <w:start w:val="1"/>
      <w:numFmt w:val="bullet"/>
      <w:lvlText w:val="o"/>
      <w:lvlJc w:val="left"/>
      <w:pPr>
        <w:tabs>
          <w:tab w:val="num" w:pos="1900"/>
        </w:tabs>
        <w:ind w:left="1900" w:hanging="360"/>
      </w:pPr>
      <w:rPr>
        <w:rFonts w:ascii="Courier New" w:hAnsi="Courier New" w:cs="Courier New" w:hint="default"/>
      </w:rPr>
    </w:lvl>
    <w:lvl w:ilvl="2">
      <w:start w:val="1"/>
      <w:numFmt w:val="bullet"/>
      <w:lvlText w:val=""/>
      <w:lvlJc w:val="left"/>
      <w:pPr>
        <w:tabs>
          <w:tab w:val="num" w:pos="2620"/>
        </w:tabs>
        <w:ind w:left="2620" w:hanging="360"/>
      </w:pPr>
      <w:rPr>
        <w:rFonts w:ascii="Wingdings" w:hAnsi="Wingdings" w:cs="Wingdings" w:hint="default"/>
      </w:rPr>
    </w:lvl>
    <w:lvl w:ilvl="3">
      <w:start w:val="1"/>
      <w:numFmt w:val="bullet"/>
      <w:lvlText w:val=""/>
      <w:lvlJc w:val="left"/>
      <w:pPr>
        <w:tabs>
          <w:tab w:val="num" w:pos="3340"/>
        </w:tabs>
        <w:ind w:left="3340" w:hanging="360"/>
      </w:pPr>
      <w:rPr>
        <w:rFonts w:ascii="Symbol" w:hAnsi="Symbol" w:cs="Symbol" w:hint="default"/>
      </w:rPr>
    </w:lvl>
    <w:lvl w:ilvl="4">
      <w:start w:val="1"/>
      <w:numFmt w:val="bullet"/>
      <w:lvlText w:val="o"/>
      <w:lvlJc w:val="left"/>
      <w:pPr>
        <w:tabs>
          <w:tab w:val="num" w:pos="4060"/>
        </w:tabs>
        <w:ind w:left="4060" w:hanging="360"/>
      </w:pPr>
      <w:rPr>
        <w:rFonts w:ascii="Courier New" w:hAnsi="Courier New" w:cs="Courier New" w:hint="default"/>
      </w:rPr>
    </w:lvl>
    <w:lvl w:ilvl="5">
      <w:start w:val="1"/>
      <w:numFmt w:val="bullet"/>
      <w:lvlText w:val=""/>
      <w:lvlJc w:val="left"/>
      <w:pPr>
        <w:tabs>
          <w:tab w:val="num" w:pos="4780"/>
        </w:tabs>
        <w:ind w:left="4780" w:hanging="360"/>
      </w:pPr>
      <w:rPr>
        <w:rFonts w:ascii="Wingdings" w:hAnsi="Wingdings" w:cs="Wingdings" w:hint="default"/>
      </w:rPr>
    </w:lvl>
    <w:lvl w:ilvl="6">
      <w:start w:val="1"/>
      <w:numFmt w:val="bullet"/>
      <w:lvlText w:val=""/>
      <w:lvlJc w:val="left"/>
      <w:pPr>
        <w:tabs>
          <w:tab w:val="num" w:pos="5500"/>
        </w:tabs>
        <w:ind w:left="5500" w:hanging="360"/>
      </w:pPr>
      <w:rPr>
        <w:rFonts w:ascii="Symbol" w:hAnsi="Symbol" w:cs="Symbol" w:hint="default"/>
      </w:rPr>
    </w:lvl>
    <w:lvl w:ilvl="7">
      <w:start w:val="1"/>
      <w:numFmt w:val="bullet"/>
      <w:lvlText w:val="o"/>
      <w:lvlJc w:val="left"/>
      <w:pPr>
        <w:tabs>
          <w:tab w:val="num" w:pos="6220"/>
        </w:tabs>
        <w:ind w:left="6220" w:hanging="360"/>
      </w:pPr>
      <w:rPr>
        <w:rFonts w:ascii="Courier New" w:hAnsi="Courier New" w:cs="Courier New" w:hint="default"/>
      </w:rPr>
    </w:lvl>
    <w:lvl w:ilvl="8">
      <w:start w:val="1"/>
      <w:numFmt w:val="bullet"/>
      <w:lvlText w:val=""/>
      <w:lvlJc w:val="left"/>
      <w:pPr>
        <w:tabs>
          <w:tab w:val="num" w:pos="6940"/>
        </w:tabs>
        <w:ind w:left="6940" w:hanging="360"/>
      </w:pPr>
      <w:rPr>
        <w:rFonts w:ascii="Wingdings" w:hAnsi="Wingdings" w:cs="Wingdings" w:hint="default"/>
      </w:rPr>
    </w:lvl>
  </w:abstractNum>
  <w:abstractNum w:abstractNumId="19">
    <w:nsid w:val="1DC4215A"/>
    <w:multiLevelType w:val="multilevel"/>
    <w:tmpl w:val="4FDE50B4"/>
    <w:lvl w:ilvl="0">
      <w:start w:val="1"/>
      <w:numFmt w:val="bullet"/>
      <w:lvlText w:val=""/>
      <w:lvlJc w:val="left"/>
      <w:pPr>
        <w:tabs>
          <w:tab w:val="num" w:pos="1660"/>
        </w:tabs>
        <w:ind w:left="1660" w:hanging="360"/>
      </w:pPr>
      <w:rPr>
        <w:rFonts w:ascii="Symbol" w:hAnsi="Symbol" w:cs="Symbol" w:hint="default"/>
      </w:rPr>
    </w:lvl>
    <w:lvl w:ilvl="1">
      <w:start w:val="1"/>
      <w:numFmt w:val="bullet"/>
      <w:lvlText w:val="o"/>
      <w:lvlJc w:val="left"/>
      <w:pPr>
        <w:tabs>
          <w:tab w:val="num" w:pos="2380"/>
        </w:tabs>
        <w:ind w:left="2380" w:hanging="360"/>
      </w:pPr>
      <w:rPr>
        <w:rFonts w:ascii="Courier New" w:hAnsi="Courier New" w:cs="Courier New" w:hint="default"/>
      </w:rPr>
    </w:lvl>
    <w:lvl w:ilvl="2">
      <w:start w:val="1"/>
      <w:numFmt w:val="bullet"/>
      <w:lvlText w:val=""/>
      <w:lvlJc w:val="left"/>
      <w:pPr>
        <w:tabs>
          <w:tab w:val="num" w:pos="3100"/>
        </w:tabs>
        <w:ind w:left="3100" w:hanging="360"/>
      </w:pPr>
      <w:rPr>
        <w:rFonts w:ascii="Wingdings" w:hAnsi="Wingdings" w:cs="Wingdings" w:hint="default"/>
      </w:rPr>
    </w:lvl>
    <w:lvl w:ilvl="3">
      <w:start w:val="1"/>
      <w:numFmt w:val="bullet"/>
      <w:lvlText w:val=""/>
      <w:lvlJc w:val="left"/>
      <w:pPr>
        <w:tabs>
          <w:tab w:val="num" w:pos="3820"/>
        </w:tabs>
        <w:ind w:left="3820" w:hanging="360"/>
      </w:pPr>
      <w:rPr>
        <w:rFonts w:ascii="Symbol" w:hAnsi="Symbol" w:cs="Symbol" w:hint="default"/>
      </w:rPr>
    </w:lvl>
    <w:lvl w:ilvl="4">
      <w:start w:val="1"/>
      <w:numFmt w:val="bullet"/>
      <w:lvlText w:val="o"/>
      <w:lvlJc w:val="left"/>
      <w:pPr>
        <w:tabs>
          <w:tab w:val="num" w:pos="4540"/>
        </w:tabs>
        <w:ind w:left="4540" w:hanging="360"/>
      </w:pPr>
      <w:rPr>
        <w:rFonts w:ascii="Courier New" w:hAnsi="Courier New" w:cs="Courier New" w:hint="default"/>
      </w:rPr>
    </w:lvl>
    <w:lvl w:ilvl="5">
      <w:start w:val="1"/>
      <w:numFmt w:val="bullet"/>
      <w:lvlText w:val=""/>
      <w:lvlJc w:val="left"/>
      <w:pPr>
        <w:tabs>
          <w:tab w:val="num" w:pos="5260"/>
        </w:tabs>
        <w:ind w:left="5260" w:hanging="360"/>
      </w:pPr>
      <w:rPr>
        <w:rFonts w:ascii="Wingdings" w:hAnsi="Wingdings" w:cs="Wingdings" w:hint="default"/>
      </w:rPr>
    </w:lvl>
    <w:lvl w:ilvl="6">
      <w:start w:val="1"/>
      <w:numFmt w:val="bullet"/>
      <w:lvlText w:val=""/>
      <w:lvlJc w:val="left"/>
      <w:pPr>
        <w:tabs>
          <w:tab w:val="num" w:pos="5980"/>
        </w:tabs>
        <w:ind w:left="5980" w:hanging="360"/>
      </w:pPr>
      <w:rPr>
        <w:rFonts w:ascii="Symbol" w:hAnsi="Symbol" w:cs="Symbol" w:hint="default"/>
      </w:rPr>
    </w:lvl>
    <w:lvl w:ilvl="7">
      <w:start w:val="1"/>
      <w:numFmt w:val="bullet"/>
      <w:lvlText w:val="o"/>
      <w:lvlJc w:val="left"/>
      <w:pPr>
        <w:tabs>
          <w:tab w:val="num" w:pos="6700"/>
        </w:tabs>
        <w:ind w:left="6700" w:hanging="360"/>
      </w:pPr>
      <w:rPr>
        <w:rFonts w:ascii="Courier New" w:hAnsi="Courier New" w:cs="Courier New" w:hint="default"/>
      </w:rPr>
    </w:lvl>
    <w:lvl w:ilvl="8">
      <w:start w:val="1"/>
      <w:numFmt w:val="bullet"/>
      <w:lvlText w:val=""/>
      <w:lvlJc w:val="left"/>
      <w:pPr>
        <w:tabs>
          <w:tab w:val="num" w:pos="7420"/>
        </w:tabs>
        <w:ind w:left="7420" w:hanging="360"/>
      </w:pPr>
      <w:rPr>
        <w:rFonts w:ascii="Wingdings" w:hAnsi="Wingdings" w:cs="Wingdings" w:hint="default"/>
      </w:rPr>
    </w:lvl>
  </w:abstractNum>
  <w:abstractNum w:abstractNumId="20">
    <w:nsid w:val="1FC74B01"/>
    <w:multiLevelType w:val="multilevel"/>
    <w:tmpl w:val="53C4D58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nsid w:val="209E1676"/>
    <w:multiLevelType w:val="multilevel"/>
    <w:tmpl w:val="AE7C5B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nsid w:val="226E0A10"/>
    <w:multiLevelType w:val="multilevel"/>
    <w:tmpl w:val="7E6A2D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4C70F88"/>
    <w:multiLevelType w:val="multilevel"/>
    <w:tmpl w:val="EE167B0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nsid w:val="26007C55"/>
    <w:multiLevelType w:val="multilevel"/>
    <w:tmpl w:val="3814CCB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nsid w:val="28D122A8"/>
    <w:multiLevelType w:val="multilevel"/>
    <w:tmpl w:val="838899C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nsid w:val="2A8D1C4B"/>
    <w:multiLevelType w:val="multilevel"/>
    <w:tmpl w:val="528AE2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0D10CCC"/>
    <w:multiLevelType w:val="multilevel"/>
    <w:tmpl w:val="42DAF8F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nsid w:val="311E195D"/>
    <w:multiLevelType w:val="multilevel"/>
    <w:tmpl w:val="66B6B3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nsid w:val="323A1B5B"/>
    <w:multiLevelType w:val="multilevel"/>
    <w:tmpl w:val="6602D1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nsid w:val="337A0290"/>
    <w:multiLevelType w:val="hybridMultilevel"/>
    <w:tmpl w:val="009E12CC"/>
    <w:lvl w:ilvl="0" w:tplc="69683468">
      <w:numFmt w:val="bullet"/>
      <w:lvlText w:val="●"/>
      <w:lvlJc w:val="left"/>
      <w:pPr>
        <w:ind w:left="690" w:hanging="265"/>
      </w:pPr>
      <w:rPr>
        <w:rFonts w:ascii="Microsoft Sans Serif" w:eastAsia="Microsoft Sans Serif" w:hAnsi="Microsoft Sans Serif" w:cs="Microsoft Sans Serif" w:hint="default"/>
        <w:b w:val="0"/>
        <w:bCs w:val="0"/>
        <w:i w:val="0"/>
        <w:iCs w:val="0"/>
        <w:color w:val="231F20"/>
        <w:spacing w:val="0"/>
        <w:w w:val="100"/>
        <w:sz w:val="24"/>
        <w:szCs w:val="24"/>
        <w:lang w:val="ru-RU" w:eastAsia="en-US" w:bidi="ar-SA"/>
      </w:rPr>
    </w:lvl>
    <w:lvl w:ilvl="1" w:tplc="FE8A8DFA">
      <w:numFmt w:val="bullet"/>
      <w:lvlText w:val="•"/>
      <w:lvlJc w:val="left"/>
      <w:pPr>
        <w:ind w:left="1650" w:hanging="265"/>
      </w:pPr>
      <w:rPr>
        <w:rFonts w:hint="default"/>
        <w:lang w:val="ru-RU" w:eastAsia="en-US" w:bidi="ar-SA"/>
      </w:rPr>
    </w:lvl>
    <w:lvl w:ilvl="2" w:tplc="3B22D868">
      <w:numFmt w:val="bullet"/>
      <w:lvlText w:val="•"/>
      <w:lvlJc w:val="left"/>
      <w:pPr>
        <w:ind w:left="2601" w:hanging="265"/>
      </w:pPr>
      <w:rPr>
        <w:rFonts w:hint="default"/>
        <w:lang w:val="ru-RU" w:eastAsia="en-US" w:bidi="ar-SA"/>
      </w:rPr>
    </w:lvl>
    <w:lvl w:ilvl="3" w:tplc="A992CA1E">
      <w:numFmt w:val="bullet"/>
      <w:lvlText w:val="•"/>
      <w:lvlJc w:val="left"/>
      <w:pPr>
        <w:ind w:left="3551" w:hanging="265"/>
      </w:pPr>
      <w:rPr>
        <w:rFonts w:hint="default"/>
        <w:lang w:val="ru-RU" w:eastAsia="en-US" w:bidi="ar-SA"/>
      </w:rPr>
    </w:lvl>
    <w:lvl w:ilvl="4" w:tplc="54ACD260">
      <w:numFmt w:val="bullet"/>
      <w:lvlText w:val="•"/>
      <w:lvlJc w:val="left"/>
      <w:pPr>
        <w:ind w:left="4502" w:hanging="265"/>
      </w:pPr>
      <w:rPr>
        <w:rFonts w:hint="default"/>
        <w:lang w:val="ru-RU" w:eastAsia="en-US" w:bidi="ar-SA"/>
      </w:rPr>
    </w:lvl>
    <w:lvl w:ilvl="5" w:tplc="4DAE6A04">
      <w:numFmt w:val="bullet"/>
      <w:lvlText w:val="•"/>
      <w:lvlJc w:val="left"/>
      <w:pPr>
        <w:ind w:left="5452" w:hanging="265"/>
      </w:pPr>
      <w:rPr>
        <w:rFonts w:hint="default"/>
        <w:lang w:val="ru-RU" w:eastAsia="en-US" w:bidi="ar-SA"/>
      </w:rPr>
    </w:lvl>
    <w:lvl w:ilvl="6" w:tplc="7420652A">
      <w:numFmt w:val="bullet"/>
      <w:lvlText w:val="•"/>
      <w:lvlJc w:val="left"/>
      <w:pPr>
        <w:ind w:left="6403" w:hanging="265"/>
      </w:pPr>
      <w:rPr>
        <w:rFonts w:hint="default"/>
        <w:lang w:val="ru-RU" w:eastAsia="en-US" w:bidi="ar-SA"/>
      </w:rPr>
    </w:lvl>
    <w:lvl w:ilvl="7" w:tplc="6E504A52">
      <w:numFmt w:val="bullet"/>
      <w:lvlText w:val="•"/>
      <w:lvlJc w:val="left"/>
      <w:pPr>
        <w:ind w:left="7353" w:hanging="265"/>
      </w:pPr>
      <w:rPr>
        <w:rFonts w:hint="default"/>
        <w:lang w:val="ru-RU" w:eastAsia="en-US" w:bidi="ar-SA"/>
      </w:rPr>
    </w:lvl>
    <w:lvl w:ilvl="8" w:tplc="84B6A654">
      <w:numFmt w:val="bullet"/>
      <w:lvlText w:val="•"/>
      <w:lvlJc w:val="left"/>
      <w:pPr>
        <w:ind w:left="8304" w:hanging="265"/>
      </w:pPr>
      <w:rPr>
        <w:rFonts w:hint="default"/>
        <w:lang w:val="ru-RU" w:eastAsia="en-US" w:bidi="ar-SA"/>
      </w:rPr>
    </w:lvl>
  </w:abstractNum>
  <w:abstractNum w:abstractNumId="31">
    <w:nsid w:val="35444223"/>
    <w:multiLevelType w:val="multilevel"/>
    <w:tmpl w:val="FF4A5E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nsid w:val="359E38D8"/>
    <w:multiLevelType w:val="multilevel"/>
    <w:tmpl w:val="0542ED28"/>
    <w:lvl w:ilvl="0">
      <w:start w:val="1"/>
      <w:numFmt w:val="bullet"/>
      <w:lvlText w:val=""/>
      <w:lvlJc w:val="left"/>
      <w:pPr>
        <w:tabs>
          <w:tab w:val="num" w:pos="786"/>
        </w:tabs>
        <w:ind w:left="786" w:hanging="360"/>
      </w:pPr>
      <w:rPr>
        <w:rFonts w:ascii="Symbol" w:hAnsi="Symbol" w:cs="Symbol" w:hint="default"/>
      </w:rPr>
    </w:lvl>
    <w:lvl w:ilvl="1">
      <w:start w:val="1"/>
      <w:numFmt w:val="bullet"/>
      <w:lvlText w:val="o"/>
      <w:lvlJc w:val="left"/>
      <w:pPr>
        <w:tabs>
          <w:tab w:val="num" w:pos="1506"/>
        </w:tabs>
        <w:ind w:left="1506" w:hanging="360"/>
      </w:pPr>
      <w:rPr>
        <w:rFonts w:ascii="Courier New" w:hAnsi="Courier New" w:cs="Courier New" w:hint="default"/>
      </w:rPr>
    </w:lvl>
    <w:lvl w:ilvl="2">
      <w:start w:val="1"/>
      <w:numFmt w:val="bullet"/>
      <w:lvlText w:val=""/>
      <w:lvlJc w:val="left"/>
      <w:pPr>
        <w:tabs>
          <w:tab w:val="num" w:pos="2226"/>
        </w:tabs>
        <w:ind w:left="2226" w:hanging="360"/>
      </w:pPr>
      <w:rPr>
        <w:rFonts w:ascii="Wingdings" w:hAnsi="Wingdings" w:cs="Wingdings" w:hint="default"/>
      </w:rPr>
    </w:lvl>
    <w:lvl w:ilvl="3">
      <w:start w:val="1"/>
      <w:numFmt w:val="bullet"/>
      <w:lvlText w:val=""/>
      <w:lvlJc w:val="left"/>
      <w:pPr>
        <w:tabs>
          <w:tab w:val="num" w:pos="2946"/>
        </w:tabs>
        <w:ind w:left="2946" w:hanging="360"/>
      </w:pPr>
      <w:rPr>
        <w:rFonts w:ascii="Symbol" w:hAnsi="Symbol" w:cs="Symbol"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cs="Wingdings" w:hint="default"/>
      </w:rPr>
    </w:lvl>
    <w:lvl w:ilvl="6">
      <w:start w:val="1"/>
      <w:numFmt w:val="bullet"/>
      <w:lvlText w:val=""/>
      <w:lvlJc w:val="left"/>
      <w:pPr>
        <w:tabs>
          <w:tab w:val="num" w:pos="5106"/>
        </w:tabs>
        <w:ind w:left="5106" w:hanging="360"/>
      </w:pPr>
      <w:rPr>
        <w:rFonts w:ascii="Symbol" w:hAnsi="Symbol" w:cs="Symbol"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cs="Wingdings" w:hint="default"/>
      </w:rPr>
    </w:lvl>
  </w:abstractNum>
  <w:abstractNum w:abstractNumId="33">
    <w:nsid w:val="35C61869"/>
    <w:multiLevelType w:val="multilevel"/>
    <w:tmpl w:val="4B6CF5E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4">
    <w:nsid w:val="3E8E0CED"/>
    <w:multiLevelType w:val="multilevel"/>
    <w:tmpl w:val="4006B8E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
    <w:nsid w:val="3F932EF3"/>
    <w:multiLevelType w:val="multilevel"/>
    <w:tmpl w:val="D8ACF3E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nsid w:val="40D450D5"/>
    <w:multiLevelType w:val="multilevel"/>
    <w:tmpl w:val="6D42F36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7">
    <w:nsid w:val="42FD34FF"/>
    <w:multiLevelType w:val="multilevel"/>
    <w:tmpl w:val="CA7236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nsid w:val="45837072"/>
    <w:multiLevelType w:val="multilevel"/>
    <w:tmpl w:val="33328BB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9">
    <w:nsid w:val="48511EE1"/>
    <w:multiLevelType w:val="multilevel"/>
    <w:tmpl w:val="A9D4C5D8"/>
    <w:lvl w:ilvl="0">
      <w:start w:val="1"/>
      <w:numFmt w:val="bullet"/>
      <w:lvlText w:val=""/>
      <w:lvlJc w:val="left"/>
      <w:pPr>
        <w:tabs>
          <w:tab w:val="num" w:pos="786"/>
        </w:tabs>
        <w:ind w:left="786" w:hanging="360"/>
      </w:pPr>
      <w:rPr>
        <w:rFonts w:ascii="Symbol" w:hAnsi="Symbol" w:cs="Symbol" w:hint="default"/>
      </w:rPr>
    </w:lvl>
    <w:lvl w:ilvl="1">
      <w:start w:val="1"/>
      <w:numFmt w:val="bullet"/>
      <w:lvlText w:val="o"/>
      <w:lvlJc w:val="left"/>
      <w:pPr>
        <w:tabs>
          <w:tab w:val="num" w:pos="1506"/>
        </w:tabs>
        <w:ind w:left="1506" w:hanging="360"/>
      </w:pPr>
      <w:rPr>
        <w:rFonts w:ascii="Courier New" w:hAnsi="Courier New" w:cs="Courier New" w:hint="default"/>
      </w:rPr>
    </w:lvl>
    <w:lvl w:ilvl="2">
      <w:start w:val="1"/>
      <w:numFmt w:val="bullet"/>
      <w:lvlText w:val=""/>
      <w:lvlJc w:val="left"/>
      <w:pPr>
        <w:tabs>
          <w:tab w:val="num" w:pos="2226"/>
        </w:tabs>
        <w:ind w:left="2226" w:hanging="360"/>
      </w:pPr>
      <w:rPr>
        <w:rFonts w:ascii="Wingdings" w:hAnsi="Wingdings" w:cs="Wingdings" w:hint="default"/>
      </w:rPr>
    </w:lvl>
    <w:lvl w:ilvl="3">
      <w:start w:val="1"/>
      <w:numFmt w:val="bullet"/>
      <w:lvlText w:val=""/>
      <w:lvlJc w:val="left"/>
      <w:pPr>
        <w:tabs>
          <w:tab w:val="num" w:pos="2946"/>
        </w:tabs>
        <w:ind w:left="2946" w:hanging="360"/>
      </w:pPr>
      <w:rPr>
        <w:rFonts w:ascii="Symbol" w:hAnsi="Symbol" w:cs="Symbol" w:hint="default"/>
      </w:rPr>
    </w:lvl>
    <w:lvl w:ilvl="4">
      <w:start w:val="1"/>
      <w:numFmt w:val="bullet"/>
      <w:lvlText w:val="o"/>
      <w:lvlJc w:val="left"/>
      <w:pPr>
        <w:tabs>
          <w:tab w:val="num" w:pos="3666"/>
        </w:tabs>
        <w:ind w:left="3666" w:hanging="360"/>
      </w:pPr>
      <w:rPr>
        <w:rFonts w:ascii="Courier New" w:hAnsi="Courier New" w:cs="Courier New" w:hint="default"/>
      </w:rPr>
    </w:lvl>
    <w:lvl w:ilvl="5">
      <w:start w:val="1"/>
      <w:numFmt w:val="bullet"/>
      <w:lvlText w:val=""/>
      <w:lvlJc w:val="left"/>
      <w:pPr>
        <w:tabs>
          <w:tab w:val="num" w:pos="4386"/>
        </w:tabs>
        <w:ind w:left="4386" w:hanging="360"/>
      </w:pPr>
      <w:rPr>
        <w:rFonts w:ascii="Wingdings" w:hAnsi="Wingdings" w:cs="Wingdings" w:hint="default"/>
      </w:rPr>
    </w:lvl>
    <w:lvl w:ilvl="6">
      <w:start w:val="1"/>
      <w:numFmt w:val="bullet"/>
      <w:lvlText w:val=""/>
      <w:lvlJc w:val="left"/>
      <w:pPr>
        <w:tabs>
          <w:tab w:val="num" w:pos="5106"/>
        </w:tabs>
        <w:ind w:left="5106" w:hanging="360"/>
      </w:pPr>
      <w:rPr>
        <w:rFonts w:ascii="Symbol" w:hAnsi="Symbol" w:cs="Symbol" w:hint="default"/>
      </w:rPr>
    </w:lvl>
    <w:lvl w:ilvl="7">
      <w:start w:val="1"/>
      <w:numFmt w:val="bullet"/>
      <w:lvlText w:val="o"/>
      <w:lvlJc w:val="left"/>
      <w:pPr>
        <w:tabs>
          <w:tab w:val="num" w:pos="5826"/>
        </w:tabs>
        <w:ind w:left="5826" w:hanging="360"/>
      </w:pPr>
      <w:rPr>
        <w:rFonts w:ascii="Courier New" w:hAnsi="Courier New" w:cs="Courier New" w:hint="default"/>
      </w:rPr>
    </w:lvl>
    <w:lvl w:ilvl="8">
      <w:start w:val="1"/>
      <w:numFmt w:val="bullet"/>
      <w:lvlText w:val=""/>
      <w:lvlJc w:val="left"/>
      <w:pPr>
        <w:tabs>
          <w:tab w:val="num" w:pos="6546"/>
        </w:tabs>
        <w:ind w:left="6546" w:hanging="360"/>
      </w:pPr>
      <w:rPr>
        <w:rFonts w:ascii="Wingdings" w:hAnsi="Wingdings" w:cs="Wingdings" w:hint="default"/>
      </w:rPr>
    </w:lvl>
  </w:abstractNum>
  <w:abstractNum w:abstractNumId="40">
    <w:nsid w:val="494228F5"/>
    <w:multiLevelType w:val="multilevel"/>
    <w:tmpl w:val="F9A6EA6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nsid w:val="49A6324E"/>
    <w:multiLevelType w:val="multilevel"/>
    <w:tmpl w:val="220A1E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2">
    <w:nsid w:val="4A155943"/>
    <w:multiLevelType w:val="multilevel"/>
    <w:tmpl w:val="40FED8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3">
    <w:nsid w:val="4D8F2877"/>
    <w:multiLevelType w:val="multilevel"/>
    <w:tmpl w:val="1ADE1F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4">
    <w:nsid w:val="4DCB2560"/>
    <w:multiLevelType w:val="hybridMultilevel"/>
    <w:tmpl w:val="2716DE38"/>
    <w:lvl w:ilvl="0" w:tplc="170811F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5">
    <w:nsid w:val="50371E35"/>
    <w:multiLevelType w:val="multilevel"/>
    <w:tmpl w:val="1540981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6">
    <w:nsid w:val="51B0156A"/>
    <w:multiLevelType w:val="multilevel"/>
    <w:tmpl w:val="8196D8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6CA39C5"/>
    <w:multiLevelType w:val="multilevel"/>
    <w:tmpl w:val="0CB4B4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8">
    <w:nsid w:val="576575E0"/>
    <w:multiLevelType w:val="multilevel"/>
    <w:tmpl w:val="EB4443B2"/>
    <w:lvl w:ilvl="0">
      <w:start w:val="1"/>
      <w:numFmt w:val="bullet"/>
      <w:lvlText w:val=""/>
      <w:lvlJc w:val="left"/>
      <w:pPr>
        <w:tabs>
          <w:tab w:val="num" w:pos="0"/>
        </w:tabs>
        <w:ind w:left="360" w:hanging="360"/>
      </w:pPr>
      <w:rPr>
        <w:rFonts w:ascii="Wingdings" w:hAnsi="Wingdings" w:cs="Wingdings"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9">
    <w:nsid w:val="57E35C86"/>
    <w:multiLevelType w:val="multilevel"/>
    <w:tmpl w:val="932A5E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0">
    <w:nsid w:val="5ADC71A9"/>
    <w:multiLevelType w:val="multilevel"/>
    <w:tmpl w:val="606CA37E"/>
    <w:lvl w:ilvl="0">
      <w:numFmt w:val="bullet"/>
      <w:lvlText w:val="-"/>
      <w:lvlJc w:val="left"/>
      <w:pPr>
        <w:tabs>
          <w:tab w:val="num" w:pos="0"/>
        </w:tabs>
        <w:ind w:left="247" w:hanging="140"/>
      </w:pPr>
      <w:rPr>
        <w:rFonts w:ascii="Times New Roman" w:hAnsi="Times New Roman" w:cs="Times New Roman" w:hint="default"/>
        <w:w w:val="99"/>
        <w:sz w:val="24"/>
      </w:rPr>
    </w:lvl>
    <w:lvl w:ilvl="1">
      <w:numFmt w:val="bullet"/>
      <w:lvlText w:val=""/>
      <w:lvlJc w:val="left"/>
      <w:pPr>
        <w:tabs>
          <w:tab w:val="num" w:pos="0"/>
        </w:tabs>
        <w:ind w:left="888" w:hanging="361"/>
      </w:pPr>
      <w:rPr>
        <w:rFonts w:ascii="Symbol" w:hAnsi="Symbol" w:cs="Symbol" w:hint="default"/>
        <w:w w:val="100"/>
        <w:sz w:val="24"/>
      </w:rPr>
    </w:lvl>
    <w:lvl w:ilvl="2">
      <w:numFmt w:val="bullet"/>
      <w:lvlText w:val=""/>
      <w:lvlJc w:val="left"/>
      <w:pPr>
        <w:tabs>
          <w:tab w:val="num" w:pos="0"/>
        </w:tabs>
        <w:ind w:left="1956" w:hanging="361"/>
      </w:pPr>
      <w:rPr>
        <w:rFonts w:ascii="Symbol" w:hAnsi="Symbol" w:cs="Symbol" w:hint="default"/>
      </w:rPr>
    </w:lvl>
    <w:lvl w:ilvl="3">
      <w:numFmt w:val="bullet"/>
      <w:lvlText w:val=""/>
      <w:lvlJc w:val="left"/>
      <w:pPr>
        <w:tabs>
          <w:tab w:val="num" w:pos="0"/>
        </w:tabs>
        <w:ind w:left="3032" w:hanging="361"/>
      </w:pPr>
      <w:rPr>
        <w:rFonts w:ascii="Symbol" w:hAnsi="Symbol" w:cs="Symbol" w:hint="default"/>
      </w:rPr>
    </w:lvl>
    <w:lvl w:ilvl="4">
      <w:numFmt w:val="bullet"/>
      <w:lvlText w:val=""/>
      <w:lvlJc w:val="left"/>
      <w:pPr>
        <w:tabs>
          <w:tab w:val="num" w:pos="0"/>
        </w:tabs>
        <w:ind w:left="4108" w:hanging="361"/>
      </w:pPr>
      <w:rPr>
        <w:rFonts w:ascii="Symbol" w:hAnsi="Symbol" w:cs="Symbol" w:hint="default"/>
      </w:rPr>
    </w:lvl>
    <w:lvl w:ilvl="5">
      <w:numFmt w:val="bullet"/>
      <w:lvlText w:val=""/>
      <w:lvlJc w:val="left"/>
      <w:pPr>
        <w:tabs>
          <w:tab w:val="num" w:pos="0"/>
        </w:tabs>
        <w:ind w:left="5185" w:hanging="361"/>
      </w:pPr>
      <w:rPr>
        <w:rFonts w:ascii="Symbol" w:hAnsi="Symbol" w:cs="Symbol" w:hint="default"/>
      </w:rPr>
    </w:lvl>
    <w:lvl w:ilvl="6">
      <w:numFmt w:val="bullet"/>
      <w:lvlText w:val=""/>
      <w:lvlJc w:val="left"/>
      <w:pPr>
        <w:tabs>
          <w:tab w:val="num" w:pos="0"/>
        </w:tabs>
        <w:ind w:left="6261" w:hanging="361"/>
      </w:pPr>
      <w:rPr>
        <w:rFonts w:ascii="Symbol" w:hAnsi="Symbol" w:cs="Symbol" w:hint="default"/>
      </w:rPr>
    </w:lvl>
    <w:lvl w:ilvl="7">
      <w:numFmt w:val="bullet"/>
      <w:lvlText w:val=""/>
      <w:lvlJc w:val="left"/>
      <w:pPr>
        <w:tabs>
          <w:tab w:val="num" w:pos="0"/>
        </w:tabs>
        <w:ind w:left="7337" w:hanging="361"/>
      </w:pPr>
      <w:rPr>
        <w:rFonts w:ascii="Symbol" w:hAnsi="Symbol" w:cs="Symbol" w:hint="default"/>
      </w:rPr>
    </w:lvl>
    <w:lvl w:ilvl="8">
      <w:numFmt w:val="bullet"/>
      <w:lvlText w:val=""/>
      <w:lvlJc w:val="left"/>
      <w:pPr>
        <w:tabs>
          <w:tab w:val="num" w:pos="0"/>
        </w:tabs>
        <w:ind w:left="8413" w:hanging="361"/>
      </w:pPr>
      <w:rPr>
        <w:rFonts w:ascii="Symbol" w:hAnsi="Symbol" w:cs="Symbol" w:hint="default"/>
      </w:rPr>
    </w:lvl>
  </w:abstractNum>
  <w:abstractNum w:abstractNumId="51">
    <w:nsid w:val="5D9151BA"/>
    <w:multiLevelType w:val="multilevel"/>
    <w:tmpl w:val="10889B3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2">
    <w:nsid w:val="63CE1157"/>
    <w:multiLevelType w:val="multilevel"/>
    <w:tmpl w:val="EE32928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3">
    <w:nsid w:val="644C104D"/>
    <w:multiLevelType w:val="multilevel"/>
    <w:tmpl w:val="0F92C87A"/>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4">
    <w:nsid w:val="67C710D6"/>
    <w:multiLevelType w:val="multilevel"/>
    <w:tmpl w:val="3BFA31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5">
    <w:nsid w:val="6E522226"/>
    <w:multiLevelType w:val="hybridMultilevel"/>
    <w:tmpl w:val="95A8FB32"/>
    <w:lvl w:ilvl="0" w:tplc="453A12D6">
      <w:start w:val="1"/>
      <w:numFmt w:val="decimal"/>
      <w:lvlText w:val="%1."/>
      <w:lvlJc w:val="left"/>
      <w:pPr>
        <w:ind w:left="682" w:hanging="291"/>
        <w:jc w:val="right"/>
      </w:pPr>
      <w:rPr>
        <w:rFonts w:ascii="Lucida Sans Unicode" w:eastAsia="Lucida Sans Unicode" w:hAnsi="Lucida Sans Unicode" w:cs="Lucida Sans Unicode" w:hint="default"/>
        <w:b w:val="0"/>
        <w:bCs w:val="0"/>
        <w:i w:val="0"/>
        <w:iCs w:val="0"/>
        <w:color w:val="231F20"/>
        <w:spacing w:val="-3"/>
        <w:w w:val="63"/>
        <w:sz w:val="24"/>
        <w:szCs w:val="24"/>
        <w:lang w:val="ru-RU" w:eastAsia="en-US" w:bidi="ar-SA"/>
      </w:rPr>
    </w:lvl>
    <w:lvl w:ilvl="1" w:tplc="22EC2E6C">
      <w:numFmt w:val="bullet"/>
      <w:lvlText w:val="•"/>
      <w:lvlJc w:val="left"/>
      <w:pPr>
        <w:ind w:left="1632" w:hanging="291"/>
      </w:pPr>
      <w:rPr>
        <w:rFonts w:hint="default"/>
        <w:lang w:val="ru-RU" w:eastAsia="en-US" w:bidi="ar-SA"/>
      </w:rPr>
    </w:lvl>
    <w:lvl w:ilvl="2" w:tplc="57363C28">
      <w:numFmt w:val="bullet"/>
      <w:lvlText w:val="•"/>
      <w:lvlJc w:val="left"/>
      <w:pPr>
        <w:ind w:left="2585" w:hanging="291"/>
      </w:pPr>
      <w:rPr>
        <w:rFonts w:hint="default"/>
        <w:lang w:val="ru-RU" w:eastAsia="en-US" w:bidi="ar-SA"/>
      </w:rPr>
    </w:lvl>
    <w:lvl w:ilvl="3" w:tplc="23C0DE68">
      <w:numFmt w:val="bullet"/>
      <w:lvlText w:val="•"/>
      <w:lvlJc w:val="left"/>
      <w:pPr>
        <w:ind w:left="3537" w:hanging="291"/>
      </w:pPr>
      <w:rPr>
        <w:rFonts w:hint="default"/>
        <w:lang w:val="ru-RU" w:eastAsia="en-US" w:bidi="ar-SA"/>
      </w:rPr>
    </w:lvl>
    <w:lvl w:ilvl="4" w:tplc="FABEDFE0">
      <w:numFmt w:val="bullet"/>
      <w:lvlText w:val="•"/>
      <w:lvlJc w:val="left"/>
      <w:pPr>
        <w:ind w:left="4490" w:hanging="291"/>
      </w:pPr>
      <w:rPr>
        <w:rFonts w:hint="default"/>
        <w:lang w:val="ru-RU" w:eastAsia="en-US" w:bidi="ar-SA"/>
      </w:rPr>
    </w:lvl>
    <w:lvl w:ilvl="5" w:tplc="5066B3EC">
      <w:numFmt w:val="bullet"/>
      <w:lvlText w:val="•"/>
      <w:lvlJc w:val="left"/>
      <w:pPr>
        <w:ind w:left="5442" w:hanging="291"/>
      </w:pPr>
      <w:rPr>
        <w:rFonts w:hint="default"/>
        <w:lang w:val="ru-RU" w:eastAsia="en-US" w:bidi="ar-SA"/>
      </w:rPr>
    </w:lvl>
    <w:lvl w:ilvl="6" w:tplc="E96A0F06">
      <w:numFmt w:val="bullet"/>
      <w:lvlText w:val="•"/>
      <w:lvlJc w:val="left"/>
      <w:pPr>
        <w:ind w:left="6395" w:hanging="291"/>
      </w:pPr>
      <w:rPr>
        <w:rFonts w:hint="default"/>
        <w:lang w:val="ru-RU" w:eastAsia="en-US" w:bidi="ar-SA"/>
      </w:rPr>
    </w:lvl>
    <w:lvl w:ilvl="7" w:tplc="969A2FB4">
      <w:numFmt w:val="bullet"/>
      <w:lvlText w:val="•"/>
      <w:lvlJc w:val="left"/>
      <w:pPr>
        <w:ind w:left="7347" w:hanging="291"/>
      </w:pPr>
      <w:rPr>
        <w:rFonts w:hint="default"/>
        <w:lang w:val="ru-RU" w:eastAsia="en-US" w:bidi="ar-SA"/>
      </w:rPr>
    </w:lvl>
    <w:lvl w:ilvl="8" w:tplc="91002D32">
      <w:numFmt w:val="bullet"/>
      <w:lvlText w:val="•"/>
      <w:lvlJc w:val="left"/>
      <w:pPr>
        <w:ind w:left="8300" w:hanging="291"/>
      </w:pPr>
      <w:rPr>
        <w:rFonts w:hint="default"/>
        <w:lang w:val="ru-RU" w:eastAsia="en-US" w:bidi="ar-SA"/>
      </w:rPr>
    </w:lvl>
  </w:abstractNum>
  <w:abstractNum w:abstractNumId="56">
    <w:nsid w:val="6F2B09FB"/>
    <w:multiLevelType w:val="hybridMultilevel"/>
    <w:tmpl w:val="015EC268"/>
    <w:lvl w:ilvl="0" w:tplc="9210E4C0">
      <w:numFmt w:val="bullet"/>
      <w:lvlText w:val="-"/>
      <w:lvlJc w:val="left"/>
      <w:pPr>
        <w:ind w:left="247" w:hanging="140"/>
      </w:pPr>
      <w:rPr>
        <w:rFonts w:ascii="Times New Roman" w:eastAsia="Times New Roman" w:hAnsi="Times New Roman" w:hint="default"/>
        <w:w w:val="99"/>
        <w:sz w:val="24"/>
      </w:rPr>
    </w:lvl>
    <w:lvl w:ilvl="1" w:tplc="5AFE22C2">
      <w:numFmt w:val="bullet"/>
      <w:lvlText w:val=""/>
      <w:lvlJc w:val="left"/>
      <w:pPr>
        <w:ind w:left="888" w:hanging="361"/>
      </w:pPr>
      <w:rPr>
        <w:rFonts w:ascii="Symbol" w:eastAsia="Times New Roman" w:hAnsi="Symbol" w:hint="default"/>
        <w:w w:val="100"/>
        <w:sz w:val="24"/>
      </w:rPr>
    </w:lvl>
    <w:lvl w:ilvl="2" w:tplc="CD5E1B9A">
      <w:numFmt w:val="bullet"/>
      <w:lvlText w:val="•"/>
      <w:lvlJc w:val="left"/>
      <w:pPr>
        <w:ind w:left="1956" w:hanging="361"/>
      </w:pPr>
      <w:rPr>
        <w:rFonts w:hint="default"/>
      </w:rPr>
    </w:lvl>
    <w:lvl w:ilvl="3" w:tplc="6736131C">
      <w:numFmt w:val="bullet"/>
      <w:lvlText w:val="•"/>
      <w:lvlJc w:val="left"/>
      <w:pPr>
        <w:ind w:left="3032" w:hanging="361"/>
      </w:pPr>
      <w:rPr>
        <w:rFonts w:hint="default"/>
      </w:rPr>
    </w:lvl>
    <w:lvl w:ilvl="4" w:tplc="6BC25DC2">
      <w:numFmt w:val="bullet"/>
      <w:lvlText w:val="•"/>
      <w:lvlJc w:val="left"/>
      <w:pPr>
        <w:ind w:left="4108" w:hanging="361"/>
      </w:pPr>
      <w:rPr>
        <w:rFonts w:hint="default"/>
      </w:rPr>
    </w:lvl>
    <w:lvl w:ilvl="5" w:tplc="3B024A4E">
      <w:numFmt w:val="bullet"/>
      <w:lvlText w:val="•"/>
      <w:lvlJc w:val="left"/>
      <w:pPr>
        <w:ind w:left="5185" w:hanging="361"/>
      </w:pPr>
      <w:rPr>
        <w:rFonts w:hint="default"/>
      </w:rPr>
    </w:lvl>
    <w:lvl w:ilvl="6" w:tplc="F230D9D4">
      <w:numFmt w:val="bullet"/>
      <w:lvlText w:val="•"/>
      <w:lvlJc w:val="left"/>
      <w:pPr>
        <w:ind w:left="6261" w:hanging="361"/>
      </w:pPr>
      <w:rPr>
        <w:rFonts w:hint="default"/>
      </w:rPr>
    </w:lvl>
    <w:lvl w:ilvl="7" w:tplc="3F94896A">
      <w:numFmt w:val="bullet"/>
      <w:lvlText w:val="•"/>
      <w:lvlJc w:val="left"/>
      <w:pPr>
        <w:ind w:left="7337" w:hanging="361"/>
      </w:pPr>
      <w:rPr>
        <w:rFonts w:hint="default"/>
      </w:rPr>
    </w:lvl>
    <w:lvl w:ilvl="8" w:tplc="0AF2342C">
      <w:numFmt w:val="bullet"/>
      <w:lvlText w:val="•"/>
      <w:lvlJc w:val="left"/>
      <w:pPr>
        <w:ind w:left="8413" w:hanging="361"/>
      </w:pPr>
      <w:rPr>
        <w:rFonts w:hint="default"/>
      </w:rPr>
    </w:lvl>
  </w:abstractNum>
  <w:abstractNum w:abstractNumId="57">
    <w:nsid w:val="6F7A6D9A"/>
    <w:multiLevelType w:val="multilevel"/>
    <w:tmpl w:val="F52E8E0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8">
    <w:nsid w:val="718C643E"/>
    <w:multiLevelType w:val="multilevel"/>
    <w:tmpl w:val="C1A672B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9">
    <w:nsid w:val="762A7A9C"/>
    <w:multiLevelType w:val="multilevel"/>
    <w:tmpl w:val="26F8744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0">
    <w:nsid w:val="777C1424"/>
    <w:multiLevelType w:val="multilevel"/>
    <w:tmpl w:val="D996C8CC"/>
    <w:lvl w:ilvl="0">
      <w:start w:val="2"/>
      <w:numFmt w:val="decimal"/>
      <w:pStyle w:val="1"/>
      <w:lvlText w:val="%1)"/>
      <w:lvlJc w:val="left"/>
      <w:pPr>
        <w:tabs>
          <w:tab w:val="num" w:pos="0"/>
        </w:tabs>
        <w:ind w:left="541" w:hanging="368"/>
      </w:pPr>
      <w:rPr>
        <w:rFonts w:ascii="Times New Roman" w:eastAsia="Times New Roman" w:hAnsi="Times New Roman"/>
        <w:w w:val="98"/>
        <w:sz w:val="28"/>
        <w:szCs w:val="28"/>
      </w:rPr>
    </w:lvl>
    <w:lvl w:ilvl="1">
      <w:start w:val="1"/>
      <w:numFmt w:val="bullet"/>
      <w:lvlText w:val="•"/>
      <w:lvlJc w:val="left"/>
      <w:pPr>
        <w:tabs>
          <w:tab w:val="num" w:pos="0"/>
        </w:tabs>
        <w:ind w:left="822" w:hanging="339"/>
      </w:pPr>
      <w:rPr>
        <w:rFonts w:ascii="Times New Roman" w:hAnsi="Times New Roman" w:cs="Times New Roman" w:hint="default"/>
        <w:w w:val="133"/>
        <w:sz w:val="28"/>
        <w:szCs w:val="28"/>
      </w:rPr>
    </w:lvl>
    <w:lvl w:ilvl="2">
      <w:start w:val="1"/>
      <w:numFmt w:val="bullet"/>
      <w:pStyle w:val="31"/>
      <w:lvlText w:val=""/>
      <w:lvlJc w:val="left"/>
      <w:pPr>
        <w:tabs>
          <w:tab w:val="num" w:pos="0"/>
        </w:tabs>
        <w:ind w:left="2302" w:hanging="339"/>
      </w:pPr>
      <w:rPr>
        <w:rFonts w:ascii="Symbol" w:hAnsi="Symbol" w:cs="Symbol" w:hint="default"/>
      </w:rPr>
    </w:lvl>
    <w:lvl w:ilvl="3">
      <w:start w:val="1"/>
      <w:numFmt w:val="bullet"/>
      <w:pStyle w:val="4"/>
      <w:lvlText w:val=""/>
      <w:lvlJc w:val="left"/>
      <w:pPr>
        <w:tabs>
          <w:tab w:val="num" w:pos="0"/>
        </w:tabs>
        <w:ind w:left="3784" w:hanging="339"/>
      </w:pPr>
      <w:rPr>
        <w:rFonts w:ascii="Symbol" w:hAnsi="Symbol" w:cs="Symbol" w:hint="default"/>
      </w:rPr>
    </w:lvl>
    <w:lvl w:ilvl="4">
      <w:start w:val="1"/>
      <w:numFmt w:val="bullet"/>
      <w:pStyle w:val="5"/>
      <w:lvlText w:val=""/>
      <w:lvlJc w:val="left"/>
      <w:pPr>
        <w:tabs>
          <w:tab w:val="num" w:pos="0"/>
        </w:tabs>
        <w:ind w:left="5266" w:hanging="339"/>
      </w:pPr>
      <w:rPr>
        <w:rFonts w:ascii="Symbol" w:hAnsi="Symbol" w:cs="Symbol" w:hint="default"/>
      </w:rPr>
    </w:lvl>
    <w:lvl w:ilvl="5">
      <w:start w:val="1"/>
      <w:numFmt w:val="bullet"/>
      <w:pStyle w:val="6"/>
      <w:lvlText w:val=""/>
      <w:lvlJc w:val="left"/>
      <w:pPr>
        <w:tabs>
          <w:tab w:val="num" w:pos="0"/>
        </w:tabs>
        <w:ind w:left="6748" w:hanging="339"/>
      </w:pPr>
      <w:rPr>
        <w:rFonts w:ascii="Symbol" w:hAnsi="Symbol" w:cs="Symbol" w:hint="default"/>
      </w:rPr>
    </w:lvl>
    <w:lvl w:ilvl="6">
      <w:start w:val="1"/>
      <w:numFmt w:val="bullet"/>
      <w:pStyle w:val="7"/>
      <w:lvlText w:val=""/>
      <w:lvlJc w:val="left"/>
      <w:pPr>
        <w:tabs>
          <w:tab w:val="num" w:pos="0"/>
        </w:tabs>
        <w:ind w:left="8231" w:hanging="339"/>
      </w:pPr>
      <w:rPr>
        <w:rFonts w:ascii="Symbol" w:hAnsi="Symbol" w:cs="Symbol" w:hint="default"/>
      </w:rPr>
    </w:lvl>
    <w:lvl w:ilvl="7">
      <w:start w:val="1"/>
      <w:numFmt w:val="bullet"/>
      <w:pStyle w:val="8"/>
      <w:lvlText w:val=""/>
      <w:lvlJc w:val="left"/>
      <w:pPr>
        <w:tabs>
          <w:tab w:val="num" w:pos="0"/>
        </w:tabs>
        <w:ind w:left="9713" w:hanging="339"/>
      </w:pPr>
      <w:rPr>
        <w:rFonts w:ascii="Symbol" w:hAnsi="Symbol" w:cs="Symbol" w:hint="default"/>
      </w:rPr>
    </w:lvl>
    <w:lvl w:ilvl="8">
      <w:start w:val="1"/>
      <w:numFmt w:val="bullet"/>
      <w:pStyle w:val="9"/>
      <w:lvlText w:val=""/>
      <w:lvlJc w:val="left"/>
      <w:pPr>
        <w:tabs>
          <w:tab w:val="num" w:pos="0"/>
        </w:tabs>
        <w:ind w:left="11195" w:hanging="339"/>
      </w:pPr>
      <w:rPr>
        <w:rFonts w:ascii="Symbol" w:hAnsi="Symbol" w:cs="Symbol" w:hint="default"/>
      </w:rPr>
    </w:lvl>
  </w:abstractNum>
  <w:abstractNum w:abstractNumId="61">
    <w:nsid w:val="7B1D651A"/>
    <w:multiLevelType w:val="multilevel"/>
    <w:tmpl w:val="B16646FA"/>
    <w:lvl w:ilvl="0">
      <w:start w:val="1"/>
      <w:numFmt w:val="bullet"/>
      <w:lvlText w:val="•"/>
      <w:lvlJc w:val="left"/>
      <w:rPr>
        <w:rFonts w:ascii="Arial" w:eastAsia="Arial" w:hAnsi="Arial" w:cs="Arial"/>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7BF126BF"/>
    <w:multiLevelType w:val="multilevel"/>
    <w:tmpl w:val="4D2AD3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3">
    <w:nsid w:val="7FD3075A"/>
    <w:multiLevelType w:val="multilevel"/>
    <w:tmpl w:val="7B3AD84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60"/>
  </w:num>
  <w:num w:numId="2">
    <w:abstractNumId w:val="50"/>
  </w:num>
  <w:num w:numId="3">
    <w:abstractNumId w:val="48"/>
  </w:num>
  <w:num w:numId="4">
    <w:abstractNumId w:val="39"/>
  </w:num>
  <w:num w:numId="5">
    <w:abstractNumId w:val="32"/>
  </w:num>
  <w:num w:numId="6">
    <w:abstractNumId w:val="34"/>
  </w:num>
  <w:num w:numId="7">
    <w:abstractNumId w:val="18"/>
  </w:num>
  <w:num w:numId="8">
    <w:abstractNumId w:val="40"/>
  </w:num>
  <w:num w:numId="9">
    <w:abstractNumId w:val="19"/>
  </w:num>
  <w:num w:numId="10">
    <w:abstractNumId w:val="36"/>
  </w:num>
  <w:num w:numId="11">
    <w:abstractNumId w:val="35"/>
  </w:num>
  <w:num w:numId="12">
    <w:abstractNumId w:val="31"/>
  </w:num>
  <w:num w:numId="13">
    <w:abstractNumId w:val="13"/>
  </w:num>
  <w:num w:numId="14">
    <w:abstractNumId w:val="42"/>
  </w:num>
  <w:num w:numId="15">
    <w:abstractNumId w:val="25"/>
  </w:num>
  <w:num w:numId="16">
    <w:abstractNumId w:val="20"/>
  </w:num>
  <w:num w:numId="17">
    <w:abstractNumId w:val="57"/>
  </w:num>
  <w:num w:numId="18">
    <w:abstractNumId w:val="51"/>
  </w:num>
  <w:num w:numId="19">
    <w:abstractNumId w:val="47"/>
  </w:num>
  <w:num w:numId="20">
    <w:abstractNumId w:val="41"/>
  </w:num>
  <w:num w:numId="21">
    <w:abstractNumId w:val="38"/>
  </w:num>
  <w:num w:numId="22">
    <w:abstractNumId w:val="37"/>
  </w:num>
  <w:num w:numId="23">
    <w:abstractNumId w:val="27"/>
  </w:num>
  <w:num w:numId="24">
    <w:abstractNumId w:val="45"/>
  </w:num>
  <w:num w:numId="25">
    <w:abstractNumId w:val="6"/>
  </w:num>
  <w:num w:numId="26">
    <w:abstractNumId w:val="52"/>
  </w:num>
  <w:num w:numId="27">
    <w:abstractNumId w:val="63"/>
  </w:num>
  <w:num w:numId="28">
    <w:abstractNumId w:val="58"/>
  </w:num>
  <w:num w:numId="29">
    <w:abstractNumId w:val="17"/>
  </w:num>
  <w:num w:numId="30">
    <w:abstractNumId w:val="28"/>
  </w:num>
  <w:num w:numId="31">
    <w:abstractNumId w:val="33"/>
  </w:num>
  <w:num w:numId="32">
    <w:abstractNumId w:val="54"/>
  </w:num>
  <w:num w:numId="33">
    <w:abstractNumId w:val="16"/>
  </w:num>
  <w:num w:numId="34">
    <w:abstractNumId w:val="49"/>
  </w:num>
  <w:num w:numId="35">
    <w:abstractNumId w:val="10"/>
  </w:num>
  <w:num w:numId="36">
    <w:abstractNumId w:val="59"/>
  </w:num>
  <w:num w:numId="37">
    <w:abstractNumId w:val="23"/>
  </w:num>
  <w:num w:numId="38">
    <w:abstractNumId w:val="29"/>
  </w:num>
  <w:num w:numId="39">
    <w:abstractNumId w:val="62"/>
  </w:num>
  <w:num w:numId="40">
    <w:abstractNumId w:val="43"/>
  </w:num>
  <w:num w:numId="41">
    <w:abstractNumId w:val="12"/>
  </w:num>
  <w:num w:numId="42">
    <w:abstractNumId w:val="15"/>
  </w:num>
  <w:num w:numId="43">
    <w:abstractNumId w:val="7"/>
  </w:num>
  <w:num w:numId="44">
    <w:abstractNumId w:val="24"/>
  </w:num>
  <w:num w:numId="45">
    <w:abstractNumId w:val="21"/>
  </w:num>
  <w:num w:numId="46">
    <w:abstractNumId w:val="14"/>
  </w:num>
  <w:num w:numId="47">
    <w:abstractNumId w:val="53"/>
    <w:lvlOverride w:ilvl="0">
      <w:startOverride w:val="1"/>
    </w:lvlOverride>
  </w:num>
  <w:num w:numId="48">
    <w:abstractNumId w:val="8"/>
  </w:num>
  <w:num w:numId="49">
    <w:abstractNumId w:val="44"/>
  </w:num>
  <w:num w:numId="50">
    <w:abstractNumId w:val="56"/>
  </w:num>
  <w:num w:numId="51">
    <w:abstractNumId w:val="55"/>
  </w:num>
  <w:num w:numId="52">
    <w:abstractNumId w:val="30"/>
  </w:num>
  <w:num w:numId="53">
    <w:abstractNumId w:val="26"/>
  </w:num>
  <w:num w:numId="54">
    <w:abstractNumId w:val="22"/>
  </w:num>
  <w:num w:numId="55">
    <w:abstractNumId w:val="46"/>
  </w:num>
  <w:num w:numId="56">
    <w:abstractNumId w:val="11"/>
  </w:num>
  <w:num w:numId="57">
    <w:abstractNumId w:val="9"/>
  </w:num>
  <w:num w:numId="58">
    <w:abstractNumId w:val="61"/>
  </w:num>
  <w:num w:numId="59">
    <w:abstractNumId w:val="5"/>
  </w:num>
  <w:num w:numId="60">
    <w:abstractNumId w:val="3"/>
  </w:num>
  <w:num w:numId="61">
    <w:abstractNumId w:val="2"/>
  </w:num>
  <w:num w:numId="62">
    <w:abstractNumId w:val="4"/>
  </w:num>
  <w:num w:numId="63">
    <w:abstractNumId w:val="1"/>
  </w:num>
  <w:num w:numId="64">
    <w:abstractNumId w:val="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B9"/>
    <w:rsid w:val="00014F27"/>
    <w:rsid w:val="00015A7D"/>
    <w:rsid w:val="000D5E5C"/>
    <w:rsid w:val="0019655F"/>
    <w:rsid w:val="001A456E"/>
    <w:rsid w:val="001B37E9"/>
    <w:rsid w:val="00227BA6"/>
    <w:rsid w:val="002B0FE7"/>
    <w:rsid w:val="002E47B9"/>
    <w:rsid w:val="003772B6"/>
    <w:rsid w:val="003F0867"/>
    <w:rsid w:val="00424A79"/>
    <w:rsid w:val="004B76B4"/>
    <w:rsid w:val="00622968"/>
    <w:rsid w:val="006D01A1"/>
    <w:rsid w:val="00707014"/>
    <w:rsid w:val="00746956"/>
    <w:rsid w:val="009C18B7"/>
    <w:rsid w:val="00A37B6C"/>
    <w:rsid w:val="00AD3ABA"/>
    <w:rsid w:val="00BD5B97"/>
    <w:rsid w:val="00C04130"/>
    <w:rsid w:val="00C0478E"/>
    <w:rsid w:val="00C147F4"/>
    <w:rsid w:val="00C44676"/>
    <w:rsid w:val="00C94A02"/>
    <w:rsid w:val="00CE2239"/>
    <w:rsid w:val="00D979E7"/>
    <w:rsid w:val="00E62223"/>
    <w:rsid w:val="00EF687D"/>
    <w:rsid w:val="00FD372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033761-8216-4963-9564-C6515268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style>
  <w:style w:type="paragraph" w:styleId="1">
    <w:name w:val="heading 1"/>
    <w:basedOn w:val="a1"/>
    <w:next w:val="a1"/>
    <w:link w:val="10"/>
    <w:uiPriority w:val="9"/>
    <w:qFormat/>
    <w:rsid w:val="008218B8"/>
    <w:pPr>
      <w:keepNext/>
      <w:keepLines/>
      <w:numPr>
        <w:numId w:val="1"/>
      </w:numPr>
      <w:spacing w:before="480" w:after="0" w:line="240" w:lineRule="auto"/>
      <w:outlineLvl w:val="0"/>
    </w:pPr>
    <w:rPr>
      <w:rFonts w:ascii="Cambria" w:eastAsia="Times New Roman" w:hAnsi="Cambria" w:cs="Times New Roman"/>
      <w:b/>
      <w:bCs/>
      <w:color w:val="365F91"/>
      <w:sz w:val="28"/>
      <w:szCs w:val="28"/>
      <w:lang w:val="x-none" w:eastAsia="ar-SA"/>
    </w:rPr>
  </w:style>
  <w:style w:type="paragraph" w:styleId="21">
    <w:name w:val="heading 2"/>
    <w:basedOn w:val="a1"/>
    <w:link w:val="22"/>
    <w:uiPriority w:val="9"/>
    <w:qFormat/>
    <w:rsid w:val="008218B8"/>
    <w:pPr>
      <w:spacing w:beforeAutospacing="1" w:afterAutospacing="1" w:line="240" w:lineRule="auto"/>
      <w:ind w:firstLine="284"/>
      <w:jc w:val="both"/>
      <w:outlineLvl w:val="1"/>
    </w:pPr>
    <w:rPr>
      <w:rFonts w:ascii="Times New Roman" w:eastAsia="Times New Roman" w:hAnsi="Times New Roman" w:cs="Times New Roman"/>
      <w:b/>
      <w:bCs/>
      <w:sz w:val="36"/>
      <w:szCs w:val="36"/>
      <w:lang w:val="x-none" w:eastAsia="x-none"/>
    </w:rPr>
  </w:style>
  <w:style w:type="paragraph" w:styleId="31">
    <w:name w:val="heading 3"/>
    <w:basedOn w:val="a1"/>
    <w:next w:val="a1"/>
    <w:link w:val="32"/>
    <w:uiPriority w:val="9"/>
    <w:qFormat/>
    <w:rsid w:val="008218B8"/>
    <w:pPr>
      <w:keepNext/>
      <w:keepLines/>
      <w:numPr>
        <w:ilvl w:val="2"/>
        <w:numId w:val="1"/>
      </w:numPr>
      <w:spacing w:before="200" w:after="0" w:line="240" w:lineRule="auto"/>
      <w:outlineLvl w:val="2"/>
    </w:pPr>
    <w:rPr>
      <w:rFonts w:ascii="Cambria" w:eastAsia="Times New Roman" w:hAnsi="Cambria" w:cs="Times New Roman"/>
      <w:b/>
      <w:bCs/>
      <w:color w:val="4F81BD"/>
      <w:sz w:val="20"/>
      <w:szCs w:val="20"/>
      <w:lang w:val="x-none" w:eastAsia="ar-SA"/>
    </w:rPr>
  </w:style>
  <w:style w:type="paragraph" w:styleId="4">
    <w:name w:val="heading 4"/>
    <w:basedOn w:val="a1"/>
    <w:next w:val="a1"/>
    <w:link w:val="40"/>
    <w:uiPriority w:val="9"/>
    <w:qFormat/>
    <w:rsid w:val="008218B8"/>
    <w:pPr>
      <w:keepNext/>
      <w:keepLines/>
      <w:numPr>
        <w:ilvl w:val="3"/>
        <w:numId w:val="1"/>
      </w:numPr>
      <w:spacing w:before="200" w:after="0" w:line="240" w:lineRule="auto"/>
      <w:outlineLvl w:val="3"/>
    </w:pPr>
    <w:rPr>
      <w:rFonts w:ascii="Cambria" w:eastAsia="Times New Roman" w:hAnsi="Cambria" w:cs="Times New Roman"/>
      <w:b/>
      <w:bCs/>
      <w:i/>
      <w:iCs/>
      <w:color w:val="4F81BD"/>
      <w:sz w:val="20"/>
      <w:szCs w:val="20"/>
      <w:lang w:val="x-none" w:eastAsia="ar-SA"/>
    </w:rPr>
  </w:style>
  <w:style w:type="paragraph" w:styleId="5">
    <w:name w:val="heading 5"/>
    <w:basedOn w:val="a1"/>
    <w:next w:val="a1"/>
    <w:link w:val="50"/>
    <w:uiPriority w:val="9"/>
    <w:qFormat/>
    <w:rsid w:val="008218B8"/>
    <w:pPr>
      <w:keepNext/>
      <w:keepLines/>
      <w:numPr>
        <w:ilvl w:val="4"/>
        <w:numId w:val="1"/>
      </w:numPr>
      <w:spacing w:before="200" w:after="0" w:line="240" w:lineRule="auto"/>
      <w:outlineLvl w:val="4"/>
    </w:pPr>
    <w:rPr>
      <w:rFonts w:ascii="Cambria" w:eastAsia="Times New Roman" w:hAnsi="Cambria" w:cs="Times New Roman"/>
      <w:color w:val="243F60"/>
      <w:sz w:val="20"/>
      <w:szCs w:val="20"/>
      <w:lang w:val="x-none" w:eastAsia="ar-SA"/>
    </w:rPr>
  </w:style>
  <w:style w:type="paragraph" w:styleId="6">
    <w:name w:val="heading 6"/>
    <w:basedOn w:val="a1"/>
    <w:next w:val="a1"/>
    <w:link w:val="60"/>
    <w:uiPriority w:val="9"/>
    <w:qFormat/>
    <w:rsid w:val="008218B8"/>
    <w:pPr>
      <w:keepNext/>
      <w:keepLines/>
      <w:numPr>
        <w:ilvl w:val="5"/>
        <w:numId w:val="1"/>
      </w:numPr>
      <w:spacing w:before="200" w:after="0" w:line="240" w:lineRule="auto"/>
      <w:outlineLvl w:val="5"/>
    </w:pPr>
    <w:rPr>
      <w:rFonts w:ascii="Cambria" w:eastAsia="Times New Roman" w:hAnsi="Cambria" w:cs="Times New Roman"/>
      <w:i/>
      <w:iCs/>
      <w:color w:val="243F60"/>
      <w:sz w:val="20"/>
      <w:szCs w:val="20"/>
      <w:lang w:val="x-none" w:eastAsia="ar-SA"/>
    </w:rPr>
  </w:style>
  <w:style w:type="paragraph" w:styleId="7">
    <w:name w:val="heading 7"/>
    <w:basedOn w:val="a1"/>
    <w:next w:val="a1"/>
    <w:link w:val="70"/>
    <w:uiPriority w:val="9"/>
    <w:qFormat/>
    <w:rsid w:val="008218B8"/>
    <w:pPr>
      <w:keepNext/>
      <w:keepLines/>
      <w:numPr>
        <w:ilvl w:val="6"/>
        <w:numId w:val="1"/>
      </w:numPr>
      <w:spacing w:before="200" w:after="0" w:line="240" w:lineRule="auto"/>
      <w:outlineLvl w:val="6"/>
    </w:pPr>
    <w:rPr>
      <w:rFonts w:ascii="Cambria" w:eastAsia="Times New Roman" w:hAnsi="Cambria" w:cs="Times New Roman"/>
      <w:i/>
      <w:iCs/>
      <w:color w:val="404040"/>
      <w:sz w:val="20"/>
      <w:szCs w:val="20"/>
      <w:lang w:val="x-none" w:eastAsia="ar-SA"/>
    </w:rPr>
  </w:style>
  <w:style w:type="paragraph" w:styleId="8">
    <w:name w:val="heading 8"/>
    <w:basedOn w:val="a1"/>
    <w:next w:val="a1"/>
    <w:link w:val="80"/>
    <w:uiPriority w:val="9"/>
    <w:qFormat/>
    <w:rsid w:val="008218B8"/>
    <w:pPr>
      <w:keepNext/>
      <w:keepLines/>
      <w:numPr>
        <w:ilvl w:val="7"/>
        <w:numId w:val="1"/>
      </w:numPr>
      <w:spacing w:before="200" w:after="0" w:line="240" w:lineRule="auto"/>
      <w:outlineLvl w:val="7"/>
    </w:pPr>
    <w:rPr>
      <w:rFonts w:ascii="Cambria" w:eastAsia="Times New Roman" w:hAnsi="Cambria" w:cs="Times New Roman"/>
      <w:color w:val="404040"/>
      <w:sz w:val="20"/>
      <w:szCs w:val="20"/>
      <w:lang w:val="x-none" w:eastAsia="ar-SA"/>
    </w:rPr>
  </w:style>
  <w:style w:type="paragraph" w:styleId="9">
    <w:name w:val="heading 9"/>
    <w:basedOn w:val="a1"/>
    <w:next w:val="a1"/>
    <w:link w:val="90"/>
    <w:uiPriority w:val="9"/>
    <w:qFormat/>
    <w:rsid w:val="008218B8"/>
    <w:pPr>
      <w:keepNext/>
      <w:keepLines/>
      <w:numPr>
        <w:ilvl w:val="8"/>
        <w:numId w:val="1"/>
      </w:numPr>
      <w:spacing w:before="200" w:after="0" w:line="240" w:lineRule="auto"/>
      <w:outlineLvl w:val="8"/>
    </w:pPr>
    <w:rPr>
      <w:rFonts w:ascii="Cambria" w:eastAsia="Times New Roman" w:hAnsi="Cambria" w:cs="Times New Roman"/>
      <w:i/>
      <w:iCs/>
      <w:color w:val="404040"/>
      <w:sz w:val="20"/>
      <w:szCs w:val="20"/>
      <w:lang w:val="x-none"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Верхний колонтитул Знак"/>
    <w:basedOn w:val="a2"/>
    <w:link w:val="a6"/>
    <w:uiPriority w:val="99"/>
    <w:qFormat/>
    <w:rsid w:val="008218B8"/>
    <w:rPr>
      <w:rFonts w:ascii="Calibri" w:eastAsia="Calibri" w:hAnsi="Calibri" w:cs="Times New Roman"/>
    </w:rPr>
  </w:style>
  <w:style w:type="character" w:customStyle="1" w:styleId="a7">
    <w:name w:val="Нижний колонтитул Знак"/>
    <w:basedOn w:val="a2"/>
    <w:link w:val="a8"/>
    <w:uiPriority w:val="99"/>
    <w:qFormat/>
    <w:rsid w:val="008218B8"/>
    <w:rPr>
      <w:rFonts w:ascii="Calibri" w:eastAsia="Calibri" w:hAnsi="Calibri" w:cs="Times New Roman"/>
    </w:rPr>
  </w:style>
  <w:style w:type="character" w:customStyle="1" w:styleId="-">
    <w:name w:val="Интернет-ссылка"/>
    <w:basedOn w:val="a2"/>
    <w:uiPriority w:val="99"/>
    <w:unhideWhenUsed/>
    <w:rsid w:val="008218B8"/>
    <w:rPr>
      <w:color w:val="0000FF" w:themeColor="hyperlink"/>
      <w:u w:val="single"/>
    </w:rPr>
  </w:style>
  <w:style w:type="character" w:customStyle="1" w:styleId="10">
    <w:name w:val="Заголовок 1 Знак"/>
    <w:basedOn w:val="a2"/>
    <w:link w:val="1"/>
    <w:uiPriority w:val="9"/>
    <w:qFormat/>
    <w:rsid w:val="008218B8"/>
    <w:rPr>
      <w:rFonts w:ascii="Cambria" w:eastAsia="Times New Roman" w:hAnsi="Cambria" w:cs="Times New Roman"/>
      <w:b/>
      <w:bCs/>
      <w:color w:val="365F91"/>
      <w:sz w:val="28"/>
      <w:szCs w:val="28"/>
      <w:lang w:val="x-none" w:eastAsia="ar-SA"/>
    </w:rPr>
  </w:style>
  <w:style w:type="character" w:customStyle="1" w:styleId="22">
    <w:name w:val="Заголовок 2 Знак"/>
    <w:basedOn w:val="a2"/>
    <w:link w:val="21"/>
    <w:uiPriority w:val="9"/>
    <w:qFormat/>
    <w:rsid w:val="008218B8"/>
    <w:rPr>
      <w:rFonts w:ascii="Times New Roman" w:eastAsia="Times New Roman" w:hAnsi="Times New Roman" w:cs="Times New Roman"/>
      <w:b/>
      <w:bCs/>
      <w:sz w:val="36"/>
      <w:szCs w:val="36"/>
      <w:lang w:val="x-none" w:eastAsia="x-none"/>
    </w:rPr>
  </w:style>
  <w:style w:type="character" w:customStyle="1" w:styleId="32">
    <w:name w:val="Заголовок 3 Знак"/>
    <w:basedOn w:val="a2"/>
    <w:link w:val="31"/>
    <w:uiPriority w:val="9"/>
    <w:qFormat/>
    <w:rsid w:val="008218B8"/>
    <w:rPr>
      <w:rFonts w:ascii="Cambria" w:eastAsia="Times New Roman" w:hAnsi="Cambria" w:cs="Times New Roman"/>
      <w:b/>
      <w:bCs/>
      <w:color w:val="4F81BD"/>
      <w:sz w:val="20"/>
      <w:szCs w:val="20"/>
      <w:lang w:val="x-none" w:eastAsia="ar-SA"/>
    </w:rPr>
  </w:style>
  <w:style w:type="character" w:customStyle="1" w:styleId="40">
    <w:name w:val="Заголовок 4 Знак"/>
    <w:basedOn w:val="a2"/>
    <w:link w:val="4"/>
    <w:uiPriority w:val="9"/>
    <w:qFormat/>
    <w:rsid w:val="008218B8"/>
    <w:rPr>
      <w:rFonts w:ascii="Cambria" w:eastAsia="Times New Roman" w:hAnsi="Cambria" w:cs="Times New Roman"/>
      <w:b/>
      <w:bCs/>
      <w:i/>
      <w:iCs/>
      <w:color w:val="4F81BD"/>
      <w:sz w:val="20"/>
      <w:szCs w:val="20"/>
      <w:lang w:val="x-none" w:eastAsia="ar-SA"/>
    </w:rPr>
  </w:style>
  <w:style w:type="character" w:customStyle="1" w:styleId="50">
    <w:name w:val="Заголовок 5 Знак"/>
    <w:basedOn w:val="a2"/>
    <w:link w:val="5"/>
    <w:uiPriority w:val="9"/>
    <w:qFormat/>
    <w:rsid w:val="008218B8"/>
    <w:rPr>
      <w:rFonts w:ascii="Cambria" w:eastAsia="Times New Roman" w:hAnsi="Cambria" w:cs="Times New Roman"/>
      <w:color w:val="243F60"/>
      <w:sz w:val="20"/>
      <w:szCs w:val="20"/>
      <w:lang w:val="x-none" w:eastAsia="ar-SA"/>
    </w:rPr>
  </w:style>
  <w:style w:type="character" w:customStyle="1" w:styleId="60">
    <w:name w:val="Заголовок 6 Знак"/>
    <w:basedOn w:val="a2"/>
    <w:link w:val="6"/>
    <w:uiPriority w:val="9"/>
    <w:qFormat/>
    <w:rsid w:val="008218B8"/>
    <w:rPr>
      <w:rFonts w:ascii="Cambria" w:eastAsia="Times New Roman" w:hAnsi="Cambria" w:cs="Times New Roman"/>
      <w:i/>
      <w:iCs/>
      <w:color w:val="243F60"/>
      <w:sz w:val="20"/>
      <w:szCs w:val="20"/>
      <w:lang w:val="x-none" w:eastAsia="ar-SA"/>
    </w:rPr>
  </w:style>
  <w:style w:type="character" w:customStyle="1" w:styleId="70">
    <w:name w:val="Заголовок 7 Знак"/>
    <w:basedOn w:val="a2"/>
    <w:link w:val="7"/>
    <w:uiPriority w:val="9"/>
    <w:qFormat/>
    <w:rsid w:val="008218B8"/>
    <w:rPr>
      <w:rFonts w:ascii="Cambria" w:eastAsia="Times New Roman" w:hAnsi="Cambria" w:cs="Times New Roman"/>
      <w:i/>
      <w:iCs/>
      <w:color w:val="404040"/>
      <w:sz w:val="20"/>
      <w:szCs w:val="20"/>
      <w:lang w:val="x-none" w:eastAsia="ar-SA"/>
    </w:rPr>
  </w:style>
  <w:style w:type="character" w:customStyle="1" w:styleId="80">
    <w:name w:val="Заголовок 8 Знак"/>
    <w:basedOn w:val="a2"/>
    <w:link w:val="8"/>
    <w:uiPriority w:val="9"/>
    <w:qFormat/>
    <w:rsid w:val="008218B8"/>
    <w:rPr>
      <w:rFonts w:ascii="Cambria" w:eastAsia="Times New Roman" w:hAnsi="Cambria" w:cs="Times New Roman"/>
      <w:color w:val="404040"/>
      <w:sz w:val="20"/>
      <w:szCs w:val="20"/>
      <w:lang w:val="x-none" w:eastAsia="ar-SA"/>
    </w:rPr>
  </w:style>
  <w:style w:type="character" w:customStyle="1" w:styleId="90">
    <w:name w:val="Заголовок 9 Знак"/>
    <w:basedOn w:val="a2"/>
    <w:link w:val="9"/>
    <w:uiPriority w:val="9"/>
    <w:qFormat/>
    <w:rsid w:val="008218B8"/>
    <w:rPr>
      <w:rFonts w:ascii="Cambria" w:eastAsia="Times New Roman" w:hAnsi="Cambria" w:cs="Times New Roman"/>
      <w:i/>
      <w:iCs/>
      <w:color w:val="404040"/>
      <w:sz w:val="20"/>
      <w:szCs w:val="20"/>
      <w:lang w:val="x-none" w:eastAsia="ar-SA"/>
    </w:rPr>
  </w:style>
  <w:style w:type="character" w:customStyle="1" w:styleId="a9">
    <w:name w:val="Название Знак"/>
    <w:basedOn w:val="a2"/>
    <w:link w:val="aa"/>
    <w:uiPriority w:val="10"/>
    <w:qFormat/>
    <w:rsid w:val="008218B8"/>
    <w:rPr>
      <w:rFonts w:ascii="Times New Roman" w:eastAsia="Times New Roman" w:hAnsi="Times New Roman" w:cs="Times New Roman"/>
      <w:b/>
      <w:bCs/>
      <w:sz w:val="24"/>
      <w:szCs w:val="24"/>
      <w:lang w:val="x-none" w:eastAsia="ru-RU"/>
    </w:rPr>
  </w:style>
  <w:style w:type="character" w:customStyle="1" w:styleId="WW8Num1z0">
    <w:name w:val="WW8Num1z0"/>
    <w:qFormat/>
    <w:rsid w:val="008218B8"/>
    <w:rPr>
      <w:rFonts w:ascii="Symbol" w:hAnsi="Symbol" w:cs="OpenSymbol"/>
    </w:rPr>
  </w:style>
  <w:style w:type="character" w:customStyle="1" w:styleId="WW8Num1z1">
    <w:name w:val="WW8Num1z1"/>
    <w:qFormat/>
    <w:rsid w:val="008218B8"/>
    <w:rPr>
      <w:rFonts w:ascii="OpenSymbol" w:hAnsi="OpenSymbol" w:cs="OpenSymbol"/>
    </w:rPr>
  </w:style>
  <w:style w:type="character" w:customStyle="1" w:styleId="WW8Num3z0">
    <w:name w:val="WW8Num3z0"/>
    <w:qFormat/>
    <w:rsid w:val="008218B8"/>
    <w:rPr>
      <w:rFonts w:ascii="Symbol" w:hAnsi="Symbol" w:cs="OpenSymbol"/>
    </w:rPr>
  </w:style>
  <w:style w:type="character" w:customStyle="1" w:styleId="WW8Num3z1">
    <w:name w:val="WW8Num3z1"/>
    <w:qFormat/>
    <w:rsid w:val="008218B8"/>
    <w:rPr>
      <w:rFonts w:ascii="OpenSymbol" w:hAnsi="OpenSymbol" w:cs="OpenSymbol"/>
    </w:rPr>
  </w:style>
  <w:style w:type="character" w:customStyle="1" w:styleId="WW8Num4z0">
    <w:name w:val="WW8Num4z0"/>
    <w:qFormat/>
    <w:rsid w:val="008218B8"/>
    <w:rPr>
      <w:rFonts w:ascii="Symbol" w:hAnsi="Symbol" w:cs="OpenSymbol"/>
    </w:rPr>
  </w:style>
  <w:style w:type="character" w:customStyle="1" w:styleId="WW8Num4z1">
    <w:name w:val="WW8Num4z1"/>
    <w:qFormat/>
    <w:rsid w:val="008218B8"/>
    <w:rPr>
      <w:rFonts w:ascii="OpenSymbol" w:hAnsi="OpenSymbol" w:cs="OpenSymbol"/>
    </w:rPr>
  </w:style>
  <w:style w:type="character" w:customStyle="1" w:styleId="WW8Num5z0">
    <w:name w:val="WW8Num5z0"/>
    <w:qFormat/>
    <w:rsid w:val="008218B8"/>
    <w:rPr>
      <w:rFonts w:ascii="Symbol" w:hAnsi="Symbol" w:cs="OpenSymbol"/>
    </w:rPr>
  </w:style>
  <w:style w:type="character" w:customStyle="1" w:styleId="WW8Num5z1">
    <w:name w:val="WW8Num5z1"/>
    <w:qFormat/>
    <w:rsid w:val="008218B8"/>
    <w:rPr>
      <w:rFonts w:ascii="OpenSymbol" w:hAnsi="OpenSymbol" w:cs="OpenSymbol"/>
    </w:rPr>
  </w:style>
  <w:style w:type="character" w:customStyle="1" w:styleId="WW8Num8z0">
    <w:name w:val="WW8Num8z0"/>
    <w:qFormat/>
    <w:rsid w:val="008218B8"/>
    <w:rPr>
      <w:rFonts w:ascii="Symbol" w:hAnsi="Symbol"/>
    </w:rPr>
  </w:style>
  <w:style w:type="character" w:customStyle="1" w:styleId="WW8Num8z1">
    <w:name w:val="WW8Num8z1"/>
    <w:qFormat/>
    <w:rsid w:val="008218B8"/>
    <w:rPr>
      <w:rFonts w:ascii="Courier New" w:hAnsi="Courier New" w:cs="Courier New"/>
    </w:rPr>
  </w:style>
  <w:style w:type="character" w:customStyle="1" w:styleId="WW8Num8z2">
    <w:name w:val="WW8Num8z2"/>
    <w:qFormat/>
    <w:rsid w:val="008218B8"/>
    <w:rPr>
      <w:rFonts w:ascii="Wingdings" w:hAnsi="Wingdings"/>
    </w:rPr>
  </w:style>
  <w:style w:type="character" w:customStyle="1" w:styleId="WW8Num9z0">
    <w:name w:val="WW8Num9z0"/>
    <w:qFormat/>
    <w:rsid w:val="008218B8"/>
    <w:rPr>
      <w:rFonts w:ascii="Symbol" w:hAnsi="Symbol"/>
    </w:rPr>
  </w:style>
  <w:style w:type="character" w:customStyle="1" w:styleId="WW8Num9z1">
    <w:name w:val="WW8Num9z1"/>
    <w:qFormat/>
    <w:rsid w:val="008218B8"/>
    <w:rPr>
      <w:rFonts w:ascii="Courier New" w:hAnsi="Courier New" w:cs="Courier New"/>
    </w:rPr>
  </w:style>
  <w:style w:type="character" w:customStyle="1" w:styleId="WW8Num9z2">
    <w:name w:val="WW8Num9z2"/>
    <w:qFormat/>
    <w:rsid w:val="008218B8"/>
    <w:rPr>
      <w:rFonts w:ascii="Wingdings" w:hAnsi="Wingdings"/>
    </w:rPr>
  </w:style>
  <w:style w:type="character" w:customStyle="1" w:styleId="WW8Num10z0">
    <w:name w:val="WW8Num10z0"/>
    <w:qFormat/>
    <w:rsid w:val="008218B8"/>
    <w:rPr>
      <w:rFonts w:ascii="Symbol" w:hAnsi="Symbol"/>
    </w:rPr>
  </w:style>
  <w:style w:type="character" w:customStyle="1" w:styleId="WW8Num10z1">
    <w:name w:val="WW8Num10z1"/>
    <w:qFormat/>
    <w:rsid w:val="008218B8"/>
    <w:rPr>
      <w:rFonts w:ascii="Courier New" w:hAnsi="Courier New" w:cs="Courier New"/>
    </w:rPr>
  </w:style>
  <w:style w:type="character" w:customStyle="1" w:styleId="WW8Num10z2">
    <w:name w:val="WW8Num10z2"/>
    <w:qFormat/>
    <w:rsid w:val="008218B8"/>
    <w:rPr>
      <w:rFonts w:ascii="Wingdings" w:hAnsi="Wingdings"/>
    </w:rPr>
  </w:style>
  <w:style w:type="character" w:customStyle="1" w:styleId="WW8Num11z0">
    <w:name w:val="WW8Num11z0"/>
    <w:qFormat/>
    <w:rsid w:val="008218B8"/>
    <w:rPr>
      <w:rFonts w:ascii="Symbol" w:hAnsi="Symbol"/>
    </w:rPr>
  </w:style>
  <w:style w:type="character" w:customStyle="1" w:styleId="WW8Num11z1">
    <w:name w:val="WW8Num11z1"/>
    <w:qFormat/>
    <w:rsid w:val="008218B8"/>
    <w:rPr>
      <w:rFonts w:ascii="Courier New" w:hAnsi="Courier New" w:cs="Courier New"/>
    </w:rPr>
  </w:style>
  <w:style w:type="character" w:customStyle="1" w:styleId="WW8Num11z2">
    <w:name w:val="WW8Num11z2"/>
    <w:qFormat/>
    <w:rsid w:val="008218B8"/>
    <w:rPr>
      <w:rFonts w:ascii="Wingdings" w:hAnsi="Wingdings"/>
    </w:rPr>
  </w:style>
  <w:style w:type="character" w:customStyle="1" w:styleId="WW8Num13z0">
    <w:name w:val="WW8Num13z0"/>
    <w:qFormat/>
    <w:rsid w:val="008218B8"/>
    <w:rPr>
      <w:rFonts w:ascii="Symbol" w:hAnsi="Symbol"/>
    </w:rPr>
  </w:style>
  <w:style w:type="character" w:customStyle="1" w:styleId="WW8Num13z1">
    <w:name w:val="WW8Num13z1"/>
    <w:qFormat/>
    <w:rsid w:val="008218B8"/>
    <w:rPr>
      <w:rFonts w:ascii="Courier New" w:hAnsi="Courier New" w:cs="Courier New"/>
    </w:rPr>
  </w:style>
  <w:style w:type="character" w:customStyle="1" w:styleId="WW8Num13z2">
    <w:name w:val="WW8Num13z2"/>
    <w:qFormat/>
    <w:rsid w:val="008218B8"/>
    <w:rPr>
      <w:rFonts w:ascii="Wingdings" w:hAnsi="Wingdings"/>
    </w:rPr>
  </w:style>
  <w:style w:type="character" w:customStyle="1" w:styleId="WW8Num14z0">
    <w:name w:val="WW8Num14z0"/>
    <w:qFormat/>
    <w:rsid w:val="008218B8"/>
    <w:rPr>
      <w:rFonts w:ascii="Symbol" w:hAnsi="Symbol"/>
    </w:rPr>
  </w:style>
  <w:style w:type="character" w:customStyle="1" w:styleId="WW8Num14z1">
    <w:name w:val="WW8Num14z1"/>
    <w:qFormat/>
    <w:rsid w:val="008218B8"/>
    <w:rPr>
      <w:rFonts w:ascii="Courier New" w:hAnsi="Courier New" w:cs="Courier New"/>
    </w:rPr>
  </w:style>
  <w:style w:type="character" w:customStyle="1" w:styleId="WW8Num14z2">
    <w:name w:val="WW8Num14z2"/>
    <w:qFormat/>
    <w:rsid w:val="008218B8"/>
    <w:rPr>
      <w:rFonts w:ascii="Wingdings" w:hAnsi="Wingdings"/>
    </w:rPr>
  </w:style>
  <w:style w:type="character" w:customStyle="1" w:styleId="WW8Num17z0">
    <w:name w:val="WW8Num17z0"/>
    <w:qFormat/>
    <w:rsid w:val="008218B8"/>
    <w:rPr>
      <w:rFonts w:ascii="Symbol" w:hAnsi="Symbol"/>
    </w:rPr>
  </w:style>
  <w:style w:type="character" w:customStyle="1" w:styleId="WW8Num17z1">
    <w:name w:val="WW8Num17z1"/>
    <w:qFormat/>
    <w:rsid w:val="008218B8"/>
    <w:rPr>
      <w:rFonts w:ascii="Courier New" w:hAnsi="Courier New" w:cs="Courier New"/>
    </w:rPr>
  </w:style>
  <w:style w:type="character" w:customStyle="1" w:styleId="WW8Num17z2">
    <w:name w:val="WW8Num17z2"/>
    <w:qFormat/>
    <w:rsid w:val="008218B8"/>
    <w:rPr>
      <w:rFonts w:ascii="Wingdings" w:hAnsi="Wingdings"/>
    </w:rPr>
  </w:style>
  <w:style w:type="character" w:customStyle="1" w:styleId="WW8Num18z0">
    <w:name w:val="WW8Num18z0"/>
    <w:qFormat/>
    <w:rsid w:val="008218B8"/>
    <w:rPr>
      <w:rFonts w:ascii="Symbol" w:hAnsi="Symbol"/>
    </w:rPr>
  </w:style>
  <w:style w:type="character" w:customStyle="1" w:styleId="WW8Num18z1">
    <w:name w:val="WW8Num18z1"/>
    <w:qFormat/>
    <w:rsid w:val="008218B8"/>
    <w:rPr>
      <w:rFonts w:ascii="Courier New" w:hAnsi="Courier New" w:cs="Courier New"/>
    </w:rPr>
  </w:style>
  <w:style w:type="character" w:customStyle="1" w:styleId="WW8Num18z2">
    <w:name w:val="WW8Num18z2"/>
    <w:qFormat/>
    <w:rsid w:val="008218B8"/>
    <w:rPr>
      <w:rFonts w:ascii="Wingdings" w:hAnsi="Wingdings"/>
    </w:rPr>
  </w:style>
  <w:style w:type="character" w:customStyle="1" w:styleId="WW8Num20z0">
    <w:name w:val="WW8Num20z0"/>
    <w:qFormat/>
    <w:rsid w:val="008218B8"/>
    <w:rPr>
      <w:rFonts w:ascii="Symbol" w:hAnsi="Symbol"/>
    </w:rPr>
  </w:style>
  <w:style w:type="character" w:customStyle="1" w:styleId="WW8Num20z1">
    <w:name w:val="WW8Num20z1"/>
    <w:qFormat/>
    <w:rsid w:val="008218B8"/>
    <w:rPr>
      <w:rFonts w:ascii="Courier New" w:hAnsi="Courier New" w:cs="Courier New"/>
    </w:rPr>
  </w:style>
  <w:style w:type="character" w:customStyle="1" w:styleId="WW8Num20z2">
    <w:name w:val="WW8Num20z2"/>
    <w:qFormat/>
    <w:rsid w:val="008218B8"/>
    <w:rPr>
      <w:rFonts w:ascii="Wingdings" w:hAnsi="Wingdings"/>
    </w:rPr>
  </w:style>
  <w:style w:type="character" w:customStyle="1" w:styleId="WW8Num22z0">
    <w:name w:val="WW8Num22z0"/>
    <w:qFormat/>
    <w:rsid w:val="008218B8"/>
    <w:rPr>
      <w:rFonts w:ascii="Symbol" w:hAnsi="Symbol"/>
    </w:rPr>
  </w:style>
  <w:style w:type="character" w:customStyle="1" w:styleId="WW8Num22z1">
    <w:name w:val="WW8Num22z1"/>
    <w:qFormat/>
    <w:rsid w:val="008218B8"/>
    <w:rPr>
      <w:rFonts w:ascii="Courier New" w:hAnsi="Courier New" w:cs="Courier New"/>
    </w:rPr>
  </w:style>
  <w:style w:type="character" w:customStyle="1" w:styleId="WW8Num22z2">
    <w:name w:val="WW8Num22z2"/>
    <w:qFormat/>
    <w:rsid w:val="008218B8"/>
    <w:rPr>
      <w:rFonts w:ascii="Wingdings" w:hAnsi="Wingdings"/>
    </w:rPr>
  </w:style>
  <w:style w:type="character" w:customStyle="1" w:styleId="WW8Num24z0">
    <w:name w:val="WW8Num24z0"/>
    <w:qFormat/>
    <w:rsid w:val="008218B8"/>
    <w:rPr>
      <w:rFonts w:ascii="Symbol" w:hAnsi="Symbol"/>
    </w:rPr>
  </w:style>
  <w:style w:type="character" w:customStyle="1" w:styleId="WW8Num24z1">
    <w:name w:val="WW8Num24z1"/>
    <w:qFormat/>
    <w:rsid w:val="008218B8"/>
    <w:rPr>
      <w:rFonts w:ascii="Courier New" w:hAnsi="Courier New" w:cs="Courier New"/>
    </w:rPr>
  </w:style>
  <w:style w:type="character" w:customStyle="1" w:styleId="WW8Num24z2">
    <w:name w:val="WW8Num24z2"/>
    <w:qFormat/>
    <w:rsid w:val="008218B8"/>
    <w:rPr>
      <w:rFonts w:ascii="Wingdings" w:hAnsi="Wingdings"/>
    </w:rPr>
  </w:style>
  <w:style w:type="character" w:customStyle="1" w:styleId="WW8Num25z0">
    <w:name w:val="WW8Num25z0"/>
    <w:qFormat/>
    <w:rsid w:val="008218B8"/>
    <w:rPr>
      <w:rFonts w:ascii="Symbol" w:hAnsi="Symbol"/>
    </w:rPr>
  </w:style>
  <w:style w:type="character" w:customStyle="1" w:styleId="WW8Num25z1">
    <w:name w:val="WW8Num25z1"/>
    <w:qFormat/>
    <w:rsid w:val="008218B8"/>
    <w:rPr>
      <w:rFonts w:ascii="Courier New" w:hAnsi="Courier New" w:cs="Courier New"/>
    </w:rPr>
  </w:style>
  <w:style w:type="character" w:customStyle="1" w:styleId="WW8Num25z2">
    <w:name w:val="WW8Num25z2"/>
    <w:qFormat/>
    <w:rsid w:val="008218B8"/>
    <w:rPr>
      <w:rFonts w:ascii="Wingdings" w:hAnsi="Wingdings"/>
    </w:rPr>
  </w:style>
  <w:style w:type="character" w:customStyle="1" w:styleId="WW8Num27z0">
    <w:name w:val="WW8Num27z0"/>
    <w:qFormat/>
    <w:rsid w:val="008218B8"/>
    <w:rPr>
      <w:rFonts w:ascii="Symbol" w:hAnsi="Symbol"/>
    </w:rPr>
  </w:style>
  <w:style w:type="character" w:customStyle="1" w:styleId="WW8Num27z1">
    <w:name w:val="WW8Num27z1"/>
    <w:qFormat/>
    <w:rsid w:val="008218B8"/>
    <w:rPr>
      <w:rFonts w:ascii="Courier New" w:hAnsi="Courier New" w:cs="Courier New"/>
    </w:rPr>
  </w:style>
  <w:style w:type="character" w:customStyle="1" w:styleId="WW8Num27z2">
    <w:name w:val="WW8Num27z2"/>
    <w:qFormat/>
    <w:rsid w:val="008218B8"/>
    <w:rPr>
      <w:rFonts w:ascii="Wingdings" w:hAnsi="Wingdings"/>
    </w:rPr>
  </w:style>
  <w:style w:type="character" w:customStyle="1" w:styleId="WW8Num28z0">
    <w:name w:val="WW8Num28z0"/>
    <w:qFormat/>
    <w:rsid w:val="008218B8"/>
    <w:rPr>
      <w:rFonts w:ascii="Symbol" w:hAnsi="Symbol"/>
    </w:rPr>
  </w:style>
  <w:style w:type="character" w:customStyle="1" w:styleId="WW8Num28z1">
    <w:name w:val="WW8Num28z1"/>
    <w:qFormat/>
    <w:rsid w:val="008218B8"/>
    <w:rPr>
      <w:rFonts w:ascii="Courier New" w:hAnsi="Courier New" w:cs="Courier New"/>
    </w:rPr>
  </w:style>
  <w:style w:type="character" w:customStyle="1" w:styleId="WW8Num28z2">
    <w:name w:val="WW8Num28z2"/>
    <w:qFormat/>
    <w:rsid w:val="008218B8"/>
    <w:rPr>
      <w:rFonts w:ascii="Wingdings" w:hAnsi="Wingdings"/>
    </w:rPr>
  </w:style>
  <w:style w:type="character" w:customStyle="1" w:styleId="WW8Num30z0">
    <w:name w:val="WW8Num30z0"/>
    <w:qFormat/>
    <w:rsid w:val="008218B8"/>
    <w:rPr>
      <w:rFonts w:ascii="Symbol" w:hAnsi="Symbol"/>
    </w:rPr>
  </w:style>
  <w:style w:type="character" w:customStyle="1" w:styleId="WW8Num30z1">
    <w:name w:val="WW8Num30z1"/>
    <w:qFormat/>
    <w:rsid w:val="008218B8"/>
    <w:rPr>
      <w:rFonts w:ascii="Courier New" w:hAnsi="Courier New" w:cs="Courier New"/>
    </w:rPr>
  </w:style>
  <w:style w:type="character" w:customStyle="1" w:styleId="WW8Num30z2">
    <w:name w:val="WW8Num30z2"/>
    <w:qFormat/>
    <w:rsid w:val="008218B8"/>
    <w:rPr>
      <w:rFonts w:ascii="Wingdings" w:hAnsi="Wingdings"/>
    </w:rPr>
  </w:style>
  <w:style w:type="character" w:customStyle="1" w:styleId="WW8Num32z0">
    <w:name w:val="WW8Num32z0"/>
    <w:qFormat/>
    <w:rsid w:val="008218B8"/>
    <w:rPr>
      <w:rFonts w:ascii="Symbol" w:hAnsi="Symbol"/>
    </w:rPr>
  </w:style>
  <w:style w:type="character" w:customStyle="1" w:styleId="WW8Num32z1">
    <w:name w:val="WW8Num32z1"/>
    <w:qFormat/>
    <w:rsid w:val="008218B8"/>
    <w:rPr>
      <w:rFonts w:ascii="Courier New" w:hAnsi="Courier New" w:cs="Courier New"/>
    </w:rPr>
  </w:style>
  <w:style w:type="character" w:customStyle="1" w:styleId="WW8Num32z2">
    <w:name w:val="WW8Num32z2"/>
    <w:qFormat/>
    <w:rsid w:val="008218B8"/>
    <w:rPr>
      <w:rFonts w:ascii="Wingdings" w:hAnsi="Wingdings"/>
    </w:rPr>
  </w:style>
  <w:style w:type="character" w:customStyle="1" w:styleId="WW8Num33z0">
    <w:name w:val="WW8Num33z0"/>
    <w:qFormat/>
    <w:rsid w:val="008218B8"/>
    <w:rPr>
      <w:rFonts w:ascii="Symbol" w:hAnsi="Symbol"/>
    </w:rPr>
  </w:style>
  <w:style w:type="character" w:customStyle="1" w:styleId="WW8Num33z1">
    <w:name w:val="WW8Num33z1"/>
    <w:qFormat/>
    <w:rsid w:val="008218B8"/>
    <w:rPr>
      <w:rFonts w:ascii="Courier New" w:hAnsi="Courier New" w:cs="Courier New"/>
    </w:rPr>
  </w:style>
  <w:style w:type="character" w:customStyle="1" w:styleId="WW8Num33z2">
    <w:name w:val="WW8Num33z2"/>
    <w:qFormat/>
    <w:rsid w:val="008218B8"/>
    <w:rPr>
      <w:rFonts w:ascii="Wingdings" w:hAnsi="Wingdings"/>
    </w:rPr>
  </w:style>
  <w:style w:type="character" w:customStyle="1" w:styleId="WW8Num34z1">
    <w:name w:val="WW8Num34z1"/>
    <w:qFormat/>
    <w:rsid w:val="008218B8"/>
    <w:rPr>
      <w:rFonts w:ascii="Courier New" w:hAnsi="Courier New" w:cs="Courier New"/>
    </w:rPr>
  </w:style>
  <w:style w:type="character" w:customStyle="1" w:styleId="WW8Num34z2">
    <w:name w:val="WW8Num34z2"/>
    <w:qFormat/>
    <w:rsid w:val="008218B8"/>
    <w:rPr>
      <w:rFonts w:ascii="Wingdings" w:hAnsi="Wingdings"/>
    </w:rPr>
  </w:style>
  <w:style w:type="character" w:customStyle="1" w:styleId="WW8Num34z3">
    <w:name w:val="WW8Num34z3"/>
    <w:qFormat/>
    <w:rsid w:val="008218B8"/>
    <w:rPr>
      <w:rFonts w:ascii="Symbol" w:hAnsi="Symbol"/>
    </w:rPr>
  </w:style>
  <w:style w:type="character" w:customStyle="1" w:styleId="WW8Num35z0">
    <w:name w:val="WW8Num35z0"/>
    <w:qFormat/>
    <w:rsid w:val="008218B8"/>
    <w:rPr>
      <w:rFonts w:ascii="Symbol" w:hAnsi="Symbol"/>
    </w:rPr>
  </w:style>
  <w:style w:type="character" w:customStyle="1" w:styleId="WW8Num35z1">
    <w:name w:val="WW8Num35z1"/>
    <w:qFormat/>
    <w:rsid w:val="008218B8"/>
    <w:rPr>
      <w:rFonts w:ascii="Courier New" w:hAnsi="Courier New" w:cs="Courier New"/>
    </w:rPr>
  </w:style>
  <w:style w:type="character" w:customStyle="1" w:styleId="WW8Num35z2">
    <w:name w:val="WW8Num35z2"/>
    <w:qFormat/>
    <w:rsid w:val="008218B8"/>
    <w:rPr>
      <w:rFonts w:ascii="Wingdings" w:hAnsi="Wingdings"/>
    </w:rPr>
  </w:style>
  <w:style w:type="character" w:customStyle="1" w:styleId="WW8Num37z0">
    <w:name w:val="WW8Num37z0"/>
    <w:qFormat/>
    <w:rsid w:val="008218B8"/>
    <w:rPr>
      <w:rFonts w:ascii="Symbol" w:hAnsi="Symbol"/>
    </w:rPr>
  </w:style>
  <w:style w:type="character" w:customStyle="1" w:styleId="WW8Num37z1">
    <w:name w:val="WW8Num37z1"/>
    <w:qFormat/>
    <w:rsid w:val="008218B8"/>
    <w:rPr>
      <w:rFonts w:ascii="Courier New" w:hAnsi="Courier New" w:cs="Courier New"/>
    </w:rPr>
  </w:style>
  <w:style w:type="character" w:customStyle="1" w:styleId="WW8Num37z2">
    <w:name w:val="WW8Num37z2"/>
    <w:qFormat/>
    <w:rsid w:val="008218B8"/>
    <w:rPr>
      <w:rFonts w:ascii="Wingdings" w:hAnsi="Wingdings"/>
    </w:rPr>
  </w:style>
  <w:style w:type="character" w:customStyle="1" w:styleId="WW8Num38z0">
    <w:name w:val="WW8Num38z0"/>
    <w:qFormat/>
    <w:rsid w:val="008218B8"/>
    <w:rPr>
      <w:rFonts w:ascii="Symbol" w:hAnsi="Symbol"/>
    </w:rPr>
  </w:style>
  <w:style w:type="character" w:customStyle="1" w:styleId="WW8Num38z1">
    <w:name w:val="WW8Num38z1"/>
    <w:qFormat/>
    <w:rsid w:val="008218B8"/>
    <w:rPr>
      <w:rFonts w:ascii="Courier New" w:hAnsi="Courier New" w:cs="Courier New"/>
    </w:rPr>
  </w:style>
  <w:style w:type="character" w:customStyle="1" w:styleId="WW8Num38z2">
    <w:name w:val="WW8Num38z2"/>
    <w:qFormat/>
    <w:rsid w:val="008218B8"/>
    <w:rPr>
      <w:rFonts w:ascii="Wingdings" w:hAnsi="Wingdings"/>
    </w:rPr>
  </w:style>
  <w:style w:type="character" w:customStyle="1" w:styleId="WW8Num40z0">
    <w:name w:val="WW8Num40z0"/>
    <w:qFormat/>
    <w:rsid w:val="008218B8"/>
    <w:rPr>
      <w:rFonts w:ascii="Symbol" w:hAnsi="Symbol"/>
    </w:rPr>
  </w:style>
  <w:style w:type="character" w:customStyle="1" w:styleId="WW8Num40z1">
    <w:name w:val="WW8Num40z1"/>
    <w:qFormat/>
    <w:rsid w:val="008218B8"/>
    <w:rPr>
      <w:rFonts w:ascii="Courier New" w:hAnsi="Courier New" w:cs="Courier New"/>
    </w:rPr>
  </w:style>
  <w:style w:type="character" w:customStyle="1" w:styleId="WW8Num40z2">
    <w:name w:val="WW8Num40z2"/>
    <w:qFormat/>
    <w:rsid w:val="008218B8"/>
    <w:rPr>
      <w:rFonts w:ascii="Wingdings" w:hAnsi="Wingdings"/>
    </w:rPr>
  </w:style>
  <w:style w:type="character" w:customStyle="1" w:styleId="WW8Num41z0">
    <w:name w:val="WW8Num41z0"/>
    <w:qFormat/>
    <w:rsid w:val="008218B8"/>
    <w:rPr>
      <w:rFonts w:ascii="Symbol" w:hAnsi="Symbol"/>
    </w:rPr>
  </w:style>
  <w:style w:type="character" w:customStyle="1" w:styleId="WW8Num41z1">
    <w:name w:val="WW8Num41z1"/>
    <w:qFormat/>
    <w:rsid w:val="008218B8"/>
    <w:rPr>
      <w:rFonts w:ascii="Courier New" w:hAnsi="Courier New" w:cs="Courier New"/>
    </w:rPr>
  </w:style>
  <w:style w:type="character" w:customStyle="1" w:styleId="WW8Num41z2">
    <w:name w:val="WW8Num41z2"/>
    <w:qFormat/>
    <w:rsid w:val="008218B8"/>
    <w:rPr>
      <w:rFonts w:ascii="Wingdings" w:hAnsi="Wingdings"/>
    </w:rPr>
  </w:style>
  <w:style w:type="character" w:customStyle="1" w:styleId="WW8Num42z0">
    <w:name w:val="WW8Num42z0"/>
    <w:qFormat/>
    <w:rsid w:val="008218B8"/>
    <w:rPr>
      <w:rFonts w:ascii="Symbol" w:hAnsi="Symbol"/>
    </w:rPr>
  </w:style>
  <w:style w:type="character" w:customStyle="1" w:styleId="WW8Num42z1">
    <w:name w:val="WW8Num42z1"/>
    <w:qFormat/>
    <w:rsid w:val="008218B8"/>
    <w:rPr>
      <w:rFonts w:ascii="Courier New" w:hAnsi="Courier New" w:cs="Courier New"/>
    </w:rPr>
  </w:style>
  <w:style w:type="character" w:customStyle="1" w:styleId="WW8Num42z2">
    <w:name w:val="WW8Num42z2"/>
    <w:qFormat/>
    <w:rsid w:val="008218B8"/>
    <w:rPr>
      <w:rFonts w:ascii="Wingdings" w:hAnsi="Wingdings"/>
    </w:rPr>
  </w:style>
  <w:style w:type="character" w:customStyle="1" w:styleId="WW8Num43z0">
    <w:name w:val="WW8Num43z0"/>
    <w:qFormat/>
    <w:rsid w:val="008218B8"/>
    <w:rPr>
      <w:rFonts w:ascii="Symbol" w:hAnsi="Symbol"/>
    </w:rPr>
  </w:style>
  <w:style w:type="character" w:customStyle="1" w:styleId="WW8Num43z1">
    <w:name w:val="WW8Num43z1"/>
    <w:qFormat/>
    <w:rsid w:val="008218B8"/>
    <w:rPr>
      <w:rFonts w:ascii="Courier New" w:hAnsi="Courier New" w:cs="Courier New"/>
    </w:rPr>
  </w:style>
  <w:style w:type="character" w:customStyle="1" w:styleId="WW8Num43z2">
    <w:name w:val="WW8Num43z2"/>
    <w:qFormat/>
    <w:rsid w:val="008218B8"/>
    <w:rPr>
      <w:rFonts w:ascii="Wingdings" w:hAnsi="Wingdings"/>
    </w:rPr>
  </w:style>
  <w:style w:type="character" w:customStyle="1" w:styleId="WW8Num44z0">
    <w:name w:val="WW8Num44z0"/>
    <w:qFormat/>
    <w:rsid w:val="008218B8"/>
    <w:rPr>
      <w:rFonts w:ascii="Symbol" w:hAnsi="Symbol"/>
    </w:rPr>
  </w:style>
  <w:style w:type="character" w:customStyle="1" w:styleId="WW8Num44z1">
    <w:name w:val="WW8Num44z1"/>
    <w:qFormat/>
    <w:rsid w:val="008218B8"/>
    <w:rPr>
      <w:rFonts w:ascii="Courier New" w:hAnsi="Courier New" w:cs="Courier New"/>
    </w:rPr>
  </w:style>
  <w:style w:type="character" w:customStyle="1" w:styleId="WW8Num44z2">
    <w:name w:val="WW8Num44z2"/>
    <w:qFormat/>
    <w:rsid w:val="008218B8"/>
    <w:rPr>
      <w:rFonts w:ascii="Wingdings" w:hAnsi="Wingdings"/>
    </w:rPr>
  </w:style>
  <w:style w:type="character" w:customStyle="1" w:styleId="WW8Num45z0">
    <w:name w:val="WW8Num45z0"/>
    <w:qFormat/>
    <w:rsid w:val="008218B8"/>
    <w:rPr>
      <w:rFonts w:ascii="Symbol" w:hAnsi="Symbol"/>
    </w:rPr>
  </w:style>
  <w:style w:type="character" w:customStyle="1" w:styleId="WW8Num45z1">
    <w:name w:val="WW8Num45z1"/>
    <w:qFormat/>
    <w:rsid w:val="008218B8"/>
    <w:rPr>
      <w:rFonts w:ascii="Courier New" w:hAnsi="Courier New" w:cs="Courier New"/>
    </w:rPr>
  </w:style>
  <w:style w:type="character" w:customStyle="1" w:styleId="WW8Num45z2">
    <w:name w:val="WW8Num45z2"/>
    <w:qFormat/>
    <w:rsid w:val="008218B8"/>
    <w:rPr>
      <w:rFonts w:ascii="Wingdings" w:hAnsi="Wingdings"/>
    </w:rPr>
  </w:style>
  <w:style w:type="character" w:customStyle="1" w:styleId="WW8Num46z0">
    <w:name w:val="WW8Num46z0"/>
    <w:qFormat/>
    <w:rsid w:val="008218B8"/>
    <w:rPr>
      <w:rFonts w:ascii="Symbol" w:hAnsi="Symbol"/>
    </w:rPr>
  </w:style>
  <w:style w:type="character" w:customStyle="1" w:styleId="WW8Num46z1">
    <w:name w:val="WW8Num46z1"/>
    <w:qFormat/>
    <w:rsid w:val="008218B8"/>
    <w:rPr>
      <w:rFonts w:ascii="Courier New" w:hAnsi="Courier New" w:cs="Courier New"/>
    </w:rPr>
  </w:style>
  <w:style w:type="character" w:customStyle="1" w:styleId="WW8Num46z2">
    <w:name w:val="WW8Num46z2"/>
    <w:qFormat/>
    <w:rsid w:val="008218B8"/>
    <w:rPr>
      <w:rFonts w:ascii="Wingdings" w:hAnsi="Wingdings"/>
    </w:rPr>
  </w:style>
  <w:style w:type="character" w:customStyle="1" w:styleId="WW8Num47z1">
    <w:name w:val="WW8Num47z1"/>
    <w:qFormat/>
    <w:rsid w:val="008218B8"/>
    <w:rPr>
      <w:rFonts w:ascii="Courier New" w:hAnsi="Courier New" w:cs="Courier New"/>
    </w:rPr>
  </w:style>
  <w:style w:type="character" w:customStyle="1" w:styleId="WW8Num47z2">
    <w:name w:val="WW8Num47z2"/>
    <w:qFormat/>
    <w:rsid w:val="008218B8"/>
    <w:rPr>
      <w:rFonts w:ascii="Wingdings" w:hAnsi="Wingdings"/>
    </w:rPr>
  </w:style>
  <w:style w:type="character" w:customStyle="1" w:styleId="WW8Num47z3">
    <w:name w:val="WW8Num47z3"/>
    <w:qFormat/>
    <w:rsid w:val="008218B8"/>
    <w:rPr>
      <w:rFonts w:ascii="Symbol" w:hAnsi="Symbol"/>
    </w:rPr>
  </w:style>
  <w:style w:type="character" w:customStyle="1" w:styleId="WW8Num48z0">
    <w:name w:val="WW8Num48z0"/>
    <w:qFormat/>
    <w:rsid w:val="008218B8"/>
    <w:rPr>
      <w:rFonts w:ascii="Symbol" w:hAnsi="Symbol"/>
    </w:rPr>
  </w:style>
  <w:style w:type="character" w:customStyle="1" w:styleId="WW8Num48z1">
    <w:name w:val="WW8Num48z1"/>
    <w:qFormat/>
    <w:rsid w:val="008218B8"/>
    <w:rPr>
      <w:rFonts w:ascii="Courier New" w:hAnsi="Courier New" w:cs="Courier New"/>
    </w:rPr>
  </w:style>
  <w:style w:type="character" w:customStyle="1" w:styleId="WW8Num48z2">
    <w:name w:val="WW8Num48z2"/>
    <w:qFormat/>
    <w:rsid w:val="008218B8"/>
    <w:rPr>
      <w:rFonts w:ascii="Wingdings" w:hAnsi="Wingdings"/>
    </w:rPr>
  </w:style>
  <w:style w:type="character" w:customStyle="1" w:styleId="WW8Num49z0">
    <w:name w:val="WW8Num49z0"/>
    <w:qFormat/>
    <w:rsid w:val="008218B8"/>
    <w:rPr>
      <w:rFonts w:ascii="Symbol" w:hAnsi="Symbol"/>
    </w:rPr>
  </w:style>
  <w:style w:type="character" w:customStyle="1" w:styleId="WW8Num49z1">
    <w:name w:val="WW8Num49z1"/>
    <w:qFormat/>
    <w:rsid w:val="008218B8"/>
    <w:rPr>
      <w:rFonts w:ascii="Courier New" w:hAnsi="Courier New" w:cs="Courier New"/>
    </w:rPr>
  </w:style>
  <w:style w:type="character" w:customStyle="1" w:styleId="WW8Num49z2">
    <w:name w:val="WW8Num49z2"/>
    <w:qFormat/>
    <w:rsid w:val="008218B8"/>
    <w:rPr>
      <w:rFonts w:ascii="Wingdings" w:hAnsi="Wingdings"/>
    </w:rPr>
  </w:style>
  <w:style w:type="character" w:customStyle="1" w:styleId="WW8Num50z0">
    <w:name w:val="WW8Num50z0"/>
    <w:qFormat/>
    <w:rsid w:val="008218B8"/>
    <w:rPr>
      <w:rFonts w:ascii="Symbol" w:hAnsi="Symbol"/>
    </w:rPr>
  </w:style>
  <w:style w:type="character" w:customStyle="1" w:styleId="WW8Num50z1">
    <w:name w:val="WW8Num50z1"/>
    <w:qFormat/>
    <w:rsid w:val="008218B8"/>
    <w:rPr>
      <w:rFonts w:ascii="Courier New" w:hAnsi="Courier New" w:cs="Courier New"/>
    </w:rPr>
  </w:style>
  <w:style w:type="character" w:customStyle="1" w:styleId="WW8Num50z2">
    <w:name w:val="WW8Num50z2"/>
    <w:qFormat/>
    <w:rsid w:val="008218B8"/>
    <w:rPr>
      <w:rFonts w:ascii="Wingdings" w:hAnsi="Wingdings"/>
    </w:rPr>
  </w:style>
  <w:style w:type="character" w:customStyle="1" w:styleId="WW8Num51z0">
    <w:name w:val="WW8Num51z0"/>
    <w:qFormat/>
    <w:rsid w:val="008218B8"/>
    <w:rPr>
      <w:rFonts w:ascii="Symbol" w:hAnsi="Symbol"/>
    </w:rPr>
  </w:style>
  <w:style w:type="character" w:customStyle="1" w:styleId="WW8Num51z1">
    <w:name w:val="WW8Num51z1"/>
    <w:qFormat/>
    <w:rsid w:val="008218B8"/>
    <w:rPr>
      <w:rFonts w:ascii="Courier New" w:hAnsi="Courier New" w:cs="Courier New"/>
    </w:rPr>
  </w:style>
  <w:style w:type="character" w:customStyle="1" w:styleId="WW8Num51z2">
    <w:name w:val="WW8Num51z2"/>
    <w:qFormat/>
    <w:rsid w:val="008218B8"/>
    <w:rPr>
      <w:rFonts w:ascii="Wingdings" w:hAnsi="Wingdings"/>
    </w:rPr>
  </w:style>
  <w:style w:type="character" w:customStyle="1" w:styleId="WW8Num52z0">
    <w:name w:val="WW8Num52z0"/>
    <w:qFormat/>
    <w:rsid w:val="008218B8"/>
    <w:rPr>
      <w:rFonts w:ascii="Symbol" w:hAnsi="Symbol"/>
    </w:rPr>
  </w:style>
  <w:style w:type="character" w:customStyle="1" w:styleId="WW8Num52z1">
    <w:name w:val="WW8Num52z1"/>
    <w:qFormat/>
    <w:rsid w:val="008218B8"/>
    <w:rPr>
      <w:rFonts w:ascii="Courier New" w:hAnsi="Courier New" w:cs="Courier New"/>
    </w:rPr>
  </w:style>
  <w:style w:type="character" w:customStyle="1" w:styleId="WW8Num52z2">
    <w:name w:val="WW8Num52z2"/>
    <w:qFormat/>
    <w:rsid w:val="008218B8"/>
    <w:rPr>
      <w:rFonts w:ascii="Wingdings" w:hAnsi="Wingdings"/>
    </w:rPr>
  </w:style>
  <w:style w:type="character" w:customStyle="1" w:styleId="WW8Num53z0">
    <w:name w:val="WW8Num53z0"/>
    <w:qFormat/>
    <w:rsid w:val="008218B8"/>
    <w:rPr>
      <w:rFonts w:ascii="Symbol" w:hAnsi="Symbol"/>
    </w:rPr>
  </w:style>
  <w:style w:type="character" w:customStyle="1" w:styleId="WW8Num53z1">
    <w:name w:val="WW8Num53z1"/>
    <w:qFormat/>
    <w:rsid w:val="008218B8"/>
    <w:rPr>
      <w:rFonts w:ascii="Courier New" w:hAnsi="Courier New" w:cs="Courier New"/>
    </w:rPr>
  </w:style>
  <w:style w:type="character" w:customStyle="1" w:styleId="WW8Num53z2">
    <w:name w:val="WW8Num53z2"/>
    <w:qFormat/>
    <w:rsid w:val="008218B8"/>
    <w:rPr>
      <w:rFonts w:ascii="Wingdings" w:hAnsi="Wingdings"/>
    </w:rPr>
  </w:style>
  <w:style w:type="character" w:customStyle="1" w:styleId="WW8Num54z0">
    <w:name w:val="WW8Num54z0"/>
    <w:qFormat/>
    <w:rsid w:val="008218B8"/>
    <w:rPr>
      <w:rFonts w:ascii="Symbol" w:hAnsi="Symbol"/>
    </w:rPr>
  </w:style>
  <w:style w:type="character" w:customStyle="1" w:styleId="WW8Num54z1">
    <w:name w:val="WW8Num54z1"/>
    <w:qFormat/>
    <w:rsid w:val="008218B8"/>
    <w:rPr>
      <w:rFonts w:ascii="Courier New" w:hAnsi="Courier New" w:cs="Courier New"/>
    </w:rPr>
  </w:style>
  <w:style w:type="character" w:customStyle="1" w:styleId="WW8Num54z2">
    <w:name w:val="WW8Num54z2"/>
    <w:qFormat/>
    <w:rsid w:val="008218B8"/>
    <w:rPr>
      <w:rFonts w:ascii="Wingdings" w:hAnsi="Wingdings"/>
    </w:rPr>
  </w:style>
  <w:style w:type="character" w:customStyle="1" w:styleId="WW8Num55z0">
    <w:name w:val="WW8Num55z0"/>
    <w:qFormat/>
    <w:rsid w:val="008218B8"/>
    <w:rPr>
      <w:rFonts w:ascii="Symbol" w:hAnsi="Symbol"/>
    </w:rPr>
  </w:style>
  <w:style w:type="character" w:customStyle="1" w:styleId="WW8Num55z1">
    <w:name w:val="WW8Num55z1"/>
    <w:qFormat/>
    <w:rsid w:val="008218B8"/>
    <w:rPr>
      <w:rFonts w:ascii="Courier New" w:hAnsi="Courier New" w:cs="Courier New"/>
    </w:rPr>
  </w:style>
  <w:style w:type="character" w:customStyle="1" w:styleId="WW8Num55z2">
    <w:name w:val="WW8Num55z2"/>
    <w:qFormat/>
    <w:rsid w:val="008218B8"/>
    <w:rPr>
      <w:rFonts w:ascii="Wingdings" w:hAnsi="Wingdings"/>
    </w:rPr>
  </w:style>
  <w:style w:type="character" w:customStyle="1" w:styleId="WW8Num56z0">
    <w:name w:val="WW8Num56z0"/>
    <w:qFormat/>
    <w:rsid w:val="008218B8"/>
    <w:rPr>
      <w:rFonts w:ascii="Symbol" w:hAnsi="Symbol"/>
    </w:rPr>
  </w:style>
  <w:style w:type="character" w:customStyle="1" w:styleId="WW8Num56z1">
    <w:name w:val="WW8Num56z1"/>
    <w:qFormat/>
    <w:rsid w:val="008218B8"/>
    <w:rPr>
      <w:rFonts w:ascii="Courier New" w:hAnsi="Courier New" w:cs="Courier New"/>
    </w:rPr>
  </w:style>
  <w:style w:type="character" w:customStyle="1" w:styleId="WW8Num56z2">
    <w:name w:val="WW8Num56z2"/>
    <w:qFormat/>
    <w:rsid w:val="008218B8"/>
    <w:rPr>
      <w:rFonts w:ascii="Wingdings" w:hAnsi="Wingdings"/>
    </w:rPr>
  </w:style>
  <w:style w:type="character" w:customStyle="1" w:styleId="WW8Num57z0">
    <w:name w:val="WW8Num57z0"/>
    <w:qFormat/>
    <w:rsid w:val="008218B8"/>
    <w:rPr>
      <w:rFonts w:ascii="Symbol" w:hAnsi="Symbol"/>
    </w:rPr>
  </w:style>
  <w:style w:type="character" w:customStyle="1" w:styleId="WW8Num57z1">
    <w:name w:val="WW8Num57z1"/>
    <w:qFormat/>
    <w:rsid w:val="008218B8"/>
    <w:rPr>
      <w:rFonts w:ascii="Courier New" w:hAnsi="Courier New" w:cs="Courier New"/>
    </w:rPr>
  </w:style>
  <w:style w:type="character" w:customStyle="1" w:styleId="WW8Num57z2">
    <w:name w:val="WW8Num57z2"/>
    <w:qFormat/>
    <w:rsid w:val="008218B8"/>
    <w:rPr>
      <w:rFonts w:ascii="Wingdings" w:hAnsi="Wingdings"/>
    </w:rPr>
  </w:style>
  <w:style w:type="character" w:customStyle="1" w:styleId="WW8Num58z0">
    <w:name w:val="WW8Num58z0"/>
    <w:qFormat/>
    <w:rsid w:val="008218B8"/>
    <w:rPr>
      <w:rFonts w:ascii="Symbol" w:hAnsi="Symbol"/>
    </w:rPr>
  </w:style>
  <w:style w:type="character" w:customStyle="1" w:styleId="WW8Num58z1">
    <w:name w:val="WW8Num58z1"/>
    <w:qFormat/>
    <w:rsid w:val="008218B8"/>
    <w:rPr>
      <w:rFonts w:ascii="Courier New" w:hAnsi="Courier New" w:cs="Courier New"/>
    </w:rPr>
  </w:style>
  <w:style w:type="character" w:customStyle="1" w:styleId="WW8Num58z2">
    <w:name w:val="WW8Num58z2"/>
    <w:qFormat/>
    <w:rsid w:val="008218B8"/>
    <w:rPr>
      <w:rFonts w:ascii="Wingdings" w:hAnsi="Wingdings"/>
    </w:rPr>
  </w:style>
  <w:style w:type="character" w:customStyle="1" w:styleId="WW8Num59z0">
    <w:name w:val="WW8Num59z0"/>
    <w:qFormat/>
    <w:rsid w:val="008218B8"/>
    <w:rPr>
      <w:rFonts w:ascii="Symbol" w:hAnsi="Symbol"/>
    </w:rPr>
  </w:style>
  <w:style w:type="character" w:customStyle="1" w:styleId="WW8Num59z1">
    <w:name w:val="WW8Num59z1"/>
    <w:qFormat/>
    <w:rsid w:val="008218B8"/>
    <w:rPr>
      <w:rFonts w:ascii="Courier New" w:hAnsi="Courier New" w:cs="Courier New"/>
    </w:rPr>
  </w:style>
  <w:style w:type="character" w:customStyle="1" w:styleId="WW8Num59z2">
    <w:name w:val="WW8Num59z2"/>
    <w:qFormat/>
    <w:rsid w:val="008218B8"/>
    <w:rPr>
      <w:rFonts w:ascii="Wingdings" w:hAnsi="Wingdings"/>
    </w:rPr>
  </w:style>
  <w:style w:type="character" w:customStyle="1" w:styleId="WW8Num60z0">
    <w:name w:val="WW8Num60z0"/>
    <w:qFormat/>
    <w:rsid w:val="008218B8"/>
    <w:rPr>
      <w:rFonts w:ascii="Symbol" w:hAnsi="Symbol"/>
    </w:rPr>
  </w:style>
  <w:style w:type="character" w:customStyle="1" w:styleId="WW8Num60z1">
    <w:name w:val="WW8Num60z1"/>
    <w:qFormat/>
    <w:rsid w:val="008218B8"/>
    <w:rPr>
      <w:rFonts w:ascii="Courier New" w:hAnsi="Courier New" w:cs="Courier New"/>
    </w:rPr>
  </w:style>
  <w:style w:type="character" w:customStyle="1" w:styleId="WW8Num60z2">
    <w:name w:val="WW8Num60z2"/>
    <w:qFormat/>
    <w:rsid w:val="008218B8"/>
    <w:rPr>
      <w:rFonts w:ascii="Wingdings" w:hAnsi="Wingdings"/>
    </w:rPr>
  </w:style>
  <w:style w:type="character" w:customStyle="1" w:styleId="WW8Num61z0">
    <w:name w:val="WW8Num61z0"/>
    <w:qFormat/>
    <w:rsid w:val="008218B8"/>
    <w:rPr>
      <w:rFonts w:ascii="Symbol" w:hAnsi="Symbol"/>
    </w:rPr>
  </w:style>
  <w:style w:type="character" w:customStyle="1" w:styleId="WW8Num61z1">
    <w:name w:val="WW8Num61z1"/>
    <w:qFormat/>
    <w:rsid w:val="008218B8"/>
    <w:rPr>
      <w:rFonts w:ascii="Courier New" w:hAnsi="Courier New" w:cs="Courier New"/>
    </w:rPr>
  </w:style>
  <w:style w:type="character" w:customStyle="1" w:styleId="WW8Num61z2">
    <w:name w:val="WW8Num61z2"/>
    <w:qFormat/>
    <w:rsid w:val="008218B8"/>
    <w:rPr>
      <w:rFonts w:ascii="Wingdings" w:hAnsi="Wingdings"/>
    </w:rPr>
  </w:style>
  <w:style w:type="character" w:customStyle="1" w:styleId="WW8Num62z0">
    <w:name w:val="WW8Num62z0"/>
    <w:qFormat/>
    <w:rsid w:val="008218B8"/>
    <w:rPr>
      <w:rFonts w:ascii="Symbol" w:hAnsi="Symbol"/>
    </w:rPr>
  </w:style>
  <w:style w:type="character" w:customStyle="1" w:styleId="WW8Num62z1">
    <w:name w:val="WW8Num62z1"/>
    <w:qFormat/>
    <w:rsid w:val="008218B8"/>
    <w:rPr>
      <w:rFonts w:ascii="Courier New" w:hAnsi="Courier New" w:cs="Courier New"/>
    </w:rPr>
  </w:style>
  <w:style w:type="character" w:customStyle="1" w:styleId="WW8Num62z2">
    <w:name w:val="WW8Num62z2"/>
    <w:qFormat/>
    <w:rsid w:val="008218B8"/>
    <w:rPr>
      <w:rFonts w:ascii="Wingdings" w:hAnsi="Wingdings"/>
    </w:rPr>
  </w:style>
  <w:style w:type="character" w:customStyle="1" w:styleId="WW8Num63z0">
    <w:name w:val="WW8Num63z0"/>
    <w:qFormat/>
    <w:rsid w:val="008218B8"/>
    <w:rPr>
      <w:rFonts w:ascii="Symbol" w:hAnsi="Symbol"/>
    </w:rPr>
  </w:style>
  <w:style w:type="character" w:customStyle="1" w:styleId="WW8Num63z1">
    <w:name w:val="WW8Num63z1"/>
    <w:qFormat/>
    <w:rsid w:val="008218B8"/>
    <w:rPr>
      <w:rFonts w:ascii="Courier New" w:hAnsi="Courier New" w:cs="Courier New"/>
    </w:rPr>
  </w:style>
  <w:style w:type="character" w:customStyle="1" w:styleId="WW8Num63z2">
    <w:name w:val="WW8Num63z2"/>
    <w:qFormat/>
    <w:rsid w:val="008218B8"/>
    <w:rPr>
      <w:rFonts w:ascii="Wingdings" w:hAnsi="Wingdings"/>
    </w:rPr>
  </w:style>
  <w:style w:type="character" w:customStyle="1" w:styleId="WW8Num64z0">
    <w:name w:val="WW8Num64z0"/>
    <w:qFormat/>
    <w:rsid w:val="008218B8"/>
    <w:rPr>
      <w:rFonts w:ascii="Symbol" w:hAnsi="Symbol"/>
    </w:rPr>
  </w:style>
  <w:style w:type="character" w:customStyle="1" w:styleId="WW8Num64z1">
    <w:name w:val="WW8Num64z1"/>
    <w:qFormat/>
    <w:rsid w:val="008218B8"/>
    <w:rPr>
      <w:rFonts w:ascii="Courier New" w:hAnsi="Courier New" w:cs="Courier New"/>
    </w:rPr>
  </w:style>
  <w:style w:type="character" w:customStyle="1" w:styleId="WW8Num64z2">
    <w:name w:val="WW8Num64z2"/>
    <w:qFormat/>
    <w:rsid w:val="008218B8"/>
    <w:rPr>
      <w:rFonts w:ascii="Wingdings" w:hAnsi="Wingdings"/>
    </w:rPr>
  </w:style>
  <w:style w:type="character" w:customStyle="1" w:styleId="WW8Num66z0">
    <w:name w:val="WW8Num66z0"/>
    <w:qFormat/>
    <w:rsid w:val="008218B8"/>
    <w:rPr>
      <w:rFonts w:ascii="Symbol" w:hAnsi="Symbol"/>
    </w:rPr>
  </w:style>
  <w:style w:type="character" w:customStyle="1" w:styleId="WW8Num66z1">
    <w:name w:val="WW8Num66z1"/>
    <w:qFormat/>
    <w:rsid w:val="008218B8"/>
    <w:rPr>
      <w:rFonts w:ascii="Courier New" w:hAnsi="Courier New" w:cs="Courier New"/>
    </w:rPr>
  </w:style>
  <w:style w:type="character" w:customStyle="1" w:styleId="WW8Num66z2">
    <w:name w:val="WW8Num66z2"/>
    <w:qFormat/>
    <w:rsid w:val="008218B8"/>
    <w:rPr>
      <w:rFonts w:ascii="Wingdings" w:hAnsi="Wingdings"/>
    </w:rPr>
  </w:style>
  <w:style w:type="character" w:customStyle="1" w:styleId="WW8Num67z0">
    <w:name w:val="WW8Num67z0"/>
    <w:qFormat/>
    <w:rsid w:val="008218B8"/>
    <w:rPr>
      <w:rFonts w:ascii="Symbol" w:hAnsi="Symbol"/>
    </w:rPr>
  </w:style>
  <w:style w:type="character" w:customStyle="1" w:styleId="WW8Num67z1">
    <w:name w:val="WW8Num67z1"/>
    <w:qFormat/>
    <w:rsid w:val="008218B8"/>
    <w:rPr>
      <w:rFonts w:ascii="Courier New" w:hAnsi="Courier New" w:cs="Courier New"/>
    </w:rPr>
  </w:style>
  <w:style w:type="character" w:customStyle="1" w:styleId="WW8Num67z2">
    <w:name w:val="WW8Num67z2"/>
    <w:qFormat/>
    <w:rsid w:val="008218B8"/>
    <w:rPr>
      <w:rFonts w:ascii="Wingdings" w:hAnsi="Wingdings"/>
    </w:rPr>
  </w:style>
  <w:style w:type="character" w:customStyle="1" w:styleId="WW8Num68z0">
    <w:name w:val="WW8Num68z0"/>
    <w:qFormat/>
    <w:rsid w:val="008218B8"/>
    <w:rPr>
      <w:rFonts w:ascii="Symbol" w:hAnsi="Symbol"/>
    </w:rPr>
  </w:style>
  <w:style w:type="character" w:customStyle="1" w:styleId="WW8Num68z1">
    <w:name w:val="WW8Num68z1"/>
    <w:qFormat/>
    <w:rsid w:val="008218B8"/>
    <w:rPr>
      <w:rFonts w:ascii="Courier New" w:hAnsi="Courier New" w:cs="Courier New"/>
    </w:rPr>
  </w:style>
  <w:style w:type="character" w:customStyle="1" w:styleId="WW8Num68z2">
    <w:name w:val="WW8Num68z2"/>
    <w:qFormat/>
    <w:rsid w:val="008218B8"/>
    <w:rPr>
      <w:rFonts w:ascii="Wingdings" w:hAnsi="Wingdings"/>
    </w:rPr>
  </w:style>
  <w:style w:type="character" w:customStyle="1" w:styleId="WW8Num72z0">
    <w:name w:val="WW8Num72z0"/>
    <w:qFormat/>
    <w:rsid w:val="008218B8"/>
    <w:rPr>
      <w:rFonts w:ascii="Symbol" w:hAnsi="Symbol"/>
    </w:rPr>
  </w:style>
  <w:style w:type="character" w:customStyle="1" w:styleId="WW8Num72z1">
    <w:name w:val="WW8Num72z1"/>
    <w:qFormat/>
    <w:rsid w:val="008218B8"/>
    <w:rPr>
      <w:rFonts w:ascii="Courier New" w:hAnsi="Courier New" w:cs="Courier New"/>
    </w:rPr>
  </w:style>
  <w:style w:type="character" w:customStyle="1" w:styleId="WW8Num72z2">
    <w:name w:val="WW8Num72z2"/>
    <w:qFormat/>
    <w:rsid w:val="008218B8"/>
    <w:rPr>
      <w:rFonts w:ascii="Wingdings" w:hAnsi="Wingdings"/>
    </w:rPr>
  </w:style>
  <w:style w:type="character" w:customStyle="1" w:styleId="WW8Num73z0">
    <w:name w:val="WW8Num73z0"/>
    <w:qFormat/>
    <w:rsid w:val="008218B8"/>
    <w:rPr>
      <w:rFonts w:ascii="Symbol" w:hAnsi="Symbol"/>
    </w:rPr>
  </w:style>
  <w:style w:type="character" w:customStyle="1" w:styleId="WW8Num73z1">
    <w:name w:val="WW8Num73z1"/>
    <w:qFormat/>
    <w:rsid w:val="008218B8"/>
    <w:rPr>
      <w:rFonts w:ascii="Courier New" w:hAnsi="Courier New" w:cs="Courier New"/>
    </w:rPr>
  </w:style>
  <w:style w:type="character" w:customStyle="1" w:styleId="WW8Num73z2">
    <w:name w:val="WW8Num73z2"/>
    <w:qFormat/>
    <w:rsid w:val="008218B8"/>
    <w:rPr>
      <w:rFonts w:ascii="Wingdings" w:hAnsi="Wingdings"/>
    </w:rPr>
  </w:style>
  <w:style w:type="character" w:customStyle="1" w:styleId="WW8Num74z0">
    <w:name w:val="WW8Num74z0"/>
    <w:qFormat/>
    <w:rsid w:val="008218B8"/>
    <w:rPr>
      <w:rFonts w:ascii="Symbol" w:hAnsi="Symbol"/>
    </w:rPr>
  </w:style>
  <w:style w:type="character" w:customStyle="1" w:styleId="WW8Num74z1">
    <w:name w:val="WW8Num74z1"/>
    <w:qFormat/>
    <w:rsid w:val="008218B8"/>
    <w:rPr>
      <w:rFonts w:ascii="Courier New" w:hAnsi="Courier New" w:cs="Courier New"/>
    </w:rPr>
  </w:style>
  <w:style w:type="character" w:customStyle="1" w:styleId="WW8Num74z2">
    <w:name w:val="WW8Num74z2"/>
    <w:qFormat/>
    <w:rsid w:val="008218B8"/>
    <w:rPr>
      <w:rFonts w:ascii="Wingdings" w:hAnsi="Wingdings"/>
    </w:rPr>
  </w:style>
  <w:style w:type="character" w:customStyle="1" w:styleId="WW8Num76z0">
    <w:name w:val="WW8Num76z0"/>
    <w:qFormat/>
    <w:rsid w:val="008218B8"/>
    <w:rPr>
      <w:rFonts w:ascii="Symbol" w:hAnsi="Symbol"/>
    </w:rPr>
  </w:style>
  <w:style w:type="character" w:customStyle="1" w:styleId="WW8Num76z1">
    <w:name w:val="WW8Num76z1"/>
    <w:qFormat/>
    <w:rsid w:val="008218B8"/>
    <w:rPr>
      <w:rFonts w:ascii="Courier New" w:hAnsi="Courier New" w:cs="Courier New"/>
    </w:rPr>
  </w:style>
  <w:style w:type="character" w:customStyle="1" w:styleId="WW8Num76z2">
    <w:name w:val="WW8Num76z2"/>
    <w:qFormat/>
    <w:rsid w:val="008218B8"/>
    <w:rPr>
      <w:rFonts w:ascii="Wingdings" w:hAnsi="Wingdings"/>
    </w:rPr>
  </w:style>
  <w:style w:type="character" w:customStyle="1" w:styleId="WW8Num78z0">
    <w:name w:val="WW8Num78z0"/>
    <w:qFormat/>
    <w:rsid w:val="008218B8"/>
    <w:rPr>
      <w:rFonts w:ascii="Symbol" w:hAnsi="Symbol"/>
    </w:rPr>
  </w:style>
  <w:style w:type="character" w:customStyle="1" w:styleId="WW8Num78z1">
    <w:name w:val="WW8Num78z1"/>
    <w:qFormat/>
    <w:rsid w:val="008218B8"/>
    <w:rPr>
      <w:rFonts w:ascii="Courier New" w:hAnsi="Courier New" w:cs="Courier New"/>
    </w:rPr>
  </w:style>
  <w:style w:type="character" w:customStyle="1" w:styleId="WW8Num78z2">
    <w:name w:val="WW8Num78z2"/>
    <w:qFormat/>
    <w:rsid w:val="008218B8"/>
    <w:rPr>
      <w:rFonts w:ascii="Wingdings" w:hAnsi="Wingdings"/>
    </w:rPr>
  </w:style>
  <w:style w:type="character" w:customStyle="1" w:styleId="WW8Num79z0">
    <w:name w:val="WW8Num79z0"/>
    <w:qFormat/>
    <w:rsid w:val="008218B8"/>
    <w:rPr>
      <w:rFonts w:ascii="Symbol" w:hAnsi="Symbol"/>
    </w:rPr>
  </w:style>
  <w:style w:type="character" w:customStyle="1" w:styleId="WW8Num79z1">
    <w:name w:val="WW8Num79z1"/>
    <w:qFormat/>
    <w:rsid w:val="008218B8"/>
    <w:rPr>
      <w:rFonts w:ascii="Courier New" w:hAnsi="Courier New" w:cs="Courier New"/>
    </w:rPr>
  </w:style>
  <w:style w:type="character" w:customStyle="1" w:styleId="WW8Num79z2">
    <w:name w:val="WW8Num79z2"/>
    <w:qFormat/>
    <w:rsid w:val="008218B8"/>
    <w:rPr>
      <w:rFonts w:ascii="Wingdings" w:hAnsi="Wingdings"/>
    </w:rPr>
  </w:style>
  <w:style w:type="character" w:customStyle="1" w:styleId="WW8Num80z0">
    <w:name w:val="WW8Num80z0"/>
    <w:qFormat/>
    <w:rsid w:val="008218B8"/>
    <w:rPr>
      <w:rFonts w:ascii="Symbol" w:hAnsi="Symbol"/>
    </w:rPr>
  </w:style>
  <w:style w:type="character" w:customStyle="1" w:styleId="WW8Num80z1">
    <w:name w:val="WW8Num80z1"/>
    <w:qFormat/>
    <w:rsid w:val="008218B8"/>
    <w:rPr>
      <w:rFonts w:ascii="Courier New" w:hAnsi="Courier New" w:cs="Courier New"/>
    </w:rPr>
  </w:style>
  <w:style w:type="character" w:customStyle="1" w:styleId="WW8Num80z2">
    <w:name w:val="WW8Num80z2"/>
    <w:qFormat/>
    <w:rsid w:val="008218B8"/>
    <w:rPr>
      <w:rFonts w:ascii="Wingdings" w:hAnsi="Wingdings"/>
    </w:rPr>
  </w:style>
  <w:style w:type="character" w:customStyle="1" w:styleId="WW8Num81z0">
    <w:name w:val="WW8Num81z0"/>
    <w:qFormat/>
    <w:rsid w:val="008218B8"/>
    <w:rPr>
      <w:rFonts w:ascii="Symbol" w:hAnsi="Symbol"/>
    </w:rPr>
  </w:style>
  <w:style w:type="character" w:customStyle="1" w:styleId="WW8Num81z1">
    <w:name w:val="WW8Num81z1"/>
    <w:qFormat/>
    <w:rsid w:val="008218B8"/>
    <w:rPr>
      <w:rFonts w:ascii="Courier New" w:hAnsi="Courier New" w:cs="Courier New"/>
    </w:rPr>
  </w:style>
  <w:style w:type="character" w:customStyle="1" w:styleId="WW8Num81z2">
    <w:name w:val="WW8Num81z2"/>
    <w:qFormat/>
    <w:rsid w:val="008218B8"/>
    <w:rPr>
      <w:rFonts w:ascii="Wingdings" w:hAnsi="Wingdings"/>
    </w:rPr>
  </w:style>
  <w:style w:type="character" w:customStyle="1" w:styleId="WW8Num82z0">
    <w:name w:val="WW8Num82z0"/>
    <w:qFormat/>
    <w:rsid w:val="008218B8"/>
    <w:rPr>
      <w:rFonts w:ascii="Symbol" w:hAnsi="Symbol"/>
    </w:rPr>
  </w:style>
  <w:style w:type="character" w:customStyle="1" w:styleId="WW8Num82z1">
    <w:name w:val="WW8Num82z1"/>
    <w:qFormat/>
    <w:rsid w:val="008218B8"/>
    <w:rPr>
      <w:rFonts w:ascii="Courier New" w:hAnsi="Courier New" w:cs="Courier New"/>
    </w:rPr>
  </w:style>
  <w:style w:type="character" w:customStyle="1" w:styleId="WW8Num82z2">
    <w:name w:val="WW8Num82z2"/>
    <w:qFormat/>
    <w:rsid w:val="008218B8"/>
    <w:rPr>
      <w:rFonts w:ascii="Wingdings" w:hAnsi="Wingdings"/>
    </w:rPr>
  </w:style>
  <w:style w:type="character" w:customStyle="1" w:styleId="WW8Num83z0">
    <w:name w:val="WW8Num83z0"/>
    <w:qFormat/>
    <w:rsid w:val="008218B8"/>
    <w:rPr>
      <w:rFonts w:ascii="Symbol" w:hAnsi="Symbol"/>
    </w:rPr>
  </w:style>
  <w:style w:type="character" w:customStyle="1" w:styleId="WW8Num83z1">
    <w:name w:val="WW8Num83z1"/>
    <w:qFormat/>
    <w:rsid w:val="008218B8"/>
    <w:rPr>
      <w:rFonts w:ascii="Courier New" w:hAnsi="Courier New" w:cs="Courier New"/>
    </w:rPr>
  </w:style>
  <w:style w:type="character" w:customStyle="1" w:styleId="WW8Num83z2">
    <w:name w:val="WW8Num83z2"/>
    <w:qFormat/>
    <w:rsid w:val="008218B8"/>
    <w:rPr>
      <w:rFonts w:ascii="Wingdings" w:hAnsi="Wingdings"/>
    </w:rPr>
  </w:style>
  <w:style w:type="character" w:customStyle="1" w:styleId="WW8Num84z0">
    <w:name w:val="WW8Num84z0"/>
    <w:qFormat/>
    <w:rsid w:val="008218B8"/>
    <w:rPr>
      <w:rFonts w:ascii="Symbol" w:hAnsi="Symbol"/>
    </w:rPr>
  </w:style>
  <w:style w:type="character" w:customStyle="1" w:styleId="WW8Num84z1">
    <w:name w:val="WW8Num84z1"/>
    <w:qFormat/>
    <w:rsid w:val="008218B8"/>
    <w:rPr>
      <w:rFonts w:ascii="Courier New" w:hAnsi="Courier New" w:cs="Courier New"/>
    </w:rPr>
  </w:style>
  <w:style w:type="character" w:customStyle="1" w:styleId="WW8Num84z2">
    <w:name w:val="WW8Num84z2"/>
    <w:qFormat/>
    <w:rsid w:val="008218B8"/>
    <w:rPr>
      <w:rFonts w:ascii="Wingdings" w:hAnsi="Wingdings"/>
    </w:rPr>
  </w:style>
  <w:style w:type="character" w:customStyle="1" w:styleId="WW8Num85z0">
    <w:name w:val="WW8Num85z0"/>
    <w:qFormat/>
    <w:rsid w:val="008218B8"/>
    <w:rPr>
      <w:rFonts w:ascii="Symbol" w:hAnsi="Symbol"/>
    </w:rPr>
  </w:style>
  <w:style w:type="character" w:customStyle="1" w:styleId="WW8Num85z1">
    <w:name w:val="WW8Num85z1"/>
    <w:qFormat/>
    <w:rsid w:val="008218B8"/>
    <w:rPr>
      <w:rFonts w:ascii="Courier New" w:hAnsi="Courier New" w:cs="Courier New"/>
    </w:rPr>
  </w:style>
  <w:style w:type="character" w:customStyle="1" w:styleId="WW8Num85z2">
    <w:name w:val="WW8Num85z2"/>
    <w:qFormat/>
    <w:rsid w:val="008218B8"/>
    <w:rPr>
      <w:rFonts w:ascii="Wingdings" w:hAnsi="Wingdings"/>
    </w:rPr>
  </w:style>
  <w:style w:type="character" w:customStyle="1" w:styleId="WW8Num86z0">
    <w:name w:val="WW8Num86z0"/>
    <w:qFormat/>
    <w:rsid w:val="008218B8"/>
    <w:rPr>
      <w:rFonts w:ascii="Symbol" w:hAnsi="Symbol"/>
    </w:rPr>
  </w:style>
  <w:style w:type="character" w:customStyle="1" w:styleId="WW8Num86z1">
    <w:name w:val="WW8Num86z1"/>
    <w:qFormat/>
    <w:rsid w:val="008218B8"/>
    <w:rPr>
      <w:rFonts w:ascii="Courier New" w:hAnsi="Courier New" w:cs="Courier New"/>
    </w:rPr>
  </w:style>
  <w:style w:type="character" w:customStyle="1" w:styleId="WW8Num86z2">
    <w:name w:val="WW8Num86z2"/>
    <w:qFormat/>
    <w:rsid w:val="008218B8"/>
    <w:rPr>
      <w:rFonts w:ascii="Wingdings" w:hAnsi="Wingdings"/>
    </w:rPr>
  </w:style>
  <w:style w:type="character" w:customStyle="1" w:styleId="WW8Num87z0">
    <w:name w:val="WW8Num87z0"/>
    <w:qFormat/>
    <w:rsid w:val="008218B8"/>
    <w:rPr>
      <w:rFonts w:ascii="Symbol" w:hAnsi="Symbol"/>
    </w:rPr>
  </w:style>
  <w:style w:type="character" w:customStyle="1" w:styleId="WW8Num87z1">
    <w:name w:val="WW8Num87z1"/>
    <w:qFormat/>
    <w:rsid w:val="008218B8"/>
    <w:rPr>
      <w:rFonts w:ascii="Courier New" w:hAnsi="Courier New" w:cs="Courier New"/>
    </w:rPr>
  </w:style>
  <w:style w:type="character" w:customStyle="1" w:styleId="WW8Num87z2">
    <w:name w:val="WW8Num87z2"/>
    <w:qFormat/>
    <w:rsid w:val="008218B8"/>
    <w:rPr>
      <w:rFonts w:ascii="Wingdings" w:hAnsi="Wingdings"/>
    </w:rPr>
  </w:style>
  <w:style w:type="character" w:customStyle="1" w:styleId="WW8Num89z0">
    <w:name w:val="WW8Num89z0"/>
    <w:qFormat/>
    <w:rsid w:val="008218B8"/>
    <w:rPr>
      <w:rFonts w:ascii="Symbol" w:hAnsi="Symbol"/>
    </w:rPr>
  </w:style>
  <w:style w:type="character" w:customStyle="1" w:styleId="WW8Num89z1">
    <w:name w:val="WW8Num89z1"/>
    <w:qFormat/>
    <w:rsid w:val="008218B8"/>
    <w:rPr>
      <w:rFonts w:ascii="Courier New" w:hAnsi="Courier New" w:cs="Courier New"/>
    </w:rPr>
  </w:style>
  <w:style w:type="character" w:customStyle="1" w:styleId="WW8Num89z2">
    <w:name w:val="WW8Num89z2"/>
    <w:qFormat/>
    <w:rsid w:val="008218B8"/>
    <w:rPr>
      <w:rFonts w:ascii="Wingdings" w:hAnsi="Wingdings"/>
    </w:rPr>
  </w:style>
  <w:style w:type="character" w:customStyle="1" w:styleId="WW8Num90z0">
    <w:name w:val="WW8Num90z0"/>
    <w:qFormat/>
    <w:rsid w:val="008218B8"/>
    <w:rPr>
      <w:rFonts w:ascii="Symbol" w:hAnsi="Symbol"/>
    </w:rPr>
  </w:style>
  <w:style w:type="character" w:customStyle="1" w:styleId="WW8Num90z1">
    <w:name w:val="WW8Num90z1"/>
    <w:qFormat/>
    <w:rsid w:val="008218B8"/>
    <w:rPr>
      <w:rFonts w:ascii="Courier New" w:hAnsi="Courier New" w:cs="Courier New"/>
    </w:rPr>
  </w:style>
  <w:style w:type="character" w:customStyle="1" w:styleId="WW8Num90z2">
    <w:name w:val="WW8Num90z2"/>
    <w:qFormat/>
    <w:rsid w:val="008218B8"/>
    <w:rPr>
      <w:rFonts w:ascii="Wingdings" w:hAnsi="Wingdings"/>
    </w:rPr>
  </w:style>
  <w:style w:type="character" w:customStyle="1" w:styleId="WW8Num91z0">
    <w:name w:val="WW8Num91z0"/>
    <w:qFormat/>
    <w:rsid w:val="008218B8"/>
    <w:rPr>
      <w:rFonts w:ascii="Symbol" w:hAnsi="Symbol"/>
    </w:rPr>
  </w:style>
  <w:style w:type="character" w:customStyle="1" w:styleId="WW8Num91z1">
    <w:name w:val="WW8Num91z1"/>
    <w:qFormat/>
    <w:rsid w:val="008218B8"/>
    <w:rPr>
      <w:rFonts w:ascii="Courier New" w:hAnsi="Courier New" w:cs="Courier New"/>
    </w:rPr>
  </w:style>
  <w:style w:type="character" w:customStyle="1" w:styleId="WW8Num91z2">
    <w:name w:val="WW8Num91z2"/>
    <w:qFormat/>
    <w:rsid w:val="008218B8"/>
    <w:rPr>
      <w:rFonts w:ascii="Wingdings" w:hAnsi="Wingdings"/>
    </w:rPr>
  </w:style>
  <w:style w:type="character" w:customStyle="1" w:styleId="WW8Num93z0">
    <w:name w:val="WW8Num93z0"/>
    <w:qFormat/>
    <w:rsid w:val="008218B8"/>
    <w:rPr>
      <w:rFonts w:ascii="Symbol" w:hAnsi="Symbol"/>
    </w:rPr>
  </w:style>
  <w:style w:type="character" w:customStyle="1" w:styleId="WW8Num93z1">
    <w:name w:val="WW8Num93z1"/>
    <w:qFormat/>
    <w:rsid w:val="008218B8"/>
    <w:rPr>
      <w:rFonts w:ascii="Courier New" w:hAnsi="Courier New" w:cs="Courier New"/>
    </w:rPr>
  </w:style>
  <w:style w:type="character" w:customStyle="1" w:styleId="WW8Num93z2">
    <w:name w:val="WW8Num93z2"/>
    <w:qFormat/>
    <w:rsid w:val="008218B8"/>
    <w:rPr>
      <w:rFonts w:ascii="Wingdings" w:hAnsi="Wingdings"/>
    </w:rPr>
  </w:style>
  <w:style w:type="character" w:customStyle="1" w:styleId="WW8Num94z0">
    <w:name w:val="WW8Num94z0"/>
    <w:qFormat/>
    <w:rsid w:val="008218B8"/>
    <w:rPr>
      <w:rFonts w:ascii="Symbol" w:hAnsi="Symbol"/>
    </w:rPr>
  </w:style>
  <w:style w:type="character" w:customStyle="1" w:styleId="WW8Num94z1">
    <w:name w:val="WW8Num94z1"/>
    <w:qFormat/>
    <w:rsid w:val="008218B8"/>
    <w:rPr>
      <w:rFonts w:ascii="Courier New" w:hAnsi="Courier New" w:cs="Courier New"/>
    </w:rPr>
  </w:style>
  <w:style w:type="character" w:customStyle="1" w:styleId="WW8Num94z2">
    <w:name w:val="WW8Num94z2"/>
    <w:qFormat/>
    <w:rsid w:val="008218B8"/>
    <w:rPr>
      <w:rFonts w:ascii="Wingdings" w:hAnsi="Wingdings"/>
    </w:rPr>
  </w:style>
  <w:style w:type="character" w:customStyle="1" w:styleId="WW8Num95z0">
    <w:name w:val="WW8Num95z0"/>
    <w:qFormat/>
    <w:rsid w:val="008218B8"/>
    <w:rPr>
      <w:rFonts w:ascii="Symbol" w:hAnsi="Symbol"/>
    </w:rPr>
  </w:style>
  <w:style w:type="character" w:customStyle="1" w:styleId="WW8Num95z1">
    <w:name w:val="WW8Num95z1"/>
    <w:qFormat/>
    <w:rsid w:val="008218B8"/>
    <w:rPr>
      <w:rFonts w:ascii="Courier New" w:hAnsi="Courier New" w:cs="Courier New"/>
    </w:rPr>
  </w:style>
  <w:style w:type="character" w:customStyle="1" w:styleId="WW8Num95z2">
    <w:name w:val="WW8Num95z2"/>
    <w:qFormat/>
    <w:rsid w:val="008218B8"/>
    <w:rPr>
      <w:rFonts w:ascii="Wingdings" w:hAnsi="Wingdings"/>
    </w:rPr>
  </w:style>
  <w:style w:type="character" w:customStyle="1" w:styleId="WW8Num96z0">
    <w:name w:val="WW8Num96z0"/>
    <w:qFormat/>
    <w:rsid w:val="008218B8"/>
    <w:rPr>
      <w:rFonts w:ascii="Symbol" w:hAnsi="Symbol"/>
    </w:rPr>
  </w:style>
  <w:style w:type="character" w:customStyle="1" w:styleId="WW8Num96z1">
    <w:name w:val="WW8Num96z1"/>
    <w:qFormat/>
    <w:rsid w:val="008218B8"/>
    <w:rPr>
      <w:rFonts w:ascii="Courier New" w:hAnsi="Courier New" w:cs="Courier New"/>
    </w:rPr>
  </w:style>
  <w:style w:type="character" w:customStyle="1" w:styleId="WW8Num96z2">
    <w:name w:val="WW8Num96z2"/>
    <w:qFormat/>
    <w:rsid w:val="008218B8"/>
    <w:rPr>
      <w:rFonts w:ascii="Wingdings" w:hAnsi="Wingdings"/>
    </w:rPr>
  </w:style>
  <w:style w:type="character" w:customStyle="1" w:styleId="WW8Num97z0">
    <w:name w:val="WW8Num97z0"/>
    <w:qFormat/>
    <w:rsid w:val="008218B8"/>
    <w:rPr>
      <w:rFonts w:ascii="Symbol" w:hAnsi="Symbol"/>
    </w:rPr>
  </w:style>
  <w:style w:type="character" w:customStyle="1" w:styleId="WW8Num97z1">
    <w:name w:val="WW8Num97z1"/>
    <w:qFormat/>
    <w:rsid w:val="008218B8"/>
    <w:rPr>
      <w:rFonts w:ascii="Courier New" w:hAnsi="Courier New" w:cs="Courier New"/>
    </w:rPr>
  </w:style>
  <w:style w:type="character" w:customStyle="1" w:styleId="WW8Num97z2">
    <w:name w:val="WW8Num97z2"/>
    <w:qFormat/>
    <w:rsid w:val="008218B8"/>
    <w:rPr>
      <w:rFonts w:ascii="Wingdings" w:hAnsi="Wingdings"/>
    </w:rPr>
  </w:style>
  <w:style w:type="character" w:customStyle="1" w:styleId="WW8Num99z0">
    <w:name w:val="WW8Num99z0"/>
    <w:qFormat/>
    <w:rsid w:val="008218B8"/>
    <w:rPr>
      <w:rFonts w:ascii="Symbol" w:hAnsi="Symbol"/>
    </w:rPr>
  </w:style>
  <w:style w:type="character" w:customStyle="1" w:styleId="WW8Num99z1">
    <w:name w:val="WW8Num99z1"/>
    <w:qFormat/>
    <w:rsid w:val="008218B8"/>
    <w:rPr>
      <w:rFonts w:ascii="Courier New" w:hAnsi="Courier New" w:cs="Courier New"/>
    </w:rPr>
  </w:style>
  <w:style w:type="character" w:customStyle="1" w:styleId="WW8Num99z2">
    <w:name w:val="WW8Num99z2"/>
    <w:qFormat/>
    <w:rsid w:val="008218B8"/>
    <w:rPr>
      <w:rFonts w:ascii="Wingdings" w:hAnsi="Wingdings"/>
    </w:rPr>
  </w:style>
  <w:style w:type="character" w:customStyle="1" w:styleId="WW8Num101z0">
    <w:name w:val="WW8Num101z0"/>
    <w:qFormat/>
    <w:rsid w:val="008218B8"/>
    <w:rPr>
      <w:rFonts w:ascii="Symbol" w:hAnsi="Symbol"/>
    </w:rPr>
  </w:style>
  <w:style w:type="character" w:customStyle="1" w:styleId="WW8Num101z1">
    <w:name w:val="WW8Num101z1"/>
    <w:qFormat/>
    <w:rsid w:val="008218B8"/>
    <w:rPr>
      <w:rFonts w:ascii="Courier New" w:hAnsi="Courier New" w:cs="Courier New"/>
    </w:rPr>
  </w:style>
  <w:style w:type="character" w:customStyle="1" w:styleId="WW8Num101z2">
    <w:name w:val="WW8Num101z2"/>
    <w:qFormat/>
    <w:rsid w:val="008218B8"/>
    <w:rPr>
      <w:rFonts w:ascii="Wingdings" w:hAnsi="Wingdings"/>
    </w:rPr>
  </w:style>
  <w:style w:type="character" w:customStyle="1" w:styleId="WW8Num103z0">
    <w:name w:val="WW8Num103z0"/>
    <w:qFormat/>
    <w:rsid w:val="008218B8"/>
    <w:rPr>
      <w:rFonts w:ascii="Symbol" w:hAnsi="Symbol"/>
    </w:rPr>
  </w:style>
  <w:style w:type="character" w:customStyle="1" w:styleId="WW8Num103z1">
    <w:name w:val="WW8Num103z1"/>
    <w:qFormat/>
    <w:rsid w:val="008218B8"/>
    <w:rPr>
      <w:rFonts w:ascii="Courier New" w:hAnsi="Courier New" w:cs="Courier New"/>
    </w:rPr>
  </w:style>
  <w:style w:type="character" w:customStyle="1" w:styleId="WW8Num103z2">
    <w:name w:val="WW8Num103z2"/>
    <w:qFormat/>
    <w:rsid w:val="008218B8"/>
    <w:rPr>
      <w:rFonts w:ascii="Wingdings" w:hAnsi="Wingdings"/>
    </w:rPr>
  </w:style>
  <w:style w:type="character" w:customStyle="1" w:styleId="WW8Num104z0">
    <w:name w:val="WW8Num104z0"/>
    <w:qFormat/>
    <w:rsid w:val="008218B8"/>
    <w:rPr>
      <w:rFonts w:ascii="Symbol" w:hAnsi="Symbol"/>
    </w:rPr>
  </w:style>
  <w:style w:type="character" w:customStyle="1" w:styleId="WW8Num104z1">
    <w:name w:val="WW8Num104z1"/>
    <w:qFormat/>
    <w:rsid w:val="008218B8"/>
    <w:rPr>
      <w:rFonts w:ascii="Courier New" w:hAnsi="Courier New" w:cs="Courier New"/>
    </w:rPr>
  </w:style>
  <w:style w:type="character" w:customStyle="1" w:styleId="WW8Num104z2">
    <w:name w:val="WW8Num104z2"/>
    <w:qFormat/>
    <w:rsid w:val="008218B8"/>
    <w:rPr>
      <w:rFonts w:ascii="Wingdings" w:hAnsi="Wingdings"/>
    </w:rPr>
  </w:style>
  <w:style w:type="character" w:customStyle="1" w:styleId="WW8Num106z0">
    <w:name w:val="WW8Num106z0"/>
    <w:qFormat/>
    <w:rsid w:val="008218B8"/>
    <w:rPr>
      <w:rFonts w:ascii="Symbol" w:hAnsi="Symbol"/>
    </w:rPr>
  </w:style>
  <w:style w:type="character" w:customStyle="1" w:styleId="WW8Num106z1">
    <w:name w:val="WW8Num106z1"/>
    <w:qFormat/>
    <w:rsid w:val="008218B8"/>
    <w:rPr>
      <w:rFonts w:ascii="Courier New" w:hAnsi="Courier New" w:cs="Courier New"/>
    </w:rPr>
  </w:style>
  <w:style w:type="character" w:customStyle="1" w:styleId="WW8Num106z2">
    <w:name w:val="WW8Num106z2"/>
    <w:qFormat/>
    <w:rsid w:val="008218B8"/>
    <w:rPr>
      <w:rFonts w:ascii="Wingdings" w:hAnsi="Wingdings"/>
    </w:rPr>
  </w:style>
  <w:style w:type="character" w:customStyle="1" w:styleId="WW8Num107z0">
    <w:name w:val="WW8Num107z0"/>
    <w:qFormat/>
    <w:rsid w:val="008218B8"/>
    <w:rPr>
      <w:rFonts w:ascii="Symbol" w:hAnsi="Symbol"/>
    </w:rPr>
  </w:style>
  <w:style w:type="character" w:customStyle="1" w:styleId="WW8Num107z1">
    <w:name w:val="WW8Num107z1"/>
    <w:qFormat/>
    <w:rsid w:val="008218B8"/>
    <w:rPr>
      <w:rFonts w:ascii="Courier New" w:hAnsi="Courier New" w:cs="Courier New"/>
    </w:rPr>
  </w:style>
  <w:style w:type="character" w:customStyle="1" w:styleId="WW8Num107z2">
    <w:name w:val="WW8Num107z2"/>
    <w:qFormat/>
    <w:rsid w:val="008218B8"/>
    <w:rPr>
      <w:rFonts w:ascii="Wingdings" w:hAnsi="Wingdings"/>
    </w:rPr>
  </w:style>
  <w:style w:type="character" w:customStyle="1" w:styleId="WW8Num108z0">
    <w:name w:val="WW8Num108z0"/>
    <w:qFormat/>
    <w:rsid w:val="008218B8"/>
    <w:rPr>
      <w:rFonts w:ascii="Symbol" w:hAnsi="Symbol"/>
    </w:rPr>
  </w:style>
  <w:style w:type="character" w:customStyle="1" w:styleId="WW8Num108z1">
    <w:name w:val="WW8Num108z1"/>
    <w:qFormat/>
    <w:rsid w:val="008218B8"/>
    <w:rPr>
      <w:rFonts w:ascii="Courier New" w:hAnsi="Courier New" w:cs="Courier New"/>
    </w:rPr>
  </w:style>
  <w:style w:type="character" w:customStyle="1" w:styleId="WW8Num108z2">
    <w:name w:val="WW8Num108z2"/>
    <w:qFormat/>
    <w:rsid w:val="008218B8"/>
    <w:rPr>
      <w:rFonts w:ascii="Wingdings" w:hAnsi="Wingdings"/>
    </w:rPr>
  </w:style>
  <w:style w:type="character" w:customStyle="1" w:styleId="WW8Num109z0">
    <w:name w:val="WW8Num109z0"/>
    <w:qFormat/>
    <w:rsid w:val="008218B8"/>
    <w:rPr>
      <w:rFonts w:ascii="Symbol" w:hAnsi="Symbol"/>
    </w:rPr>
  </w:style>
  <w:style w:type="character" w:customStyle="1" w:styleId="WW8Num109z1">
    <w:name w:val="WW8Num109z1"/>
    <w:qFormat/>
    <w:rsid w:val="008218B8"/>
    <w:rPr>
      <w:rFonts w:ascii="Courier New" w:hAnsi="Courier New" w:cs="Courier New"/>
    </w:rPr>
  </w:style>
  <w:style w:type="character" w:customStyle="1" w:styleId="WW8Num109z2">
    <w:name w:val="WW8Num109z2"/>
    <w:qFormat/>
    <w:rsid w:val="008218B8"/>
    <w:rPr>
      <w:rFonts w:ascii="Wingdings" w:hAnsi="Wingdings"/>
    </w:rPr>
  </w:style>
  <w:style w:type="character" w:customStyle="1" w:styleId="WW8Num111z0">
    <w:name w:val="WW8Num111z0"/>
    <w:qFormat/>
    <w:rsid w:val="008218B8"/>
    <w:rPr>
      <w:rFonts w:ascii="Symbol" w:hAnsi="Symbol"/>
    </w:rPr>
  </w:style>
  <w:style w:type="character" w:customStyle="1" w:styleId="WW8Num111z1">
    <w:name w:val="WW8Num111z1"/>
    <w:qFormat/>
    <w:rsid w:val="008218B8"/>
    <w:rPr>
      <w:rFonts w:ascii="Courier New" w:hAnsi="Courier New" w:cs="Courier New"/>
    </w:rPr>
  </w:style>
  <w:style w:type="character" w:customStyle="1" w:styleId="WW8Num111z2">
    <w:name w:val="WW8Num111z2"/>
    <w:qFormat/>
    <w:rsid w:val="008218B8"/>
    <w:rPr>
      <w:rFonts w:ascii="Wingdings" w:hAnsi="Wingdings"/>
    </w:rPr>
  </w:style>
  <w:style w:type="character" w:customStyle="1" w:styleId="WW8Num112z0">
    <w:name w:val="WW8Num112z0"/>
    <w:qFormat/>
    <w:rsid w:val="008218B8"/>
    <w:rPr>
      <w:rFonts w:ascii="Symbol" w:hAnsi="Symbol"/>
    </w:rPr>
  </w:style>
  <w:style w:type="character" w:customStyle="1" w:styleId="WW8Num112z1">
    <w:name w:val="WW8Num112z1"/>
    <w:qFormat/>
    <w:rsid w:val="008218B8"/>
    <w:rPr>
      <w:rFonts w:ascii="Courier New" w:hAnsi="Courier New" w:cs="Courier New"/>
    </w:rPr>
  </w:style>
  <w:style w:type="character" w:customStyle="1" w:styleId="WW8Num112z2">
    <w:name w:val="WW8Num112z2"/>
    <w:qFormat/>
    <w:rsid w:val="008218B8"/>
    <w:rPr>
      <w:rFonts w:ascii="Wingdings" w:hAnsi="Wingdings"/>
    </w:rPr>
  </w:style>
  <w:style w:type="character" w:customStyle="1" w:styleId="WW8Num113z0">
    <w:name w:val="WW8Num113z0"/>
    <w:qFormat/>
    <w:rsid w:val="008218B8"/>
    <w:rPr>
      <w:rFonts w:ascii="Symbol" w:hAnsi="Symbol"/>
    </w:rPr>
  </w:style>
  <w:style w:type="character" w:customStyle="1" w:styleId="WW8Num113z1">
    <w:name w:val="WW8Num113z1"/>
    <w:qFormat/>
    <w:rsid w:val="008218B8"/>
    <w:rPr>
      <w:rFonts w:ascii="Courier New" w:hAnsi="Courier New" w:cs="Courier New"/>
    </w:rPr>
  </w:style>
  <w:style w:type="character" w:customStyle="1" w:styleId="WW8Num113z2">
    <w:name w:val="WW8Num113z2"/>
    <w:qFormat/>
    <w:rsid w:val="008218B8"/>
    <w:rPr>
      <w:rFonts w:ascii="Wingdings" w:hAnsi="Wingdings"/>
    </w:rPr>
  </w:style>
  <w:style w:type="character" w:customStyle="1" w:styleId="WW8Num114z0">
    <w:name w:val="WW8Num114z0"/>
    <w:qFormat/>
    <w:rsid w:val="008218B8"/>
    <w:rPr>
      <w:rFonts w:ascii="Symbol" w:hAnsi="Symbol"/>
    </w:rPr>
  </w:style>
  <w:style w:type="character" w:customStyle="1" w:styleId="WW8Num114z1">
    <w:name w:val="WW8Num114z1"/>
    <w:qFormat/>
    <w:rsid w:val="008218B8"/>
    <w:rPr>
      <w:rFonts w:ascii="Courier New" w:hAnsi="Courier New" w:cs="Courier New"/>
    </w:rPr>
  </w:style>
  <w:style w:type="character" w:customStyle="1" w:styleId="WW8Num114z2">
    <w:name w:val="WW8Num114z2"/>
    <w:qFormat/>
    <w:rsid w:val="008218B8"/>
    <w:rPr>
      <w:rFonts w:ascii="Wingdings" w:hAnsi="Wingdings"/>
    </w:rPr>
  </w:style>
  <w:style w:type="character" w:customStyle="1" w:styleId="WW8Num116z0">
    <w:name w:val="WW8Num116z0"/>
    <w:qFormat/>
    <w:rsid w:val="008218B8"/>
    <w:rPr>
      <w:rFonts w:ascii="Wingdings" w:hAnsi="Wingdings"/>
    </w:rPr>
  </w:style>
  <w:style w:type="character" w:customStyle="1" w:styleId="WW8Num116z1">
    <w:name w:val="WW8Num116z1"/>
    <w:qFormat/>
    <w:rsid w:val="008218B8"/>
    <w:rPr>
      <w:rFonts w:ascii="Courier New" w:hAnsi="Courier New" w:cs="Courier New"/>
    </w:rPr>
  </w:style>
  <w:style w:type="character" w:customStyle="1" w:styleId="WW8Num116z3">
    <w:name w:val="WW8Num116z3"/>
    <w:qFormat/>
    <w:rsid w:val="008218B8"/>
    <w:rPr>
      <w:rFonts w:ascii="Symbol" w:hAnsi="Symbol"/>
    </w:rPr>
  </w:style>
  <w:style w:type="character" w:customStyle="1" w:styleId="WW8Num117z0">
    <w:name w:val="WW8Num117z0"/>
    <w:qFormat/>
    <w:rsid w:val="008218B8"/>
    <w:rPr>
      <w:rFonts w:ascii="Symbol" w:hAnsi="Symbol"/>
    </w:rPr>
  </w:style>
  <w:style w:type="character" w:customStyle="1" w:styleId="WW8Num117z1">
    <w:name w:val="WW8Num117z1"/>
    <w:qFormat/>
    <w:rsid w:val="008218B8"/>
    <w:rPr>
      <w:rFonts w:ascii="Courier New" w:hAnsi="Courier New" w:cs="Courier New"/>
    </w:rPr>
  </w:style>
  <w:style w:type="character" w:customStyle="1" w:styleId="WW8Num117z2">
    <w:name w:val="WW8Num117z2"/>
    <w:qFormat/>
    <w:rsid w:val="008218B8"/>
    <w:rPr>
      <w:rFonts w:ascii="Wingdings" w:hAnsi="Wingdings"/>
    </w:rPr>
  </w:style>
  <w:style w:type="character" w:customStyle="1" w:styleId="11">
    <w:name w:val="Основной шрифт абзаца1"/>
    <w:qFormat/>
    <w:rsid w:val="008218B8"/>
  </w:style>
  <w:style w:type="character" w:customStyle="1" w:styleId="WW8Num6z0">
    <w:name w:val="WW8Num6z0"/>
    <w:qFormat/>
    <w:rsid w:val="008218B8"/>
    <w:rPr>
      <w:rFonts w:ascii="Symbol" w:hAnsi="Symbol" w:cs="OpenSymbol"/>
    </w:rPr>
  </w:style>
  <w:style w:type="character" w:customStyle="1" w:styleId="WW8Num6z1">
    <w:name w:val="WW8Num6z1"/>
    <w:qFormat/>
    <w:rsid w:val="008218B8"/>
    <w:rPr>
      <w:rFonts w:ascii="OpenSymbol" w:hAnsi="OpenSymbol" w:cs="OpenSymbol"/>
    </w:rPr>
  </w:style>
  <w:style w:type="character" w:customStyle="1" w:styleId="Absatz-Standardschriftart">
    <w:name w:val="Absatz-Standardschriftart"/>
    <w:qFormat/>
    <w:rsid w:val="008218B8"/>
  </w:style>
  <w:style w:type="character" w:customStyle="1" w:styleId="ab">
    <w:name w:val="Маркеры списка"/>
    <w:qFormat/>
    <w:rsid w:val="008218B8"/>
    <w:rPr>
      <w:rFonts w:ascii="OpenSymbol" w:eastAsia="OpenSymbol" w:hAnsi="OpenSymbol" w:cs="OpenSymbol"/>
    </w:rPr>
  </w:style>
  <w:style w:type="character" w:customStyle="1" w:styleId="ac">
    <w:name w:val="Символ нумерации"/>
    <w:qFormat/>
    <w:rsid w:val="008218B8"/>
  </w:style>
  <w:style w:type="character" w:customStyle="1" w:styleId="ad">
    <w:name w:val="Текст выноски Знак"/>
    <w:uiPriority w:val="99"/>
    <w:qFormat/>
    <w:rsid w:val="008218B8"/>
    <w:rPr>
      <w:rFonts w:ascii="Tahoma" w:eastAsia="DejaVu Sans" w:hAnsi="Tahoma" w:cs="Mangal"/>
      <w:kern w:val="2"/>
      <w:sz w:val="16"/>
      <w:szCs w:val="14"/>
      <w:lang w:eastAsia="hi-IN" w:bidi="hi-IN"/>
    </w:rPr>
  </w:style>
  <w:style w:type="character" w:customStyle="1" w:styleId="ae">
    <w:name w:val="Подзаголовок Знак"/>
    <w:uiPriority w:val="11"/>
    <w:qFormat/>
    <w:rsid w:val="008218B8"/>
    <w:rPr>
      <w:rFonts w:ascii="Cambria" w:eastAsia="Times New Roman" w:hAnsi="Cambria" w:cs="Times New Roman"/>
      <w:i/>
      <w:iCs/>
      <w:color w:val="4F81BD"/>
      <w:spacing w:val="15"/>
      <w:sz w:val="24"/>
      <w:szCs w:val="24"/>
    </w:rPr>
  </w:style>
  <w:style w:type="character" w:styleId="af">
    <w:name w:val="Strong"/>
    <w:uiPriority w:val="22"/>
    <w:qFormat/>
    <w:rsid w:val="008218B8"/>
    <w:rPr>
      <w:b/>
      <w:bCs/>
    </w:rPr>
  </w:style>
  <w:style w:type="character" w:styleId="af0">
    <w:name w:val="Emphasis"/>
    <w:uiPriority w:val="20"/>
    <w:qFormat/>
    <w:rsid w:val="008218B8"/>
    <w:rPr>
      <w:i/>
      <w:iCs/>
    </w:rPr>
  </w:style>
  <w:style w:type="character" w:customStyle="1" w:styleId="23">
    <w:name w:val="Цитата 2 Знак"/>
    <w:uiPriority w:val="29"/>
    <w:qFormat/>
    <w:rsid w:val="008218B8"/>
    <w:rPr>
      <w:i/>
      <w:iCs/>
      <w:color w:val="000000"/>
    </w:rPr>
  </w:style>
  <w:style w:type="character" w:customStyle="1" w:styleId="af1">
    <w:name w:val="Выделенная цитата Знак"/>
    <w:uiPriority w:val="30"/>
    <w:qFormat/>
    <w:rsid w:val="008218B8"/>
    <w:rPr>
      <w:b/>
      <w:bCs/>
      <w:i/>
      <w:iCs/>
      <w:color w:val="4F81BD"/>
    </w:rPr>
  </w:style>
  <w:style w:type="character" w:styleId="af2">
    <w:name w:val="Subtle Emphasis"/>
    <w:uiPriority w:val="19"/>
    <w:qFormat/>
    <w:rsid w:val="008218B8"/>
    <w:rPr>
      <w:i/>
      <w:iCs/>
      <w:color w:val="808080"/>
    </w:rPr>
  </w:style>
  <w:style w:type="character" w:styleId="af3">
    <w:name w:val="Intense Emphasis"/>
    <w:uiPriority w:val="21"/>
    <w:qFormat/>
    <w:rsid w:val="008218B8"/>
    <w:rPr>
      <w:b/>
      <w:bCs/>
      <w:i/>
      <w:iCs/>
      <w:color w:val="4F81BD"/>
    </w:rPr>
  </w:style>
  <w:style w:type="character" w:styleId="af4">
    <w:name w:val="Subtle Reference"/>
    <w:uiPriority w:val="31"/>
    <w:qFormat/>
    <w:rsid w:val="008218B8"/>
    <w:rPr>
      <w:smallCaps/>
      <w:color w:val="C0504D"/>
      <w:u w:val="single"/>
    </w:rPr>
  </w:style>
  <w:style w:type="character" w:styleId="af5">
    <w:name w:val="Intense Reference"/>
    <w:uiPriority w:val="32"/>
    <w:qFormat/>
    <w:rsid w:val="008218B8"/>
    <w:rPr>
      <w:b/>
      <w:bCs/>
      <w:smallCaps/>
      <w:color w:val="C0504D"/>
      <w:spacing w:val="5"/>
      <w:u w:val="single"/>
    </w:rPr>
  </w:style>
  <w:style w:type="character" w:styleId="af6">
    <w:name w:val="Book Title"/>
    <w:uiPriority w:val="33"/>
    <w:qFormat/>
    <w:rsid w:val="008218B8"/>
    <w:rPr>
      <w:b/>
      <w:bCs/>
      <w:smallCaps/>
      <w:spacing w:val="5"/>
    </w:rPr>
  </w:style>
  <w:style w:type="character" w:customStyle="1" w:styleId="af7">
    <w:name w:val="Основной текст Знак"/>
    <w:basedOn w:val="a2"/>
    <w:link w:val="Textbody"/>
    <w:uiPriority w:val="99"/>
    <w:qFormat/>
    <w:rsid w:val="008218B8"/>
    <w:rPr>
      <w:rFonts w:ascii="Calibri" w:eastAsia="Calibri" w:hAnsi="Calibri" w:cs="Times New Roman"/>
      <w:lang w:val="x-none" w:eastAsia="ar-SA"/>
    </w:rPr>
  </w:style>
  <w:style w:type="character" w:customStyle="1" w:styleId="12">
    <w:name w:val="Подзаголовок Знак1"/>
    <w:basedOn w:val="a2"/>
    <w:link w:val="af8"/>
    <w:qFormat/>
    <w:rsid w:val="008218B8"/>
    <w:rPr>
      <w:rFonts w:ascii="Cambria" w:eastAsia="Times New Roman" w:hAnsi="Cambria" w:cs="Times New Roman"/>
      <w:i/>
      <w:iCs/>
      <w:color w:val="4F81BD"/>
      <w:spacing w:val="15"/>
      <w:sz w:val="24"/>
      <w:szCs w:val="24"/>
      <w:lang w:val="x-none" w:eastAsia="ar-SA"/>
    </w:rPr>
  </w:style>
  <w:style w:type="character" w:customStyle="1" w:styleId="13">
    <w:name w:val="Текст выноски Знак1"/>
    <w:basedOn w:val="a2"/>
    <w:link w:val="af9"/>
    <w:qFormat/>
    <w:rsid w:val="008218B8"/>
    <w:rPr>
      <w:rFonts w:ascii="Tahoma" w:eastAsia="DejaVu Sans" w:hAnsi="Tahoma" w:cs="Mangal"/>
      <w:kern w:val="2"/>
      <w:sz w:val="16"/>
      <w:szCs w:val="14"/>
      <w:lang w:val="x-none" w:eastAsia="hi-IN" w:bidi="hi-IN"/>
    </w:rPr>
  </w:style>
  <w:style w:type="character" w:customStyle="1" w:styleId="210">
    <w:name w:val="Цитата 2 Знак1"/>
    <w:basedOn w:val="a2"/>
    <w:link w:val="24"/>
    <w:qFormat/>
    <w:rsid w:val="008218B8"/>
    <w:rPr>
      <w:rFonts w:ascii="Calibri" w:eastAsia="Calibri" w:hAnsi="Calibri" w:cs="Times New Roman"/>
      <w:i/>
      <w:iCs/>
      <w:color w:val="000000"/>
      <w:sz w:val="20"/>
      <w:szCs w:val="20"/>
      <w:lang w:val="x-none" w:eastAsia="ar-SA"/>
    </w:rPr>
  </w:style>
  <w:style w:type="character" w:customStyle="1" w:styleId="14">
    <w:name w:val="Выделенная цитата Знак1"/>
    <w:basedOn w:val="a2"/>
    <w:link w:val="afa"/>
    <w:qFormat/>
    <w:rsid w:val="008218B8"/>
    <w:rPr>
      <w:rFonts w:ascii="Calibri" w:eastAsia="Calibri" w:hAnsi="Calibri" w:cs="Times New Roman"/>
      <w:b/>
      <w:bCs/>
      <w:i/>
      <w:iCs/>
      <w:color w:val="4F81BD"/>
      <w:sz w:val="20"/>
      <w:szCs w:val="20"/>
      <w:lang w:val="x-none" w:eastAsia="ar-SA"/>
    </w:rPr>
  </w:style>
  <w:style w:type="character" w:customStyle="1" w:styleId="afb">
    <w:name w:val="Без интервала Знак"/>
    <w:link w:val="afc"/>
    <w:uiPriority w:val="1"/>
    <w:qFormat/>
    <w:locked/>
    <w:rsid w:val="008218B8"/>
    <w:rPr>
      <w:rFonts w:ascii="Calibri" w:eastAsia="Calibri" w:hAnsi="Calibri" w:cs="Times New Roman"/>
    </w:rPr>
  </w:style>
  <w:style w:type="character" w:styleId="afd">
    <w:name w:val="page number"/>
    <w:qFormat/>
    <w:rsid w:val="008218B8"/>
  </w:style>
  <w:style w:type="character" w:customStyle="1" w:styleId="c3">
    <w:name w:val="c3"/>
    <w:basedOn w:val="a2"/>
    <w:qFormat/>
  </w:style>
  <w:style w:type="paragraph" w:customStyle="1" w:styleId="afe">
    <w:name w:val="Заголовок"/>
    <w:basedOn w:val="a1"/>
    <w:next w:val="aff"/>
    <w:qFormat/>
    <w:pPr>
      <w:keepNext/>
      <w:spacing w:before="240" w:after="120"/>
    </w:pPr>
    <w:rPr>
      <w:rFonts w:ascii="Liberation Sans" w:eastAsia="Microsoft YaHei" w:hAnsi="Liberation Sans" w:cs="Mangal"/>
      <w:sz w:val="28"/>
      <w:szCs w:val="28"/>
    </w:rPr>
  </w:style>
  <w:style w:type="paragraph" w:styleId="aff">
    <w:name w:val="Body Text"/>
    <w:basedOn w:val="a1"/>
    <w:uiPriority w:val="99"/>
    <w:qFormat/>
    <w:rsid w:val="008218B8"/>
    <w:pPr>
      <w:spacing w:after="120" w:line="240" w:lineRule="auto"/>
    </w:pPr>
    <w:rPr>
      <w:rFonts w:ascii="Calibri" w:eastAsia="Calibri" w:hAnsi="Calibri" w:cs="Times New Roman"/>
      <w:lang w:val="x-none" w:eastAsia="ar-SA"/>
    </w:rPr>
  </w:style>
  <w:style w:type="paragraph" w:styleId="aff0">
    <w:name w:val="List"/>
    <w:basedOn w:val="aff"/>
    <w:uiPriority w:val="99"/>
    <w:rsid w:val="008218B8"/>
  </w:style>
  <w:style w:type="paragraph" w:styleId="aff1">
    <w:name w:val="caption"/>
    <w:basedOn w:val="a1"/>
    <w:uiPriority w:val="35"/>
    <w:qFormat/>
    <w:pPr>
      <w:suppressLineNumbers/>
      <w:spacing w:before="120" w:after="120"/>
    </w:pPr>
    <w:rPr>
      <w:rFonts w:cs="Mangal"/>
      <w:i/>
      <w:iCs/>
      <w:sz w:val="24"/>
      <w:szCs w:val="24"/>
    </w:rPr>
  </w:style>
  <w:style w:type="paragraph" w:styleId="aff2">
    <w:name w:val="index heading"/>
    <w:basedOn w:val="afe"/>
  </w:style>
  <w:style w:type="paragraph" w:customStyle="1" w:styleId="aff3">
    <w:name w:val="Колонтитул"/>
    <w:basedOn w:val="a1"/>
    <w:qFormat/>
  </w:style>
  <w:style w:type="paragraph" w:styleId="a6">
    <w:name w:val="header"/>
    <w:basedOn w:val="a1"/>
    <w:link w:val="a5"/>
    <w:uiPriority w:val="99"/>
    <w:unhideWhenUsed/>
    <w:rsid w:val="008218B8"/>
    <w:pPr>
      <w:tabs>
        <w:tab w:val="center" w:pos="4677"/>
        <w:tab w:val="right" w:pos="9355"/>
      </w:tabs>
      <w:spacing w:after="0" w:line="240" w:lineRule="auto"/>
    </w:pPr>
    <w:rPr>
      <w:rFonts w:ascii="Calibri" w:eastAsia="Calibri" w:hAnsi="Calibri" w:cs="Times New Roman"/>
    </w:rPr>
  </w:style>
  <w:style w:type="paragraph" w:styleId="a8">
    <w:name w:val="footer"/>
    <w:basedOn w:val="a1"/>
    <w:link w:val="a7"/>
    <w:uiPriority w:val="99"/>
    <w:unhideWhenUsed/>
    <w:rsid w:val="008218B8"/>
    <w:pPr>
      <w:tabs>
        <w:tab w:val="center" w:pos="4677"/>
        <w:tab w:val="right" w:pos="9355"/>
      </w:tabs>
      <w:spacing w:after="0" w:line="240" w:lineRule="auto"/>
    </w:pPr>
    <w:rPr>
      <w:rFonts w:ascii="Calibri" w:eastAsia="Calibri" w:hAnsi="Calibri" w:cs="Times New Roman"/>
    </w:rPr>
  </w:style>
  <w:style w:type="paragraph" w:customStyle="1" w:styleId="33">
    <w:name w:val="Заголовок 3+"/>
    <w:basedOn w:val="a1"/>
    <w:qFormat/>
    <w:rsid w:val="008218B8"/>
    <w:pPr>
      <w:widowControl w:val="0"/>
      <w:spacing w:before="240" w:after="0" w:line="240" w:lineRule="auto"/>
      <w:jc w:val="center"/>
      <w:textAlignment w:val="baseline"/>
    </w:pPr>
    <w:rPr>
      <w:rFonts w:ascii="Times New Roman" w:eastAsia="Times New Roman" w:hAnsi="Times New Roman" w:cs="Times New Roman"/>
      <w:b/>
      <w:sz w:val="28"/>
      <w:szCs w:val="20"/>
      <w:lang w:eastAsia="ru-RU"/>
    </w:rPr>
  </w:style>
  <w:style w:type="paragraph" w:styleId="aff4">
    <w:name w:val="Normal (Web)"/>
    <w:basedOn w:val="a1"/>
    <w:uiPriority w:val="99"/>
    <w:qFormat/>
    <w:rsid w:val="008218B8"/>
    <w:pPr>
      <w:spacing w:beforeAutospacing="1" w:afterAutospacing="1" w:line="240" w:lineRule="auto"/>
    </w:pPr>
    <w:rPr>
      <w:rFonts w:ascii="Times New Roman" w:eastAsia="Times New Roman" w:hAnsi="Times New Roman" w:cs="Times New Roman"/>
      <w:sz w:val="24"/>
      <w:szCs w:val="24"/>
      <w:lang w:eastAsia="ru-RU"/>
    </w:rPr>
  </w:style>
  <w:style w:type="paragraph" w:styleId="aa">
    <w:name w:val="Title"/>
    <w:basedOn w:val="a1"/>
    <w:link w:val="a9"/>
    <w:uiPriority w:val="10"/>
    <w:qFormat/>
    <w:rsid w:val="008218B8"/>
    <w:pPr>
      <w:spacing w:after="0" w:line="240" w:lineRule="auto"/>
      <w:jc w:val="center"/>
    </w:pPr>
    <w:rPr>
      <w:rFonts w:ascii="Times New Roman" w:eastAsia="Times New Roman" w:hAnsi="Times New Roman" w:cs="Times New Roman"/>
      <w:b/>
      <w:bCs/>
      <w:sz w:val="24"/>
      <w:szCs w:val="24"/>
      <w:lang w:val="x-none" w:eastAsia="ru-RU"/>
    </w:rPr>
  </w:style>
  <w:style w:type="paragraph" w:styleId="aff5">
    <w:name w:val="List Paragraph"/>
    <w:aliases w:val="ITL List Paragraph,Цветной список - Акцент 13"/>
    <w:basedOn w:val="a1"/>
    <w:link w:val="aff6"/>
    <w:uiPriority w:val="34"/>
    <w:qFormat/>
    <w:rsid w:val="008218B8"/>
    <w:pPr>
      <w:ind w:left="720"/>
      <w:contextualSpacing/>
    </w:pPr>
    <w:rPr>
      <w:rFonts w:ascii="Calibri" w:eastAsia="Calibri" w:hAnsi="Calibri" w:cs="Times New Roman"/>
    </w:rPr>
  </w:style>
  <w:style w:type="paragraph" w:styleId="afc">
    <w:name w:val="No Spacing"/>
    <w:link w:val="afb"/>
    <w:uiPriority w:val="1"/>
    <w:qFormat/>
    <w:rsid w:val="008218B8"/>
    <w:rPr>
      <w:rFonts w:cs="Times New Roman"/>
    </w:rPr>
  </w:style>
  <w:style w:type="paragraph" w:customStyle="1" w:styleId="25">
    <w:name w:val="Название2"/>
    <w:basedOn w:val="a1"/>
    <w:qFormat/>
    <w:rsid w:val="008218B8"/>
    <w:pPr>
      <w:suppressLineNumbers/>
      <w:spacing w:before="120" w:after="120" w:line="240" w:lineRule="auto"/>
    </w:pPr>
    <w:rPr>
      <w:rFonts w:ascii="Calibri" w:eastAsia="Calibri" w:hAnsi="Calibri" w:cs="Calibri"/>
      <w:i/>
      <w:iCs/>
      <w:sz w:val="24"/>
      <w:szCs w:val="24"/>
      <w:lang w:eastAsia="ar-SA"/>
    </w:rPr>
  </w:style>
  <w:style w:type="paragraph" w:customStyle="1" w:styleId="26">
    <w:name w:val="Указатель2"/>
    <w:basedOn w:val="a1"/>
    <w:qFormat/>
    <w:rsid w:val="008218B8"/>
    <w:pPr>
      <w:suppressLineNumbers/>
      <w:spacing w:before="240" w:after="60" w:line="240" w:lineRule="auto"/>
    </w:pPr>
    <w:rPr>
      <w:rFonts w:ascii="Calibri" w:eastAsia="Calibri" w:hAnsi="Calibri" w:cs="Calibri"/>
      <w:lang w:eastAsia="ar-SA"/>
    </w:rPr>
  </w:style>
  <w:style w:type="paragraph" w:customStyle="1" w:styleId="15">
    <w:name w:val="Название1"/>
    <w:basedOn w:val="a1"/>
    <w:qFormat/>
    <w:rsid w:val="008218B8"/>
    <w:pPr>
      <w:suppressLineNumbers/>
      <w:spacing w:before="120" w:after="120" w:line="240" w:lineRule="auto"/>
    </w:pPr>
    <w:rPr>
      <w:rFonts w:ascii="Calibri" w:eastAsia="Calibri" w:hAnsi="Calibri" w:cs="Calibri"/>
      <w:i/>
      <w:iCs/>
      <w:sz w:val="24"/>
      <w:szCs w:val="24"/>
      <w:lang w:eastAsia="ar-SA"/>
    </w:rPr>
  </w:style>
  <w:style w:type="paragraph" w:customStyle="1" w:styleId="16">
    <w:name w:val="Указатель1"/>
    <w:basedOn w:val="a1"/>
    <w:qFormat/>
    <w:rsid w:val="008218B8"/>
    <w:pPr>
      <w:suppressLineNumbers/>
      <w:spacing w:before="240" w:after="60" w:line="240" w:lineRule="auto"/>
    </w:pPr>
    <w:rPr>
      <w:rFonts w:ascii="Calibri" w:eastAsia="Calibri" w:hAnsi="Calibri" w:cs="Calibri"/>
      <w:lang w:eastAsia="ar-SA"/>
    </w:rPr>
  </w:style>
  <w:style w:type="paragraph" w:styleId="af8">
    <w:name w:val="Subtitle"/>
    <w:basedOn w:val="aa"/>
    <w:next w:val="aff"/>
    <w:link w:val="12"/>
    <w:uiPriority w:val="11"/>
    <w:qFormat/>
    <w:rsid w:val="008218B8"/>
    <w:pPr>
      <w:spacing w:before="240" w:after="60"/>
      <w:jc w:val="left"/>
    </w:pPr>
    <w:rPr>
      <w:rFonts w:ascii="Cambria" w:hAnsi="Cambria"/>
      <w:b w:val="0"/>
      <w:bCs w:val="0"/>
      <w:i/>
      <w:iCs/>
      <w:color w:val="4F81BD"/>
      <w:spacing w:val="15"/>
      <w:lang w:eastAsia="ar-SA"/>
    </w:rPr>
  </w:style>
  <w:style w:type="paragraph" w:customStyle="1" w:styleId="aff7">
    <w:name w:val="Содержимое таблицы"/>
    <w:basedOn w:val="a1"/>
    <w:qFormat/>
    <w:rsid w:val="008218B8"/>
    <w:pPr>
      <w:suppressLineNumbers/>
      <w:spacing w:before="240" w:after="60" w:line="240" w:lineRule="auto"/>
    </w:pPr>
    <w:rPr>
      <w:rFonts w:ascii="Calibri" w:eastAsia="Calibri" w:hAnsi="Calibri" w:cs="Calibri"/>
      <w:lang w:eastAsia="ar-SA"/>
    </w:rPr>
  </w:style>
  <w:style w:type="paragraph" w:customStyle="1" w:styleId="aff8">
    <w:name w:val="Заголовок таблицы"/>
    <w:basedOn w:val="aff7"/>
    <w:qFormat/>
    <w:rsid w:val="008218B8"/>
    <w:pPr>
      <w:jc w:val="center"/>
    </w:pPr>
    <w:rPr>
      <w:b/>
      <w:bCs/>
    </w:rPr>
  </w:style>
  <w:style w:type="paragraph" w:styleId="aff9">
    <w:name w:val="Revision"/>
    <w:qFormat/>
    <w:rsid w:val="008218B8"/>
    <w:pPr>
      <w:spacing w:before="240" w:after="60"/>
    </w:pPr>
    <w:rPr>
      <w:rFonts w:ascii="Liberation Serif" w:eastAsia="DejaVu Sans" w:hAnsi="Liberation Serif" w:cs="Mangal"/>
      <w:kern w:val="2"/>
      <w:sz w:val="24"/>
      <w:szCs w:val="21"/>
      <w:lang w:eastAsia="hi-IN" w:bidi="hi-IN"/>
    </w:rPr>
  </w:style>
  <w:style w:type="paragraph" w:styleId="af9">
    <w:name w:val="Balloon Text"/>
    <w:basedOn w:val="a1"/>
    <w:link w:val="13"/>
    <w:uiPriority w:val="99"/>
    <w:qFormat/>
    <w:rsid w:val="008218B8"/>
    <w:pPr>
      <w:spacing w:before="240" w:after="60" w:line="240" w:lineRule="auto"/>
    </w:pPr>
    <w:rPr>
      <w:rFonts w:ascii="Tahoma" w:eastAsia="DejaVu Sans" w:hAnsi="Tahoma" w:cs="Mangal"/>
      <w:kern w:val="2"/>
      <w:sz w:val="16"/>
      <w:szCs w:val="14"/>
      <w:lang w:val="x-none" w:eastAsia="hi-IN" w:bidi="hi-IN"/>
    </w:rPr>
  </w:style>
  <w:style w:type="paragraph" w:customStyle="1" w:styleId="17">
    <w:name w:val="Название объекта1"/>
    <w:basedOn w:val="a1"/>
    <w:next w:val="a1"/>
    <w:qFormat/>
    <w:rsid w:val="008218B8"/>
    <w:pPr>
      <w:spacing w:line="240" w:lineRule="auto"/>
    </w:pPr>
    <w:rPr>
      <w:rFonts w:ascii="Calibri" w:eastAsia="Calibri" w:hAnsi="Calibri" w:cs="Calibri"/>
      <w:b/>
      <w:bCs/>
      <w:color w:val="4F81BD"/>
      <w:sz w:val="18"/>
      <w:szCs w:val="18"/>
      <w:lang w:eastAsia="ar-SA"/>
    </w:rPr>
  </w:style>
  <w:style w:type="paragraph" w:styleId="24">
    <w:name w:val="Quote"/>
    <w:basedOn w:val="a1"/>
    <w:next w:val="a1"/>
    <w:link w:val="210"/>
    <w:uiPriority w:val="29"/>
    <w:qFormat/>
    <w:rsid w:val="008218B8"/>
    <w:pPr>
      <w:spacing w:before="240" w:after="60" w:line="240" w:lineRule="auto"/>
    </w:pPr>
    <w:rPr>
      <w:rFonts w:ascii="Calibri" w:eastAsia="Calibri" w:hAnsi="Calibri" w:cs="Times New Roman"/>
      <w:i/>
      <w:iCs/>
      <w:color w:val="000000"/>
      <w:sz w:val="20"/>
      <w:szCs w:val="20"/>
      <w:lang w:val="x-none" w:eastAsia="ar-SA"/>
    </w:rPr>
  </w:style>
  <w:style w:type="paragraph" w:styleId="afa">
    <w:name w:val="Intense Quote"/>
    <w:basedOn w:val="a1"/>
    <w:next w:val="a1"/>
    <w:link w:val="14"/>
    <w:uiPriority w:val="30"/>
    <w:qFormat/>
    <w:rsid w:val="008218B8"/>
    <w:pPr>
      <w:pBdr>
        <w:bottom w:val="single" w:sz="4" w:space="4" w:color="FFFF00"/>
      </w:pBdr>
      <w:spacing w:before="200" w:after="280" w:line="240" w:lineRule="auto"/>
      <w:ind w:left="936" w:right="936"/>
    </w:pPr>
    <w:rPr>
      <w:rFonts w:ascii="Calibri" w:eastAsia="Calibri" w:hAnsi="Calibri" w:cs="Times New Roman"/>
      <w:b/>
      <w:bCs/>
      <w:i/>
      <w:iCs/>
      <w:color w:val="4F81BD"/>
      <w:sz w:val="20"/>
      <w:szCs w:val="20"/>
      <w:lang w:val="x-none" w:eastAsia="ar-SA"/>
    </w:rPr>
  </w:style>
  <w:style w:type="paragraph" w:styleId="affa">
    <w:name w:val="TOC Heading"/>
    <w:basedOn w:val="1"/>
    <w:next w:val="a1"/>
    <w:uiPriority w:val="39"/>
    <w:qFormat/>
    <w:rsid w:val="008218B8"/>
    <w:pPr>
      <w:numPr>
        <w:numId w:val="0"/>
      </w:numPr>
      <w:outlineLvl w:val="9"/>
    </w:pPr>
  </w:style>
  <w:style w:type="paragraph" w:customStyle="1" w:styleId="msolistparagraph0">
    <w:name w:val="msolistparagraph"/>
    <w:basedOn w:val="a1"/>
    <w:qFormat/>
    <w:rsid w:val="008218B8"/>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Default">
    <w:name w:val="Default"/>
    <w:qFormat/>
    <w:rsid w:val="008218B8"/>
    <w:rPr>
      <w:rFonts w:ascii="Times New Roman" w:eastAsia="Calibri" w:hAnsi="Times New Roman" w:cs="Times New Roman"/>
      <w:color w:val="000000"/>
      <w:sz w:val="24"/>
      <w:szCs w:val="24"/>
      <w:lang w:eastAsia="ru-RU"/>
    </w:rPr>
  </w:style>
  <w:style w:type="paragraph" w:customStyle="1" w:styleId="Textbody">
    <w:name w:val="Text body"/>
    <w:basedOn w:val="a1"/>
    <w:link w:val="af7"/>
    <w:qFormat/>
    <w:rsid w:val="008218B8"/>
    <w:pPr>
      <w:widowControl w:val="0"/>
      <w:spacing w:after="283"/>
      <w:textAlignment w:val="baseline"/>
    </w:pPr>
    <w:rPr>
      <w:rFonts w:ascii="Liberation Serif" w:eastAsia="Segoe UI" w:hAnsi="Liberation Serif" w:cs="Tahoma"/>
      <w:color w:val="000000"/>
      <w:kern w:val="2"/>
      <w:sz w:val="24"/>
      <w:szCs w:val="24"/>
      <w:lang w:eastAsia="zh-CN" w:bidi="hi-IN"/>
    </w:rPr>
  </w:style>
  <w:style w:type="paragraph" w:customStyle="1" w:styleId="affb">
    <w:name w:val="Содержимое врезки"/>
    <w:basedOn w:val="a1"/>
    <w:qFormat/>
  </w:style>
  <w:style w:type="paragraph" w:customStyle="1" w:styleId="110">
    <w:name w:val="Заголовок 11"/>
    <w:basedOn w:val="a1"/>
    <w:uiPriority w:val="1"/>
    <w:qFormat/>
    <w:pPr>
      <w:widowControl w:val="0"/>
      <w:spacing w:after="0" w:line="240" w:lineRule="auto"/>
      <w:ind w:left="542"/>
      <w:jc w:val="both"/>
      <w:outlineLvl w:val="1"/>
    </w:pPr>
    <w:rPr>
      <w:rFonts w:ascii="Times New Roman" w:eastAsia="Times New Roman" w:hAnsi="Times New Roman" w:cs="Times New Roman"/>
      <w:b/>
      <w:bCs/>
      <w:sz w:val="24"/>
      <w:szCs w:val="24"/>
    </w:rPr>
  </w:style>
  <w:style w:type="numbering" w:customStyle="1" w:styleId="18">
    <w:name w:val="Нет списка1"/>
    <w:uiPriority w:val="99"/>
    <w:semiHidden/>
    <w:unhideWhenUsed/>
    <w:qFormat/>
    <w:rsid w:val="008218B8"/>
  </w:style>
  <w:style w:type="numbering" w:customStyle="1" w:styleId="111">
    <w:name w:val="Нет списка11"/>
    <w:semiHidden/>
    <w:qFormat/>
    <w:rsid w:val="008218B8"/>
  </w:style>
  <w:style w:type="table" w:styleId="affc">
    <w:name w:val="Table Grid"/>
    <w:basedOn w:val="a3"/>
    <w:uiPriority w:val="59"/>
    <w:rsid w:val="008218B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
    <w:name w:val="Сетка таблицы1"/>
    <w:basedOn w:val="a3"/>
    <w:rsid w:val="008218B8"/>
    <w:rPr>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3"/>
    <w:uiPriority w:val="59"/>
    <w:rsid w:val="008218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
    <w:name w:val="Сетка таблицы3"/>
    <w:basedOn w:val="a3"/>
    <w:next w:val="affc"/>
    <w:uiPriority w:val="59"/>
    <w:rsid w:val="00BD5B97"/>
    <w:pPr>
      <w:suppressAutoHyphens w:val="0"/>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
    <w:name w:val="Table Normal"/>
    <w:uiPriority w:val="2"/>
    <w:semiHidden/>
    <w:unhideWhenUsed/>
    <w:qFormat/>
    <w:rsid w:val="00AD3ABA"/>
    <w:pPr>
      <w:widowControl w:val="0"/>
      <w:suppressAutoHyphens w:val="0"/>
      <w:autoSpaceDE w:val="0"/>
      <w:autoSpaceDN w:val="0"/>
    </w:pPr>
    <w:rPr>
      <w:lang w:val="en-US"/>
    </w:rPr>
    <w:tblPr>
      <w:tblInd w:w="0" w:type="dxa"/>
      <w:tblCellMar>
        <w:top w:w="0" w:type="dxa"/>
        <w:left w:w="0" w:type="dxa"/>
        <w:bottom w:w="0" w:type="dxa"/>
        <w:right w:w="0" w:type="dxa"/>
      </w:tblCellMar>
    </w:tblPr>
  </w:style>
  <w:style w:type="paragraph" w:styleId="1a">
    <w:name w:val="toc 1"/>
    <w:basedOn w:val="a1"/>
    <w:uiPriority w:val="39"/>
    <w:qFormat/>
    <w:rsid w:val="00AD3ABA"/>
    <w:pPr>
      <w:widowControl w:val="0"/>
      <w:suppressAutoHyphens w:val="0"/>
      <w:autoSpaceDE w:val="0"/>
      <w:autoSpaceDN w:val="0"/>
      <w:spacing w:before="86" w:after="0" w:line="240" w:lineRule="auto"/>
      <w:ind w:left="141"/>
    </w:pPr>
    <w:rPr>
      <w:rFonts w:ascii="Lucida Sans Unicode" w:eastAsia="Lucida Sans Unicode" w:hAnsi="Lucida Sans Unicode" w:cs="Lucida Sans Unicode"/>
      <w:sz w:val="24"/>
      <w:szCs w:val="24"/>
    </w:rPr>
  </w:style>
  <w:style w:type="paragraph" w:styleId="28">
    <w:name w:val="toc 2"/>
    <w:basedOn w:val="a1"/>
    <w:uiPriority w:val="39"/>
    <w:qFormat/>
    <w:rsid w:val="00AD3ABA"/>
    <w:pPr>
      <w:widowControl w:val="0"/>
      <w:suppressAutoHyphens w:val="0"/>
      <w:autoSpaceDE w:val="0"/>
      <w:autoSpaceDN w:val="0"/>
      <w:spacing w:before="86" w:after="0" w:line="240" w:lineRule="auto"/>
      <w:ind w:left="141"/>
    </w:pPr>
    <w:rPr>
      <w:rFonts w:ascii="Lucida Sans Unicode" w:eastAsia="Lucida Sans Unicode" w:hAnsi="Lucida Sans Unicode" w:cs="Lucida Sans Unicode"/>
      <w:sz w:val="24"/>
      <w:szCs w:val="24"/>
    </w:rPr>
  </w:style>
  <w:style w:type="paragraph" w:customStyle="1" w:styleId="TableParagraph">
    <w:name w:val="Table Paragraph"/>
    <w:basedOn w:val="a1"/>
    <w:uiPriority w:val="1"/>
    <w:qFormat/>
    <w:rsid w:val="00AD3ABA"/>
    <w:pPr>
      <w:widowControl w:val="0"/>
      <w:suppressAutoHyphens w:val="0"/>
      <w:autoSpaceDE w:val="0"/>
      <w:autoSpaceDN w:val="0"/>
      <w:spacing w:after="0" w:line="240" w:lineRule="auto"/>
    </w:pPr>
    <w:rPr>
      <w:rFonts w:ascii="Lucida Sans Unicode" w:eastAsia="Lucida Sans Unicode" w:hAnsi="Lucida Sans Unicode" w:cs="Lucida Sans Unicode"/>
    </w:rPr>
  </w:style>
  <w:style w:type="character" w:styleId="affd">
    <w:name w:val="Hyperlink"/>
    <w:basedOn w:val="a2"/>
    <w:uiPriority w:val="99"/>
    <w:unhideWhenUsed/>
    <w:rsid w:val="00AD3ABA"/>
    <w:rPr>
      <w:color w:val="0000FF" w:themeColor="hyperlink"/>
      <w:u w:val="single"/>
    </w:rPr>
  </w:style>
  <w:style w:type="character" w:customStyle="1" w:styleId="aff6">
    <w:name w:val="Абзац списка Знак"/>
    <w:aliases w:val="ITL List Paragraph Знак,Цветной список - Акцент 13 Знак"/>
    <w:link w:val="aff5"/>
    <w:uiPriority w:val="34"/>
    <w:locked/>
    <w:rsid w:val="00FD3728"/>
    <w:rPr>
      <w:rFonts w:ascii="Calibri" w:eastAsia="Calibri" w:hAnsi="Calibri" w:cs="Times New Roman"/>
    </w:rPr>
  </w:style>
  <w:style w:type="paragraph" w:customStyle="1" w:styleId="c31">
    <w:name w:val="c31"/>
    <w:basedOn w:val="a1"/>
    <w:rsid w:val="00FD3728"/>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
    <w:name w:val="c24"/>
    <w:basedOn w:val="a1"/>
    <w:rsid w:val="00FD3728"/>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2"/>
    <w:rsid w:val="00FD3728"/>
  </w:style>
  <w:style w:type="character" w:customStyle="1" w:styleId="link">
    <w:name w:val="link"/>
    <w:basedOn w:val="a2"/>
    <w:rsid w:val="00FD3728"/>
  </w:style>
  <w:style w:type="character" w:customStyle="1" w:styleId="c15">
    <w:name w:val="c15"/>
    <w:basedOn w:val="a2"/>
    <w:rsid w:val="00FD3728"/>
  </w:style>
  <w:style w:type="character" w:customStyle="1" w:styleId="c21">
    <w:name w:val="c21"/>
    <w:basedOn w:val="a2"/>
    <w:rsid w:val="00FD3728"/>
  </w:style>
  <w:style w:type="paragraph" w:styleId="affe">
    <w:name w:val="annotation text"/>
    <w:basedOn w:val="a1"/>
    <w:link w:val="afff"/>
    <w:uiPriority w:val="99"/>
    <w:unhideWhenUsed/>
    <w:rsid w:val="00A37B6C"/>
    <w:pPr>
      <w:suppressAutoHyphens w:val="0"/>
      <w:spacing w:line="240" w:lineRule="auto"/>
    </w:pPr>
    <w:rPr>
      <w:rFonts w:ascii="Calibri" w:eastAsia="Calibri" w:hAnsi="Calibri" w:cs="Times New Roman"/>
      <w:sz w:val="20"/>
      <w:szCs w:val="20"/>
      <w:lang w:val="uk-UA"/>
    </w:rPr>
  </w:style>
  <w:style w:type="character" w:customStyle="1" w:styleId="afff">
    <w:name w:val="Текст примечания Знак"/>
    <w:basedOn w:val="a2"/>
    <w:link w:val="affe"/>
    <w:uiPriority w:val="99"/>
    <w:rsid w:val="00A37B6C"/>
    <w:rPr>
      <w:rFonts w:ascii="Calibri" w:eastAsia="Calibri" w:hAnsi="Calibri" w:cs="Times New Roman"/>
      <w:sz w:val="20"/>
      <w:szCs w:val="20"/>
      <w:lang w:val="uk-UA"/>
    </w:rPr>
  </w:style>
  <w:style w:type="character" w:styleId="afff0">
    <w:name w:val="annotation reference"/>
    <w:uiPriority w:val="99"/>
    <w:semiHidden/>
    <w:unhideWhenUsed/>
    <w:rsid w:val="00A37B6C"/>
    <w:rPr>
      <w:sz w:val="16"/>
      <w:szCs w:val="16"/>
    </w:rPr>
  </w:style>
  <w:style w:type="paragraph" w:customStyle="1" w:styleId="ConsPlusNormal">
    <w:name w:val="ConsPlusNormal"/>
    <w:rsid w:val="00A37B6C"/>
    <w:pPr>
      <w:widowControl w:val="0"/>
      <w:suppressAutoHyphens w:val="0"/>
      <w:autoSpaceDE w:val="0"/>
      <w:autoSpaceDN w:val="0"/>
    </w:pPr>
    <w:rPr>
      <w:rFonts w:ascii="Calibri" w:eastAsia="Times New Roman" w:hAnsi="Calibri" w:cs="Calibri"/>
      <w:szCs w:val="20"/>
      <w:lang w:eastAsia="ru-RU"/>
    </w:rPr>
  </w:style>
  <w:style w:type="paragraph" w:styleId="afff1">
    <w:name w:val="annotation subject"/>
    <w:basedOn w:val="affe"/>
    <w:next w:val="affe"/>
    <w:link w:val="afff2"/>
    <w:uiPriority w:val="99"/>
    <w:semiHidden/>
    <w:unhideWhenUsed/>
    <w:rsid w:val="00A37B6C"/>
    <w:rPr>
      <w:b/>
      <w:bCs/>
    </w:rPr>
  </w:style>
  <w:style w:type="character" w:customStyle="1" w:styleId="afff2">
    <w:name w:val="Тема примечания Знак"/>
    <w:basedOn w:val="afff"/>
    <w:link w:val="afff1"/>
    <w:uiPriority w:val="99"/>
    <w:semiHidden/>
    <w:rsid w:val="00A37B6C"/>
    <w:rPr>
      <w:rFonts w:ascii="Calibri" w:eastAsia="Calibri" w:hAnsi="Calibri" w:cs="Times New Roman"/>
      <w:b/>
      <w:bCs/>
      <w:sz w:val="20"/>
      <w:szCs w:val="20"/>
      <w:lang w:val="uk-UA"/>
    </w:rPr>
  </w:style>
  <w:style w:type="character" w:customStyle="1" w:styleId="c2">
    <w:name w:val="c2"/>
    <w:basedOn w:val="a2"/>
    <w:rsid w:val="00A37B6C"/>
  </w:style>
  <w:style w:type="character" w:customStyle="1" w:styleId="c45">
    <w:name w:val="c45"/>
    <w:basedOn w:val="a2"/>
    <w:rsid w:val="00A37B6C"/>
  </w:style>
  <w:style w:type="paragraph" w:customStyle="1" w:styleId="c38">
    <w:name w:val="c38"/>
    <w:basedOn w:val="a1"/>
    <w:rsid w:val="00A37B6C"/>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4">
    <w:name w:val="c34"/>
    <w:basedOn w:val="a2"/>
    <w:rsid w:val="00A37B6C"/>
  </w:style>
  <w:style w:type="character" w:customStyle="1" w:styleId="wallfixedlabel">
    <w:name w:val="wall_fixed_label"/>
    <w:basedOn w:val="a2"/>
    <w:rsid w:val="00A37B6C"/>
  </w:style>
  <w:style w:type="character" w:styleId="afff3">
    <w:name w:val="FollowedHyperlink"/>
    <w:uiPriority w:val="99"/>
    <w:semiHidden/>
    <w:unhideWhenUsed/>
    <w:rsid w:val="00A37B6C"/>
    <w:rPr>
      <w:color w:val="800080"/>
      <w:u w:val="single"/>
    </w:rPr>
  </w:style>
  <w:style w:type="paragraph" w:styleId="afff4">
    <w:name w:val="footnote text"/>
    <w:basedOn w:val="a1"/>
    <w:link w:val="afff5"/>
    <w:uiPriority w:val="99"/>
    <w:semiHidden/>
    <w:unhideWhenUsed/>
    <w:rsid w:val="00A37B6C"/>
    <w:pPr>
      <w:suppressAutoHyphens w:val="0"/>
    </w:pPr>
    <w:rPr>
      <w:rFonts w:ascii="Calibri" w:eastAsia="Calibri" w:hAnsi="Calibri" w:cs="Times New Roman"/>
      <w:sz w:val="20"/>
      <w:szCs w:val="20"/>
    </w:rPr>
  </w:style>
  <w:style w:type="character" w:customStyle="1" w:styleId="afff5">
    <w:name w:val="Текст сноски Знак"/>
    <w:basedOn w:val="a2"/>
    <w:link w:val="afff4"/>
    <w:uiPriority w:val="99"/>
    <w:semiHidden/>
    <w:rsid w:val="00A37B6C"/>
    <w:rPr>
      <w:rFonts w:ascii="Calibri" w:eastAsia="Calibri" w:hAnsi="Calibri" w:cs="Times New Roman"/>
      <w:sz w:val="20"/>
      <w:szCs w:val="20"/>
    </w:rPr>
  </w:style>
  <w:style w:type="character" w:styleId="afff6">
    <w:name w:val="footnote reference"/>
    <w:uiPriority w:val="99"/>
    <w:semiHidden/>
    <w:unhideWhenUsed/>
    <w:rsid w:val="00A37B6C"/>
    <w:rPr>
      <w:vertAlign w:val="superscript"/>
    </w:rPr>
  </w:style>
  <w:style w:type="character" w:customStyle="1" w:styleId="afff7">
    <w:name w:val="Основной текст_"/>
    <w:link w:val="1b"/>
    <w:rsid w:val="00A37B6C"/>
    <w:rPr>
      <w:rFonts w:ascii="Times New Roman" w:eastAsia="Times New Roman" w:hAnsi="Times New Roman"/>
      <w:color w:val="231E20"/>
    </w:rPr>
  </w:style>
  <w:style w:type="paragraph" w:customStyle="1" w:styleId="1b">
    <w:name w:val="Основной текст1"/>
    <w:basedOn w:val="a1"/>
    <w:link w:val="afff7"/>
    <w:rsid w:val="00A37B6C"/>
    <w:pPr>
      <w:widowControl w:val="0"/>
      <w:suppressAutoHyphens w:val="0"/>
      <w:spacing w:after="0" w:line="254" w:lineRule="auto"/>
      <w:ind w:firstLine="240"/>
    </w:pPr>
    <w:rPr>
      <w:rFonts w:ascii="Times New Roman" w:eastAsia="Times New Roman" w:hAnsi="Times New Roman"/>
      <w:color w:val="231E20"/>
    </w:rPr>
  </w:style>
  <w:style w:type="character" w:customStyle="1" w:styleId="1c">
    <w:name w:val="Неразрешенное упоминание1"/>
    <w:basedOn w:val="a2"/>
    <w:uiPriority w:val="99"/>
    <w:semiHidden/>
    <w:unhideWhenUsed/>
    <w:rsid w:val="00A37B6C"/>
    <w:rPr>
      <w:color w:val="605E5C"/>
      <w:shd w:val="clear" w:color="auto" w:fill="E1DFDD"/>
    </w:rPr>
  </w:style>
  <w:style w:type="paragraph" w:customStyle="1" w:styleId="c10">
    <w:name w:val="c10"/>
    <w:basedOn w:val="a1"/>
    <w:rsid w:val="00A37B6C"/>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c14">
    <w:name w:val="c0 c14"/>
    <w:basedOn w:val="a1"/>
    <w:rsid w:val="00A37B6C"/>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
    <w:name w:val="Сетка таблицы4"/>
    <w:basedOn w:val="a3"/>
    <w:next w:val="affc"/>
    <w:uiPriority w:val="59"/>
    <w:rsid w:val="00CE2239"/>
    <w:pPr>
      <w:suppressAutoHyphens w:val="0"/>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9">
    <w:name w:val="Заголовок №2_"/>
    <w:basedOn w:val="a2"/>
    <w:link w:val="2a"/>
    <w:rsid w:val="003F0867"/>
    <w:rPr>
      <w:rFonts w:ascii="Arial" w:eastAsia="Arial" w:hAnsi="Arial" w:cs="Arial"/>
      <w:b/>
      <w:bCs/>
      <w:color w:val="231F20"/>
      <w:sz w:val="28"/>
      <w:szCs w:val="28"/>
    </w:rPr>
  </w:style>
  <w:style w:type="character" w:customStyle="1" w:styleId="35">
    <w:name w:val="Заголовок №3_"/>
    <w:basedOn w:val="a2"/>
    <w:link w:val="36"/>
    <w:rsid w:val="003F0867"/>
    <w:rPr>
      <w:rFonts w:ascii="Tahoma" w:eastAsia="Tahoma" w:hAnsi="Tahoma" w:cs="Tahoma"/>
      <w:b/>
      <w:bCs/>
      <w:color w:val="231F20"/>
    </w:rPr>
  </w:style>
  <w:style w:type="paragraph" w:customStyle="1" w:styleId="2a">
    <w:name w:val="Заголовок №2"/>
    <w:basedOn w:val="a1"/>
    <w:link w:val="29"/>
    <w:rsid w:val="003F0867"/>
    <w:pPr>
      <w:widowControl w:val="0"/>
      <w:suppressAutoHyphens w:val="0"/>
      <w:spacing w:after="280" w:line="240" w:lineRule="auto"/>
      <w:jc w:val="center"/>
      <w:outlineLvl w:val="1"/>
    </w:pPr>
    <w:rPr>
      <w:rFonts w:ascii="Arial" w:eastAsia="Arial" w:hAnsi="Arial" w:cs="Arial"/>
      <w:b/>
      <w:bCs/>
      <w:color w:val="231F20"/>
      <w:sz w:val="28"/>
      <w:szCs w:val="28"/>
    </w:rPr>
  </w:style>
  <w:style w:type="paragraph" w:customStyle="1" w:styleId="36">
    <w:name w:val="Заголовок №3"/>
    <w:basedOn w:val="a1"/>
    <w:link w:val="35"/>
    <w:rsid w:val="003F0867"/>
    <w:pPr>
      <w:widowControl w:val="0"/>
      <w:suppressAutoHyphens w:val="0"/>
      <w:spacing w:after="100" w:line="262" w:lineRule="auto"/>
      <w:ind w:firstLine="580"/>
      <w:outlineLvl w:val="2"/>
    </w:pPr>
    <w:rPr>
      <w:rFonts w:ascii="Tahoma" w:eastAsia="Tahoma" w:hAnsi="Tahoma" w:cs="Tahoma"/>
      <w:b/>
      <w:bCs/>
      <w:color w:val="231F20"/>
    </w:rPr>
  </w:style>
  <w:style w:type="paragraph" w:styleId="2b">
    <w:name w:val="Body Text 2"/>
    <w:basedOn w:val="a1"/>
    <w:link w:val="2c"/>
    <w:uiPriority w:val="99"/>
    <w:unhideWhenUsed/>
    <w:rsid w:val="001A456E"/>
    <w:pPr>
      <w:suppressAutoHyphens w:val="0"/>
      <w:spacing w:after="120" w:line="480" w:lineRule="auto"/>
    </w:pPr>
    <w:rPr>
      <w:rFonts w:ascii="Times New Roman" w:eastAsiaTheme="minorEastAsia" w:hAnsi="Times New Roman"/>
      <w:lang w:val="en-US"/>
    </w:rPr>
  </w:style>
  <w:style w:type="character" w:customStyle="1" w:styleId="2c">
    <w:name w:val="Основной текст 2 Знак"/>
    <w:basedOn w:val="a2"/>
    <w:link w:val="2b"/>
    <w:uiPriority w:val="99"/>
    <w:rsid w:val="001A456E"/>
    <w:rPr>
      <w:rFonts w:ascii="Times New Roman" w:eastAsiaTheme="minorEastAsia" w:hAnsi="Times New Roman"/>
      <w:lang w:val="en-US"/>
    </w:rPr>
  </w:style>
  <w:style w:type="paragraph" w:styleId="37">
    <w:name w:val="Body Text 3"/>
    <w:basedOn w:val="a1"/>
    <w:link w:val="38"/>
    <w:uiPriority w:val="99"/>
    <w:unhideWhenUsed/>
    <w:rsid w:val="001A456E"/>
    <w:pPr>
      <w:suppressAutoHyphens w:val="0"/>
      <w:spacing w:after="120" w:line="240" w:lineRule="auto"/>
    </w:pPr>
    <w:rPr>
      <w:rFonts w:ascii="Times New Roman" w:eastAsiaTheme="minorEastAsia" w:hAnsi="Times New Roman"/>
      <w:sz w:val="16"/>
      <w:szCs w:val="16"/>
      <w:lang w:val="en-US"/>
    </w:rPr>
  </w:style>
  <w:style w:type="character" w:customStyle="1" w:styleId="38">
    <w:name w:val="Основной текст 3 Знак"/>
    <w:basedOn w:val="a2"/>
    <w:link w:val="37"/>
    <w:uiPriority w:val="99"/>
    <w:rsid w:val="001A456E"/>
    <w:rPr>
      <w:rFonts w:ascii="Times New Roman" w:eastAsiaTheme="minorEastAsia" w:hAnsi="Times New Roman"/>
      <w:sz w:val="16"/>
      <w:szCs w:val="16"/>
      <w:lang w:val="en-US"/>
    </w:rPr>
  </w:style>
  <w:style w:type="paragraph" w:styleId="2d">
    <w:name w:val="List 2"/>
    <w:basedOn w:val="a1"/>
    <w:uiPriority w:val="99"/>
    <w:unhideWhenUsed/>
    <w:rsid w:val="001A456E"/>
    <w:pPr>
      <w:suppressAutoHyphens w:val="0"/>
      <w:spacing w:line="240" w:lineRule="auto"/>
      <w:ind w:left="720" w:hanging="360"/>
      <w:contextualSpacing/>
    </w:pPr>
    <w:rPr>
      <w:rFonts w:ascii="Times New Roman" w:eastAsiaTheme="minorEastAsia" w:hAnsi="Times New Roman"/>
      <w:lang w:val="en-US"/>
    </w:rPr>
  </w:style>
  <w:style w:type="paragraph" w:styleId="39">
    <w:name w:val="List 3"/>
    <w:basedOn w:val="a1"/>
    <w:uiPriority w:val="99"/>
    <w:unhideWhenUsed/>
    <w:rsid w:val="001A456E"/>
    <w:pPr>
      <w:suppressAutoHyphens w:val="0"/>
      <w:spacing w:line="240" w:lineRule="auto"/>
      <w:ind w:left="1080" w:hanging="360"/>
      <w:contextualSpacing/>
    </w:pPr>
    <w:rPr>
      <w:rFonts w:ascii="Times New Roman" w:eastAsiaTheme="minorEastAsia" w:hAnsi="Times New Roman"/>
      <w:lang w:val="en-US"/>
    </w:rPr>
  </w:style>
  <w:style w:type="paragraph" w:styleId="a0">
    <w:name w:val="List Bullet"/>
    <w:basedOn w:val="a1"/>
    <w:uiPriority w:val="99"/>
    <w:unhideWhenUsed/>
    <w:rsid w:val="001A456E"/>
    <w:pPr>
      <w:numPr>
        <w:numId w:val="59"/>
      </w:numPr>
      <w:suppressAutoHyphens w:val="0"/>
      <w:spacing w:line="240" w:lineRule="auto"/>
      <w:contextualSpacing/>
    </w:pPr>
    <w:rPr>
      <w:rFonts w:ascii="Times New Roman" w:eastAsiaTheme="minorEastAsia" w:hAnsi="Times New Roman"/>
      <w:lang w:val="en-US"/>
    </w:rPr>
  </w:style>
  <w:style w:type="paragraph" w:styleId="20">
    <w:name w:val="List Bullet 2"/>
    <w:basedOn w:val="a1"/>
    <w:uiPriority w:val="99"/>
    <w:unhideWhenUsed/>
    <w:rsid w:val="001A456E"/>
    <w:pPr>
      <w:numPr>
        <w:numId w:val="60"/>
      </w:numPr>
      <w:suppressAutoHyphens w:val="0"/>
      <w:spacing w:line="240" w:lineRule="auto"/>
      <w:contextualSpacing/>
    </w:pPr>
    <w:rPr>
      <w:rFonts w:ascii="Times New Roman" w:eastAsiaTheme="minorEastAsia" w:hAnsi="Times New Roman"/>
      <w:lang w:val="en-US"/>
    </w:rPr>
  </w:style>
  <w:style w:type="paragraph" w:styleId="30">
    <w:name w:val="List Bullet 3"/>
    <w:basedOn w:val="a1"/>
    <w:uiPriority w:val="99"/>
    <w:unhideWhenUsed/>
    <w:rsid w:val="001A456E"/>
    <w:pPr>
      <w:numPr>
        <w:numId w:val="61"/>
      </w:numPr>
      <w:suppressAutoHyphens w:val="0"/>
      <w:spacing w:line="240" w:lineRule="auto"/>
      <w:contextualSpacing/>
    </w:pPr>
    <w:rPr>
      <w:rFonts w:ascii="Times New Roman" w:eastAsiaTheme="minorEastAsia" w:hAnsi="Times New Roman"/>
      <w:lang w:val="en-US"/>
    </w:rPr>
  </w:style>
  <w:style w:type="paragraph" w:styleId="a">
    <w:name w:val="List Number"/>
    <w:basedOn w:val="a1"/>
    <w:uiPriority w:val="99"/>
    <w:unhideWhenUsed/>
    <w:rsid w:val="001A456E"/>
    <w:pPr>
      <w:numPr>
        <w:numId w:val="62"/>
      </w:numPr>
      <w:suppressAutoHyphens w:val="0"/>
      <w:spacing w:line="240" w:lineRule="auto"/>
      <w:contextualSpacing/>
    </w:pPr>
    <w:rPr>
      <w:rFonts w:ascii="Times New Roman" w:eastAsiaTheme="minorEastAsia" w:hAnsi="Times New Roman"/>
      <w:lang w:val="en-US"/>
    </w:rPr>
  </w:style>
  <w:style w:type="paragraph" w:styleId="2">
    <w:name w:val="List Number 2"/>
    <w:basedOn w:val="a1"/>
    <w:uiPriority w:val="99"/>
    <w:unhideWhenUsed/>
    <w:rsid w:val="001A456E"/>
    <w:pPr>
      <w:numPr>
        <w:numId w:val="63"/>
      </w:numPr>
      <w:suppressAutoHyphens w:val="0"/>
      <w:spacing w:line="240" w:lineRule="auto"/>
      <w:contextualSpacing/>
    </w:pPr>
    <w:rPr>
      <w:rFonts w:ascii="Times New Roman" w:eastAsiaTheme="minorEastAsia" w:hAnsi="Times New Roman"/>
      <w:lang w:val="en-US"/>
    </w:rPr>
  </w:style>
  <w:style w:type="paragraph" w:styleId="3">
    <w:name w:val="List Number 3"/>
    <w:basedOn w:val="a1"/>
    <w:uiPriority w:val="99"/>
    <w:unhideWhenUsed/>
    <w:rsid w:val="001A456E"/>
    <w:pPr>
      <w:numPr>
        <w:numId w:val="64"/>
      </w:numPr>
      <w:suppressAutoHyphens w:val="0"/>
      <w:spacing w:line="240" w:lineRule="auto"/>
      <w:contextualSpacing/>
    </w:pPr>
    <w:rPr>
      <w:rFonts w:ascii="Times New Roman" w:eastAsiaTheme="minorEastAsia" w:hAnsi="Times New Roman"/>
      <w:lang w:val="en-US"/>
    </w:rPr>
  </w:style>
  <w:style w:type="paragraph" w:styleId="afff8">
    <w:name w:val="List Continue"/>
    <w:basedOn w:val="a1"/>
    <w:uiPriority w:val="99"/>
    <w:unhideWhenUsed/>
    <w:rsid w:val="001A456E"/>
    <w:pPr>
      <w:suppressAutoHyphens w:val="0"/>
      <w:spacing w:after="120" w:line="240" w:lineRule="auto"/>
      <w:ind w:left="360"/>
      <w:contextualSpacing/>
    </w:pPr>
    <w:rPr>
      <w:rFonts w:ascii="Times New Roman" w:eastAsiaTheme="minorEastAsia" w:hAnsi="Times New Roman"/>
      <w:lang w:val="en-US"/>
    </w:rPr>
  </w:style>
  <w:style w:type="paragraph" w:styleId="2e">
    <w:name w:val="List Continue 2"/>
    <w:basedOn w:val="a1"/>
    <w:uiPriority w:val="99"/>
    <w:unhideWhenUsed/>
    <w:rsid w:val="001A456E"/>
    <w:pPr>
      <w:suppressAutoHyphens w:val="0"/>
      <w:spacing w:after="120" w:line="240" w:lineRule="auto"/>
      <w:ind w:left="720"/>
      <w:contextualSpacing/>
    </w:pPr>
    <w:rPr>
      <w:rFonts w:ascii="Times New Roman" w:eastAsiaTheme="minorEastAsia" w:hAnsi="Times New Roman"/>
      <w:lang w:val="en-US"/>
    </w:rPr>
  </w:style>
  <w:style w:type="paragraph" w:styleId="3a">
    <w:name w:val="List Continue 3"/>
    <w:basedOn w:val="a1"/>
    <w:uiPriority w:val="99"/>
    <w:unhideWhenUsed/>
    <w:rsid w:val="001A456E"/>
    <w:pPr>
      <w:suppressAutoHyphens w:val="0"/>
      <w:spacing w:after="120" w:line="240" w:lineRule="auto"/>
      <w:ind w:left="1080"/>
      <w:contextualSpacing/>
    </w:pPr>
    <w:rPr>
      <w:rFonts w:ascii="Times New Roman" w:eastAsiaTheme="minorEastAsia" w:hAnsi="Times New Roman"/>
      <w:lang w:val="en-US"/>
    </w:rPr>
  </w:style>
  <w:style w:type="paragraph" w:styleId="afff9">
    <w:name w:val="macro"/>
    <w:link w:val="afffa"/>
    <w:uiPriority w:val="99"/>
    <w:unhideWhenUsed/>
    <w:rsid w:val="001A456E"/>
    <w:pPr>
      <w:tabs>
        <w:tab w:val="left" w:pos="576"/>
        <w:tab w:val="left" w:pos="1152"/>
        <w:tab w:val="left" w:pos="1728"/>
        <w:tab w:val="left" w:pos="2304"/>
        <w:tab w:val="left" w:pos="2880"/>
        <w:tab w:val="left" w:pos="3456"/>
        <w:tab w:val="left" w:pos="4032"/>
      </w:tabs>
      <w:suppressAutoHyphens w:val="0"/>
      <w:spacing w:after="200" w:line="276" w:lineRule="auto"/>
    </w:pPr>
    <w:rPr>
      <w:rFonts w:ascii="Courier" w:eastAsiaTheme="minorEastAsia" w:hAnsi="Courier"/>
      <w:sz w:val="20"/>
      <w:szCs w:val="20"/>
      <w:lang w:val="en-US"/>
    </w:rPr>
  </w:style>
  <w:style w:type="character" w:customStyle="1" w:styleId="afffa">
    <w:name w:val="Текст макроса Знак"/>
    <w:basedOn w:val="a2"/>
    <w:link w:val="afff9"/>
    <w:uiPriority w:val="99"/>
    <w:rsid w:val="001A456E"/>
    <w:rPr>
      <w:rFonts w:ascii="Courier" w:eastAsiaTheme="minorEastAsia" w:hAnsi="Courier"/>
      <w:sz w:val="20"/>
      <w:szCs w:val="20"/>
      <w:lang w:val="en-US"/>
    </w:rPr>
  </w:style>
  <w:style w:type="table" w:styleId="afffb">
    <w:name w:val="Light Shading"/>
    <w:basedOn w:val="a3"/>
    <w:uiPriority w:val="60"/>
    <w:rsid w:val="001A456E"/>
    <w:pPr>
      <w:suppressAutoHyphens w:val="0"/>
    </w:pPr>
    <w:rPr>
      <w:rFonts w:eastAsiaTheme="minorEastAsia"/>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1A456E"/>
    <w:pPr>
      <w:suppressAutoHyphens w:val="0"/>
    </w:pPr>
    <w:rPr>
      <w:rFonts w:eastAsiaTheme="minorEastAsia"/>
      <w:color w:val="365F91" w:themeColor="accent1" w:themeShade="BF"/>
      <w:lang w:val="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1A456E"/>
    <w:pPr>
      <w:suppressAutoHyphens w:val="0"/>
    </w:pPr>
    <w:rPr>
      <w:rFonts w:eastAsiaTheme="minorEastAsia"/>
      <w:color w:val="943634" w:themeColor="accent2" w:themeShade="BF"/>
      <w:lang w:val="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1A456E"/>
    <w:pPr>
      <w:suppressAutoHyphens w:val="0"/>
    </w:pPr>
    <w:rPr>
      <w:rFonts w:eastAsiaTheme="minorEastAsia"/>
      <w:color w:val="76923C" w:themeColor="accent3" w:themeShade="BF"/>
      <w:lang w:val="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1A456E"/>
    <w:pPr>
      <w:suppressAutoHyphens w:val="0"/>
    </w:pPr>
    <w:rPr>
      <w:rFonts w:eastAsiaTheme="minorEastAsia"/>
      <w:color w:val="5F497A" w:themeColor="accent4" w:themeShade="BF"/>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1A456E"/>
    <w:pPr>
      <w:suppressAutoHyphens w:val="0"/>
    </w:pPr>
    <w:rPr>
      <w:rFonts w:eastAsiaTheme="minorEastAsia"/>
      <w:color w:val="31849B" w:themeColor="accent5" w:themeShade="BF"/>
      <w:lang w:val="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1A456E"/>
    <w:pPr>
      <w:suppressAutoHyphens w:val="0"/>
    </w:pPr>
    <w:rPr>
      <w:rFonts w:eastAsiaTheme="minorEastAsia"/>
      <w:color w:val="E36C0A" w:themeColor="accent6" w:themeShade="BF"/>
      <w:lang w:val="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fc">
    <w:name w:val="Light List"/>
    <w:basedOn w:val="a3"/>
    <w:uiPriority w:val="61"/>
    <w:rsid w:val="001A456E"/>
    <w:pPr>
      <w:suppressAutoHyphens w:val="0"/>
    </w:pPr>
    <w:rPr>
      <w:rFonts w:eastAsiaTheme="minorEastAsia"/>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1A456E"/>
    <w:pPr>
      <w:suppressAutoHyphens w:val="0"/>
    </w:pPr>
    <w:rPr>
      <w:rFonts w:eastAsiaTheme="minorEastAsia"/>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1A456E"/>
    <w:pPr>
      <w:suppressAutoHyphens w:val="0"/>
    </w:pPr>
    <w:rPr>
      <w:rFonts w:eastAsiaTheme="minorEastAsia"/>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1A456E"/>
    <w:pPr>
      <w:suppressAutoHyphens w:val="0"/>
    </w:pPr>
    <w:rPr>
      <w:rFonts w:eastAsiaTheme="minorEastAsia"/>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1A456E"/>
    <w:pPr>
      <w:suppressAutoHyphens w:val="0"/>
    </w:pPr>
    <w:rPr>
      <w:rFonts w:eastAsiaTheme="minorEastAsia"/>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1A456E"/>
    <w:pPr>
      <w:suppressAutoHyphens w:val="0"/>
    </w:pPr>
    <w:rPr>
      <w:rFonts w:eastAsiaTheme="minorEastAsia"/>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1A456E"/>
    <w:pPr>
      <w:suppressAutoHyphens w:val="0"/>
    </w:pPr>
    <w:rPr>
      <w:rFonts w:eastAsiaTheme="minorEastAsia"/>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d">
    <w:name w:val="Light Grid"/>
    <w:basedOn w:val="a3"/>
    <w:uiPriority w:val="62"/>
    <w:rsid w:val="001A456E"/>
    <w:pPr>
      <w:suppressAutoHyphens w:val="0"/>
    </w:pPr>
    <w:rPr>
      <w:rFonts w:eastAsiaTheme="minorEastAsia"/>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1A456E"/>
    <w:pPr>
      <w:suppressAutoHyphens w:val="0"/>
    </w:pPr>
    <w:rPr>
      <w:rFonts w:eastAsiaTheme="minorEastAsia"/>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1A456E"/>
    <w:pPr>
      <w:suppressAutoHyphens w:val="0"/>
    </w:pPr>
    <w:rPr>
      <w:rFonts w:eastAsiaTheme="minorEastAsia"/>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1A456E"/>
    <w:pPr>
      <w:suppressAutoHyphens w:val="0"/>
    </w:pPr>
    <w:rPr>
      <w:rFonts w:eastAsiaTheme="minorEastAsia"/>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1A456E"/>
    <w:pPr>
      <w:suppressAutoHyphens w:val="0"/>
    </w:pPr>
    <w:rPr>
      <w:rFonts w:eastAsiaTheme="minorEastAsia"/>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1A456E"/>
    <w:pPr>
      <w:suppressAutoHyphens w:val="0"/>
    </w:pPr>
    <w:rPr>
      <w:rFonts w:eastAsiaTheme="minorEastAsia"/>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1A456E"/>
    <w:pPr>
      <w:suppressAutoHyphens w:val="0"/>
    </w:pPr>
    <w:rPr>
      <w:rFonts w:eastAsiaTheme="minorEastAsia"/>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d">
    <w:name w:val="Medium Shading 1"/>
    <w:basedOn w:val="a3"/>
    <w:uiPriority w:val="63"/>
    <w:rsid w:val="001A456E"/>
    <w:pPr>
      <w:suppressAutoHyphens w:val="0"/>
    </w:pPr>
    <w:rPr>
      <w:rFonts w:eastAsiaTheme="minorEastAsia"/>
      <w:lang w:val="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1A456E"/>
    <w:pPr>
      <w:suppressAutoHyphens w:val="0"/>
    </w:pPr>
    <w:rPr>
      <w:rFonts w:eastAsiaTheme="minorEastAsia"/>
      <w:lang w:val="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1A456E"/>
    <w:pPr>
      <w:suppressAutoHyphens w:val="0"/>
    </w:pPr>
    <w:rPr>
      <w:rFonts w:eastAsiaTheme="minorEastAsia"/>
      <w:lang w:val="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1A456E"/>
    <w:pPr>
      <w:suppressAutoHyphens w:val="0"/>
    </w:pPr>
    <w:rPr>
      <w:rFonts w:eastAsiaTheme="minorEastAsia"/>
      <w:lang w:val="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1A456E"/>
    <w:pPr>
      <w:suppressAutoHyphens w:val="0"/>
    </w:pPr>
    <w:rPr>
      <w:rFonts w:eastAsiaTheme="minorEastAsia"/>
      <w:lang w:val="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1A456E"/>
    <w:pPr>
      <w:suppressAutoHyphens w:val="0"/>
    </w:pPr>
    <w:rPr>
      <w:rFonts w:eastAsiaTheme="minorEastAsia"/>
      <w:lang w:val="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1A456E"/>
    <w:pPr>
      <w:suppressAutoHyphens w:val="0"/>
    </w:pPr>
    <w:rPr>
      <w:rFonts w:eastAsiaTheme="minorEastAsia"/>
      <w:lang w:val="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
    <w:name w:val="Medium Shading 2"/>
    <w:basedOn w:val="a3"/>
    <w:uiPriority w:val="64"/>
    <w:rsid w:val="001A456E"/>
    <w:pPr>
      <w:suppressAutoHyphens w:val="0"/>
    </w:pPr>
    <w:rPr>
      <w:rFonts w:eastAsiaTheme="minorEastAsia"/>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1A456E"/>
    <w:pPr>
      <w:suppressAutoHyphens w:val="0"/>
    </w:pPr>
    <w:rPr>
      <w:rFonts w:eastAsiaTheme="minorEastAsia"/>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1A456E"/>
    <w:pPr>
      <w:suppressAutoHyphens w:val="0"/>
    </w:pPr>
    <w:rPr>
      <w:rFonts w:eastAsiaTheme="minorEastAsia"/>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1A456E"/>
    <w:pPr>
      <w:suppressAutoHyphens w:val="0"/>
    </w:pPr>
    <w:rPr>
      <w:rFonts w:eastAsiaTheme="minorEastAsia"/>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1A456E"/>
    <w:pPr>
      <w:suppressAutoHyphens w:val="0"/>
    </w:pPr>
    <w:rPr>
      <w:rFonts w:eastAsiaTheme="minorEastAsia"/>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1A456E"/>
    <w:pPr>
      <w:suppressAutoHyphens w:val="0"/>
    </w:pPr>
    <w:rPr>
      <w:rFonts w:eastAsiaTheme="minorEastAsia"/>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1A456E"/>
    <w:pPr>
      <w:suppressAutoHyphens w:val="0"/>
    </w:pPr>
    <w:rPr>
      <w:rFonts w:eastAsiaTheme="minorEastAsia"/>
      <w:lang w:val="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e">
    <w:name w:val="Medium List 1"/>
    <w:basedOn w:val="a3"/>
    <w:uiPriority w:val="65"/>
    <w:rsid w:val="001A456E"/>
    <w:pPr>
      <w:suppressAutoHyphens w:val="0"/>
    </w:pPr>
    <w:rPr>
      <w:rFonts w:eastAsiaTheme="minorEastAsia"/>
      <w:color w:val="000000" w:themeColor="text1"/>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1A456E"/>
    <w:pPr>
      <w:suppressAutoHyphens w:val="0"/>
    </w:pPr>
    <w:rPr>
      <w:rFonts w:eastAsiaTheme="minorEastAsia"/>
      <w:color w:val="000000" w:themeColor="text1"/>
      <w:lang w:val="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1A456E"/>
    <w:pPr>
      <w:suppressAutoHyphens w:val="0"/>
    </w:pPr>
    <w:rPr>
      <w:rFonts w:eastAsiaTheme="minorEastAsia"/>
      <w:color w:val="000000" w:themeColor="text1"/>
      <w:lang w:val="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1A456E"/>
    <w:pPr>
      <w:suppressAutoHyphens w:val="0"/>
    </w:pPr>
    <w:rPr>
      <w:rFonts w:eastAsiaTheme="minorEastAsia"/>
      <w:color w:val="000000" w:themeColor="text1"/>
      <w:lang w:val="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1A456E"/>
    <w:pPr>
      <w:suppressAutoHyphens w:val="0"/>
    </w:pPr>
    <w:rPr>
      <w:rFonts w:eastAsiaTheme="minorEastAsia"/>
      <w:color w:val="000000" w:themeColor="text1"/>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1A456E"/>
    <w:pPr>
      <w:suppressAutoHyphens w:val="0"/>
    </w:pPr>
    <w:rPr>
      <w:rFonts w:eastAsiaTheme="minorEastAsia"/>
      <w:color w:val="000000" w:themeColor="text1"/>
      <w:lang w:val="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1A456E"/>
    <w:pPr>
      <w:suppressAutoHyphens w:val="0"/>
    </w:pPr>
    <w:rPr>
      <w:rFonts w:eastAsiaTheme="minorEastAsia"/>
      <w:color w:val="000000" w:themeColor="text1"/>
      <w:lang w:val="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0">
    <w:name w:val="Medium List 2"/>
    <w:basedOn w:val="a3"/>
    <w:uiPriority w:val="66"/>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
    <w:name w:val="Medium Grid 1"/>
    <w:basedOn w:val="a3"/>
    <w:uiPriority w:val="67"/>
    <w:rsid w:val="001A456E"/>
    <w:pPr>
      <w:suppressAutoHyphens w:val="0"/>
    </w:pPr>
    <w:rPr>
      <w:rFonts w:eastAsiaTheme="minorEastAsia"/>
      <w:lang w:val="en-US"/>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1A456E"/>
    <w:pPr>
      <w:suppressAutoHyphens w:val="0"/>
    </w:pPr>
    <w:rPr>
      <w:rFonts w:eastAsiaTheme="minorEastAsia"/>
      <w:lang w:val="en-US"/>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1A456E"/>
    <w:pPr>
      <w:suppressAutoHyphens w:val="0"/>
    </w:pPr>
    <w:rPr>
      <w:rFonts w:eastAsiaTheme="minorEastAsia"/>
      <w:lang w:val="en-US"/>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1A456E"/>
    <w:pPr>
      <w:suppressAutoHyphens w:val="0"/>
    </w:pPr>
    <w:rPr>
      <w:rFonts w:eastAsiaTheme="minorEastAsia"/>
      <w:lang w:val="en-US"/>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1A456E"/>
    <w:pPr>
      <w:suppressAutoHyphens w:val="0"/>
    </w:pPr>
    <w:rPr>
      <w:rFonts w:eastAsiaTheme="minorEastAsia"/>
      <w:lang w:val="en-US"/>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1A456E"/>
    <w:pPr>
      <w:suppressAutoHyphens w:val="0"/>
    </w:pPr>
    <w:rPr>
      <w:rFonts w:eastAsiaTheme="minorEastAsia"/>
      <w:lang w:val="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1A456E"/>
    <w:pPr>
      <w:suppressAutoHyphens w:val="0"/>
    </w:pPr>
    <w:rPr>
      <w:rFonts w:eastAsiaTheme="minorEastAsia"/>
      <w:lang w:val="en-US"/>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1">
    <w:name w:val="Medium Grid 2"/>
    <w:basedOn w:val="a3"/>
    <w:uiPriority w:val="68"/>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1A456E"/>
    <w:pPr>
      <w:suppressAutoHyphens w:val="0"/>
    </w:pPr>
    <w:rPr>
      <w:rFonts w:asciiTheme="majorHAnsi" w:eastAsiaTheme="majorEastAsia" w:hAnsiTheme="majorHAnsi" w:cstheme="majorBidi"/>
      <w:color w:val="000000" w:themeColor="text1"/>
      <w:lang w:val="en-US"/>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3"/>
    <w:uiPriority w:val="69"/>
    <w:rsid w:val="001A456E"/>
    <w:pPr>
      <w:suppressAutoHyphens w:val="0"/>
    </w:pPr>
    <w:rPr>
      <w:rFonts w:eastAsiaTheme="minorEastAsia"/>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1A456E"/>
    <w:pPr>
      <w:suppressAutoHyphens w:val="0"/>
    </w:pPr>
    <w:rPr>
      <w:rFonts w:eastAsiaTheme="minorEastAsia"/>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1A456E"/>
    <w:pPr>
      <w:suppressAutoHyphens w:val="0"/>
    </w:pPr>
    <w:rPr>
      <w:rFonts w:eastAsiaTheme="minorEastAsia"/>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1A456E"/>
    <w:pPr>
      <w:suppressAutoHyphens w:val="0"/>
    </w:pPr>
    <w:rPr>
      <w:rFonts w:eastAsiaTheme="minorEastAsia"/>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1A456E"/>
    <w:pPr>
      <w:suppressAutoHyphens w:val="0"/>
    </w:pPr>
    <w:rPr>
      <w:rFonts w:eastAsiaTheme="minorEastAsia"/>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1A456E"/>
    <w:pPr>
      <w:suppressAutoHyphens w:val="0"/>
    </w:pPr>
    <w:rPr>
      <w:rFonts w:eastAsiaTheme="minorEastAsia"/>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1A456E"/>
    <w:pPr>
      <w:suppressAutoHyphens w:val="0"/>
    </w:pPr>
    <w:rPr>
      <w:rFonts w:eastAsiaTheme="minorEastAsia"/>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e">
    <w:name w:val="Dark List"/>
    <w:basedOn w:val="a3"/>
    <w:uiPriority w:val="70"/>
    <w:rsid w:val="001A456E"/>
    <w:pPr>
      <w:suppressAutoHyphens w:val="0"/>
    </w:pPr>
    <w:rPr>
      <w:rFonts w:eastAsiaTheme="minorEastAsia"/>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1A456E"/>
    <w:pPr>
      <w:suppressAutoHyphens w:val="0"/>
    </w:pPr>
    <w:rPr>
      <w:rFonts w:eastAsiaTheme="minorEastAsia"/>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1A456E"/>
    <w:pPr>
      <w:suppressAutoHyphens w:val="0"/>
    </w:pPr>
    <w:rPr>
      <w:rFonts w:eastAsiaTheme="minorEastAsia"/>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1A456E"/>
    <w:pPr>
      <w:suppressAutoHyphens w:val="0"/>
    </w:pPr>
    <w:rPr>
      <w:rFonts w:eastAsiaTheme="minorEastAsia"/>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1A456E"/>
    <w:pPr>
      <w:suppressAutoHyphens w:val="0"/>
    </w:pPr>
    <w:rPr>
      <w:rFonts w:eastAsiaTheme="minorEastAsia"/>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1A456E"/>
    <w:pPr>
      <w:suppressAutoHyphens w:val="0"/>
    </w:pPr>
    <w:rPr>
      <w:rFonts w:eastAsiaTheme="minorEastAsia"/>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1A456E"/>
    <w:pPr>
      <w:suppressAutoHyphens w:val="0"/>
    </w:pPr>
    <w:rPr>
      <w:rFonts w:eastAsiaTheme="minorEastAsia"/>
      <w:color w:val="FFFFFF" w:themeColor="background1"/>
      <w:lang w:val="en-US"/>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ff">
    <w:name w:val="Colorful Shading"/>
    <w:basedOn w:val="a3"/>
    <w:uiPriority w:val="71"/>
    <w:rsid w:val="001A456E"/>
    <w:pPr>
      <w:suppressAutoHyphens w:val="0"/>
    </w:pPr>
    <w:rPr>
      <w:rFonts w:eastAsiaTheme="minorEastAsia"/>
      <w:color w:val="000000" w:themeColor="text1"/>
      <w:lang w:val="en-US"/>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1A456E"/>
    <w:pPr>
      <w:suppressAutoHyphens w:val="0"/>
    </w:pPr>
    <w:rPr>
      <w:rFonts w:eastAsiaTheme="minorEastAsia"/>
      <w:color w:val="000000" w:themeColor="text1"/>
      <w:lang w:val="en-US"/>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1A456E"/>
    <w:pPr>
      <w:suppressAutoHyphens w:val="0"/>
    </w:pPr>
    <w:rPr>
      <w:rFonts w:eastAsiaTheme="minorEastAsia"/>
      <w:color w:val="000000" w:themeColor="text1"/>
      <w:lang w:val="en-US"/>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1A456E"/>
    <w:pPr>
      <w:suppressAutoHyphens w:val="0"/>
    </w:pPr>
    <w:rPr>
      <w:rFonts w:eastAsiaTheme="minorEastAsia"/>
      <w:color w:val="000000" w:themeColor="text1"/>
      <w:lang w:val="en-US"/>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1A456E"/>
    <w:pPr>
      <w:suppressAutoHyphens w:val="0"/>
    </w:pPr>
    <w:rPr>
      <w:rFonts w:eastAsiaTheme="minorEastAsia"/>
      <w:color w:val="000000" w:themeColor="text1"/>
      <w:lang w:val="en-US"/>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1A456E"/>
    <w:pPr>
      <w:suppressAutoHyphens w:val="0"/>
    </w:pPr>
    <w:rPr>
      <w:rFonts w:eastAsiaTheme="minorEastAsia"/>
      <w:color w:val="000000" w:themeColor="text1"/>
      <w:lang w:val="en-US"/>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1A456E"/>
    <w:pPr>
      <w:suppressAutoHyphens w:val="0"/>
    </w:pPr>
    <w:rPr>
      <w:rFonts w:eastAsiaTheme="minorEastAsia"/>
      <w:color w:val="000000" w:themeColor="text1"/>
      <w:lang w:val="en-US"/>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f0">
    <w:name w:val="Colorful List"/>
    <w:basedOn w:val="a3"/>
    <w:uiPriority w:val="72"/>
    <w:rsid w:val="001A456E"/>
    <w:pPr>
      <w:suppressAutoHyphens w:val="0"/>
    </w:pPr>
    <w:rPr>
      <w:rFonts w:eastAsiaTheme="minorEastAsia"/>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1A456E"/>
    <w:pPr>
      <w:suppressAutoHyphens w:val="0"/>
    </w:pPr>
    <w:rPr>
      <w:rFonts w:eastAsiaTheme="minorEastAsia"/>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1A456E"/>
    <w:pPr>
      <w:suppressAutoHyphens w:val="0"/>
    </w:pPr>
    <w:rPr>
      <w:rFonts w:eastAsiaTheme="minorEastAsia"/>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1A456E"/>
    <w:pPr>
      <w:suppressAutoHyphens w:val="0"/>
    </w:pPr>
    <w:rPr>
      <w:rFonts w:eastAsiaTheme="minorEastAsia"/>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1A456E"/>
    <w:pPr>
      <w:suppressAutoHyphens w:val="0"/>
    </w:pPr>
    <w:rPr>
      <w:rFonts w:eastAsiaTheme="minorEastAsia"/>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1A456E"/>
    <w:pPr>
      <w:suppressAutoHyphens w:val="0"/>
    </w:pPr>
    <w:rPr>
      <w:rFonts w:eastAsiaTheme="minorEastAsia"/>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1A456E"/>
    <w:pPr>
      <w:suppressAutoHyphens w:val="0"/>
    </w:pPr>
    <w:rPr>
      <w:rFonts w:eastAsiaTheme="minorEastAsia"/>
      <w:color w:val="000000" w:themeColor="text1"/>
      <w:lang w:val="en-US"/>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f1">
    <w:name w:val="Colorful Grid"/>
    <w:basedOn w:val="a3"/>
    <w:uiPriority w:val="73"/>
    <w:rsid w:val="001A456E"/>
    <w:pPr>
      <w:suppressAutoHyphens w:val="0"/>
    </w:pPr>
    <w:rPr>
      <w:rFonts w:eastAsiaTheme="minorEastAsia"/>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1A456E"/>
    <w:pPr>
      <w:suppressAutoHyphens w:val="0"/>
    </w:pPr>
    <w:rPr>
      <w:rFonts w:eastAsiaTheme="minorEastAsia"/>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1A456E"/>
    <w:pPr>
      <w:suppressAutoHyphens w:val="0"/>
    </w:pPr>
    <w:rPr>
      <w:rFonts w:eastAsiaTheme="minorEastAsia"/>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1A456E"/>
    <w:pPr>
      <w:suppressAutoHyphens w:val="0"/>
    </w:pPr>
    <w:rPr>
      <w:rFonts w:eastAsiaTheme="minorEastAsia"/>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1A456E"/>
    <w:pPr>
      <w:suppressAutoHyphens w:val="0"/>
    </w:pPr>
    <w:rPr>
      <w:rFonts w:eastAsiaTheme="minorEastAsia"/>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1A456E"/>
    <w:pPr>
      <w:suppressAutoHyphens w:val="0"/>
    </w:pPr>
    <w:rPr>
      <w:rFonts w:eastAsiaTheme="minorEastAsia"/>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1A456E"/>
    <w:pPr>
      <w:suppressAutoHyphens w:val="0"/>
    </w:pPr>
    <w:rPr>
      <w:rFonts w:eastAsiaTheme="minorEastAsia"/>
      <w:color w:val="000000" w:themeColor="text1"/>
      <w:lang w:val="en-US"/>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AE1AFB-9CF9-4CD3-92DC-F40C870D6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101</Pages>
  <Words>31787</Words>
  <Characters>181191</Characters>
  <Application>Microsoft Office Word</Application>
  <DocSecurity>0</DocSecurity>
  <Lines>1509</Lines>
  <Paragraphs>425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212553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Хамидуллина</dc:creator>
  <dc:description/>
  <cp:lastModifiedBy>Пользователь Windows</cp:lastModifiedBy>
  <cp:revision>33</cp:revision>
  <cp:lastPrinted>2023-10-09T07:03:00Z</cp:lastPrinted>
  <dcterms:created xsi:type="dcterms:W3CDTF">2023-10-06T09:53:00Z</dcterms:created>
  <dcterms:modified xsi:type="dcterms:W3CDTF">2026-09-14T06:15:00Z</dcterms:modified>
  <dc:language>ru-RU</dc:language>
</cp:coreProperties>
</file>