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" w:hAnsi="Aptos" w:eastAsia="Aptos"/>
          <w:b/>
          <w:color w:val="000000"/>
          <w:sz w:val="30"/>
        </w:rPr>
        <w:t>Регистрационный лист родительского собрания</w:t>
      </w:r>
    </w:p>
    <w:p>
      <w:pPr>
        <w:spacing w:after="80"/>
        <w:jc w:val="center"/>
      </w:pPr>
      <w:r>
        <w:rPr>
          <w:rFonts w:ascii="Aptos" w:hAnsi="Aptos" w:eastAsia="Aptos"/>
          <w:b/>
          <w:color w:val="000000"/>
          <w:sz w:val="19"/>
        </w:rPr>
        <w:t>МАОУ «Лицей № 42 имени Р.А. Каримова»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5" w:color="D9D9D9"/>
          <w:left w:val="nil" w:sz="5" w:color="D9D9D9"/>
          <w:bottom w:val="nil" w:sz="5" w:color="D9D9D9"/>
          <w:right w:val="nil" w:sz="5" w:color="D9D9D9"/>
          <w:insideH w:val="nil" w:sz="5" w:color="D9D9D9"/>
          <w:insideV w:val="nil" w:sz="5" w:color="D9D9D9"/>
        </w:tblBorders>
      </w:tblPr>
      <w:tblGrid>
        <w:gridCol w:w="5400"/>
        <w:gridCol w:w="5400"/>
      </w:tblGrid>
      <w:tr>
        <w:tc>
          <w:tcPr>
            <w:tcW w:type="dxa" w:w="5400"/>
            <w:tcMar>
              <w:top w:w="25" w:type="dxa"/>
              <w:start w:w="0" w:type="dxa"/>
              <w:bottom w:w="2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16"/>
              </w:rPr>
              <w:t xml:space="preserve">Класс </w:t>
            </w:r>
            <w:r>
              <w:rPr>
                <w:rFonts w:ascii="Aptos" w:hAnsi="Aptos" w:eastAsia="Aptos"/>
                <w:b w:val="0"/>
                <w:color w:val="000000"/>
                <w:sz w:val="16"/>
              </w:rPr>
              <w:t>____________________</w:t>
            </w:r>
          </w:p>
        </w:tc>
        <w:tc>
          <w:tcPr>
            <w:tcW w:type="dxa" w:w="5400"/>
            <w:tcMar>
              <w:top w:w="25" w:type="dxa"/>
              <w:start w:w="0" w:type="dxa"/>
              <w:bottom w:w="2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16"/>
              </w:rPr>
              <w:t xml:space="preserve">Дата и время </w:t>
            </w:r>
            <w:r>
              <w:rPr>
                <w:rFonts w:ascii="Aptos" w:hAnsi="Aptos" w:eastAsia="Aptos"/>
                <w:b w:val="0"/>
                <w:color w:val="000000"/>
                <w:sz w:val="16"/>
              </w:rPr>
              <w:t>«____» ______________ 20____ г.  ______ ч. ______ мин.</w:t>
            </w:r>
          </w:p>
        </w:tc>
      </w:tr>
      <w:tr>
        <w:tc>
          <w:tcPr>
            <w:tcW w:type="dxa" w:w="5400"/>
            <w:tcMar>
              <w:top w:w="25" w:type="dxa"/>
              <w:start w:w="0" w:type="dxa"/>
              <w:bottom w:w="2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16"/>
              </w:rPr>
              <w:t xml:space="preserve">Тема собрания </w:t>
            </w:r>
            <w:r>
              <w:rPr>
                <w:rFonts w:ascii="Aptos" w:hAnsi="Aptos" w:eastAsia="Aptos"/>
                <w:b w:val="0"/>
                <w:color w:val="000000"/>
                <w:sz w:val="16"/>
              </w:rPr>
              <w:t>________________________________________</w:t>
            </w:r>
          </w:p>
        </w:tc>
        <w:tc>
          <w:tcPr>
            <w:tcW w:type="dxa" w:w="5400"/>
            <w:tcMar>
              <w:top w:w="25" w:type="dxa"/>
              <w:start w:w="0" w:type="dxa"/>
              <w:bottom w:w="2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16"/>
              </w:rPr>
              <w:t xml:space="preserve">Классный руководитель </w:t>
            </w:r>
            <w:r>
              <w:rPr>
                <w:rFonts w:ascii="Aptos" w:hAnsi="Aptos" w:eastAsia="Aptos"/>
                <w:b w:val="0"/>
                <w:color w:val="000000"/>
                <w:sz w:val="16"/>
              </w:rPr>
              <w:t>________________________________</w:t>
            </w:r>
          </w:p>
        </w:tc>
      </w:tr>
    </w:tbl>
    <w:p>
      <w:pPr>
        <w:spacing w:before="60" w:after="80"/>
      </w:pPr>
      <w:r>
        <w:rPr>
          <w:rFonts w:ascii="Aptos" w:hAnsi="Aptos" w:eastAsia="Aptos"/>
          <w:b w:val="0"/>
          <w:color w:val="000000"/>
          <w:sz w:val="16"/>
        </w:rPr>
        <w:t>Регистрация присутствующих родителей и законных представителей.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47"/>
        <w:gridCol w:w="4104"/>
        <w:gridCol w:w="4104"/>
        <w:gridCol w:w="2045"/>
      </w:tblGrid>
      <w:tr>
        <w:trPr>
          <w:trHeight w:val="500" w:hRule="atLeast"/>
          <w:tblHeader w:val="true"/>
        </w:trPr>
        <w:tc>
          <w:tcPr>
            <w:tcW w:type="dxa" w:w="547"/>
            <w:vAlign w:val="center"/>
            <w:shd w:fill="7D0A12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№</w:t>
            </w:r>
          </w:p>
        </w:tc>
        <w:tc>
          <w:tcPr>
            <w:tcW w:type="dxa" w:w="4104"/>
            <w:vAlign w:val="center"/>
            <w:shd w:fill="7D0A12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ФИО родителя</w:t>
              <w:br/>
              <w:t>законного представителя</w:t>
            </w:r>
          </w:p>
        </w:tc>
        <w:tc>
          <w:tcPr>
            <w:tcW w:type="dxa" w:w="4104"/>
            <w:vAlign w:val="center"/>
            <w:shd w:fill="7D0A12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ФИО обучающегося</w:t>
            </w:r>
          </w:p>
        </w:tc>
        <w:tc>
          <w:tcPr>
            <w:tcW w:type="dxa" w:w="2045"/>
            <w:vAlign w:val="center"/>
            <w:shd w:fill="7D0A12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Подпись</w:t>
            </w: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33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</w:tcPr>
          <w:p>
            <w:pPr>
              <w:spacing w:after="0"/>
              <w:jc w:val="center"/>
            </w:pPr>
          </w:p>
        </w:tc>
      </w:tr>
      <w:tr>
        <w:trPr>
          <w:trHeight w:val="290" w:hRule="exact"/>
        </w:trPr>
        <w:tc>
          <w:tcPr>
            <w:tcW w:type="dxa" w:w="547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5"/>
              </w:rPr>
              <w:t>34</w:t>
            </w: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4104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left"/>
            </w:pPr>
          </w:p>
        </w:tc>
        <w:tc>
          <w:tcPr>
            <w:tcW w:type="dxa" w:w="2045"/>
            <w:vAlign w:val="center"/>
            <w:tcMar>
              <w:top w:w="0" w:type="dxa"/>
              <w:start w:w="45" w:type="dxa"/>
              <w:bottom w:w="0" w:type="dxa"/>
              <w:end w:w="45" w:type="dxa"/>
            </w:tcMar>
            <w:shd w:fill="FAF6EF"/>
          </w:tcPr>
          <w:p>
            <w:pPr>
              <w:spacing w:after="0"/>
              <w:jc w:val="center"/>
            </w:pPr>
          </w:p>
        </w:tc>
      </w:tr>
    </w:tbl>
    <w:p>
      <w:pPr>
        <w:spacing w:before="80" w:after="0"/>
      </w:pPr>
      <w:r>
        <w:rPr>
          <w:rFonts w:ascii="Aptos" w:hAnsi="Aptos" w:eastAsia="Aptos"/>
          <w:b/>
          <w:color w:val="000000"/>
          <w:sz w:val="15"/>
        </w:rPr>
        <w:t xml:space="preserve">Важно: </w:t>
      </w:r>
      <w:r>
        <w:rPr>
          <w:rFonts w:ascii="Aptos" w:hAnsi="Aptos" w:eastAsia="Aptos"/>
          <w:b w:val="0"/>
          <w:color w:val="555555"/>
          <w:sz w:val="15"/>
        </w:rPr>
        <w:t>заполненный лист содержит персональные данные и не подлежит размещению в открытом доступе.</w:t>
      </w:r>
    </w:p>
    <w:sectPr w:rsidR="00FC693F" w:rsidRPr="0006063C" w:rsidSect="00034616">
      <w:pgSz w:w="12240" w:h="15840"/>
      <w:pgMar w:top="490" w:right="720" w:bottom="4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лист родительского собрания</dc:title>
  <dc:subject>Шаблон для классного руководителя</dc:subject>
  <dc:creator>МАОУ «Лицей № 42 имени Р.А. Каримова»</dc:creator>
  <cp:keywords>родительское собрание, регистрационный лист, шаблон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